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môn tin lớp 12 từ bài 1 đến bài 6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Hồ Chí Minh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rPr>
          <w:b/>
          <w:sz w:val="24"/>
        </w:rPr>
        <w:t>Câu 2: Hành tinh nào lớn nhất trong hệ Mặt Trời?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Mộc</w:t>
      </w:r>
    </w:p>
    <w:p>
      <w:pPr>
        <w:pStyle w:val="ListParagraph"/>
      </w:pPr>
      <w:r>
        <w:rPr>
          <w:sz w:val="22"/>
        </w:rPr>
        <w:t>D. Sao Thổ</w:t>
      </w:r>
    </w:p>
    <w:p/>
    <w:p>
      <w:r>
        <w:rPr>
          <w:b/>
          <w:sz w:val="24"/>
        </w:rPr>
        <w:t>Câu 3: Ai là tác giả của 'Truyện Kiều'?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Xuân Diệu</w:t>
      </w:r>
    </w:p>
    <w:p/>
    <w:p>
      <w:r>
        <w:rPr>
          <w:b/>
          <w:sz w:val="24"/>
        </w:rPr>
        <w:t>Câu 4: Công thức hóa học của nước là gì?</w:t>
      </w:r>
    </w:p>
    <w:p>
      <w:pPr>
        <w:pStyle w:val="ListParagraph"/>
      </w:pPr>
      <w:r>
        <w:rPr>
          <w:sz w:val="22"/>
        </w:rPr>
        <w:t>A. CO2</w:t>
      </w:r>
    </w:p>
    <w:p>
      <w:pPr>
        <w:pStyle w:val="ListParagraph"/>
      </w:pPr>
      <w:r>
        <w:rPr>
          <w:sz w:val="22"/>
        </w:rPr>
        <w:t>B. H2O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5: Quốc gia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Mỹ</w:t>
      </w:r>
    </w:p>
    <w:p>
      <w:pPr>
        <w:pStyle w:val="ListParagraph"/>
      </w:pPr>
      <w:r>
        <w:rPr>
          <w:sz w:val="22"/>
        </w:rPr>
        <w:t>C. Nga</w:t>
      </w:r>
    </w:p>
    <w:p>
      <w:pPr>
        <w:pStyle w:val="ListParagraph"/>
      </w:pPr>
      <w:r>
        <w:rPr>
          <w:sz w:val="22"/>
        </w:rPr>
        <w:t>D. Canada</w:t>
      </w:r>
    </w:p>
    <w:p/>
    <w:p>
      <w:r>
        <w:rPr>
          <w:b/>
          <w:sz w:val="24"/>
        </w:rPr>
        <w:t>Câu 6: Số nguyên tố nhỏ nhất là?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7: Trong tam giác vuông, định lý Pythagoras phát biểu: bình phương cạnh huyền bằng?</w:t>
      </w:r>
    </w:p>
    <w:p>
      <w:pPr>
        <w:pStyle w:val="ListParagraph"/>
      </w:pPr>
      <w:r>
        <w:rPr>
          <w:sz w:val="22"/>
        </w:rPr>
        <w:t>A. Tổng bình phương hai cạnh góc vuông</w:t>
      </w:r>
    </w:p>
    <w:p>
      <w:pPr>
        <w:pStyle w:val="ListParagraph"/>
      </w:pPr>
      <w:r>
        <w:rPr>
          <w:sz w:val="22"/>
        </w:rPr>
        <w:t>B. Hiệu bình phương hai cạnh góc vuông</w:t>
      </w:r>
    </w:p>
    <w:p>
      <w:pPr>
        <w:pStyle w:val="ListParagraph"/>
      </w:pPr>
      <w:r>
        <w:rPr>
          <w:sz w:val="22"/>
        </w:rPr>
        <w:t>C. Tích hai cạnh góc vuông</w:t>
      </w:r>
    </w:p>
    <w:p>
      <w:pPr>
        <w:pStyle w:val="ListParagraph"/>
      </w:pPr>
      <w:r>
        <w:rPr>
          <w:sz w:val="22"/>
        </w:rPr>
        <w:t>D. Thương hai cạnh góc vuông</w:t>
      </w:r>
    </w:p>
    <w:p/>
    <w:p>
      <w:r>
        <w:rPr>
          <w:b/>
          <w:sz w:val="24"/>
        </w:rPr>
        <w:t>Câu 8: Ai là người phát minh ra bóng đèn sợi đốt?</w:t>
      </w:r>
    </w:p>
    <w:p>
      <w:pPr>
        <w:pStyle w:val="ListParagraph"/>
      </w:pPr>
      <w:r>
        <w:rPr>
          <w:sz w:val="22"/>
        </w:rPr>
        <w:t>A. Alexander Graham Bell</w:t>
      </w:r>
    </w:p>
    <w:p>
      <w:pPr>
        <w:pStyle w:val="ListParagraph"/>
      </w:pPr>
      <w:r>
        <w:rPr>
          <w:sz w:val="22"/>
        </w:rPr>
        <w:t>B. Thomas Edison</w:t>
      </w:r>
    </w:p>
    <w:p>
      <w:pPr>
        <w:pStyle w:val="ListParagraph"/>
      </w:pPr>
      <w:r>
        <w:rPr>
          <w:sz w:val="22"/>
        </w:rPr>
        <w:t>C. Nikola Tesla</w:t>
      </w:r>
    </w:p>
    <w:p>
      <w:pPr>
        <w:pStyle w:val="ListParagraph"/>
      </w:pPr>
      <w:r>
        <w:rPr>
          <w:sz w:val="22"/>
        </w:rPr>
        <w:t>D. Albert Einstein</w:t>
      </w:r>
    </w:p>
    <w:p/>
    <w:p>
      <w:r>
        <w:rPr>
          <w:b/>
          <w:sz w:val="24"/>
        </w:rPr>
        <w:t>Câu 9: Đơn vị đo cường độ dòng điện là gì?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Ôm (Ω)</w:t>
      </w:r>
    </w:p>
    <w:p>
      <w:pPr>
        <w:pStyle w:val="ListParagraph"/>
      </w:pPr>
      <w:r>
        <w:rPr>
          <w:sz w:val="22"/>
        </w:rPr>
        <w:t>D. Oát (W)</w:t>
      </w:r>
    </w:p>
    <w:p/>
    <w:p>
      <w:r>
        <w:rPr>
          <w:b/>
          <w:sz w:val="24"/>
        </w:rPr>
        <w:t>Câu 10: Hợp chất nào sau đây là axit?</w:t>
      </w:r>
    </w:p>
    <w:p>
      <w:pPr>
        <w:pStyle w:val="ListParagraph"/>
      </w:pPr>
      <w:r>
        <w:rPr>
          <w:sz w:val="22"/>
        </w:rPr>
        <w:t>A. NaOH</w:t>
      </w:r>
    </w:p>
    <w:p>
      <w:pPr>
        <w:pStyle w:val="ListParagraph"/>
      </w:pPr>
      <w:r>
        <w:rPr>
          <w:sz w:val="22"/>
        </w:rPr>
        <w:t>B. HCl</w:t>
      </w:r>
    </w:p>
    <w:p>
      <w:pPr>
        <w:pStyle w:val="ListParagraph"/>
      </w:pPr>
      <w:r>
        <w:rPr>
          <w:sz w:val="22"/>
        </w:rPr>
        <w:t>C. NaCl</w:t>
      </w:r>
    </w:p>
    <w:p>
      <w:pPr>
        <w:pStyle w:val="ListParagraph"/>
      </w:pPr>
      <w:r>
        <w:rPr>
          <w:sz w:val="22"/>
        </w:rPr>
        <w:t>D. H2O</w:t>
      </w:r>
    </w:p>
    <w:p/>
    <w:p>
      <w:r>
        <w:rPr>
          <w:b/>
          <w:sz w:val="24"/>
        </w:rPr>
        <w:t>Câu 11: Trong tiếng Anh, từ 'beautiful' thuộc loại từ nào?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Trạng từ</w:t>
      </w:r>
    </w:p>
    <w:p/>
    <w:p>
      <w:r>
        <w:rPr>
          <w:b/>
          <w:sz w:val="24"/>
        </w:rPr>
        <w:t>Câu 12: Hành tinh nào được gọi là 'Hành tinh Đỏ'?</w:t>
      </w:r>
    </w:p>
    <w:p>
      <w:pPr>
        <w:pStyle w:val="ListParagraph"/>
      </w:pPr>
      <w:r>
        <w:rPr>
          <w:sz w:val="22"/>
        </w:rPr>
        <w:t>A. Sao Kim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Mộc</w:t>
      </w:r>
    </w:p>
    <w:p>
      <w:pPr>
        <w:pStyle w:val="ListParagraph"/>
      </w:pPr>
      <w:r>
        <w:rPr>
          <w:sz w:val="22"/>
        </w:rPr>
        <w:t>D. Sao Thủy</w:t>
      </w:r>
    </w:p>
    <w:p/>
    <w:p>
      <w:r>
        <w:rPr>
          <w:b/>
          <w:sz w:val="24"/>
        </w:rPr>
        <w:t>Câu 13: Sông nào dài nhất Việt Nam?</w:t>
      </w:r>
    </w:p>
    <w:p>
      <w:pPr>
        <w:pStyle w:val="ListParagraph"/>
      </w:pPr>
      <w:r>
        <w:rPr>
          <w:sz w:val="22"/>
        </w:rPr>
        <w:t>A. Sông Hồng</w:t>
      </w:r>
    </w:p>
    <w:p>
      <w:pPr>
        <w:pStyle w:val="ListParagraph"/>
      </w:pPr>
      <w:r>
        <w:rPr>
          <w:sz w:val="22"/>
        </w:rPr>
        <w:t>B. Sông Mê Kông</w:t>
      </w:r>
    </w:p>
    <w:p>
      <w:pPr>
        <w:pStyle w:val="ListParagraph"/>
      </w:pPr>
      <w:r>
        <w:rPr>
          <w:sz w:val="22"/>
        </w:rPr>
        <w:t>C. Sông Đồng Nai</w:t>
      </w:r>
    </w:p>
    <w:p>
      <w:pPr>
        <w:pStyle w:val="ListParagraph"/>
      </w:pPr>
      <w:r>
        <w:rPr>
          <w:sz w:val="22"/>
        </w:rPr>
        <w:t>D. Sông Mã</w:t>
      </w:r>
    </w:p>
    <w:p/>
    <w:p>
      <w:r>
        <w:rPr>
          <w:b/>
          <w:sz w:val="24"/>
        </w:rPr>
        <w:t>Câu 14: Trong toán học, số Pi xấp xỉ bằng?</w:t>
      </w:r>
    </w:p>
    <w:p>
      <w:pPr>
        <w:pStyle w:val="ListParagraph"/>
      </w:pPr>
      <w:r>
        <w:rPr>
          <w:sz w:val="22"/>
        </w:rPr>
        <w:t>A. 3.14</w:t>
      </w:r>
    </w:p>
    <w:p>
      <w:pPr>
        <w:pStyle w:val="ListParagraph"/>
      </w:pPr>
      <w:r>
        <w:rPr>
          <w:sz w:val="22"/>
        </w:rPr>
        <w:t>B. 2.71</w:t>
      </w:r>
    </w:p>
    <w:p>
      <w:pPr>
        <w:pStyle w:val="ListParagraph"/>
      </w:pPr>
      <w:r>
        <w:rPr>
          <w:sz w:val="22"/>
        </w:rPr>
        <w:t>C. 1.61</w:t>
      </w:r>
    </w:p>
    <w:p>
      <w:pPr>
        <w:pStyle w:val="ListParagraph"/>
      </w:pPr>
      <w:r>
        <w:rPr>
          <w:sz w:val="22"/>
        </w:rPr>
        <w:t>D. 4.13</w:t>
      </w:r>
    </w:p>
    <w:p/>
    <w:p>
      <w:r>
        <w:rPr>
          <w:b/>
          <w:sz w:val="24"/>
        </w:rPr>
        <w:t>Câu 15: Ai là người đầu tiên đặt chân lên Mặt Trăng?</w:t>
      </w:r>
    </w:p>
    <w:p>
      <w:pPr>
        <w:pStyle w:val="ListParagraph"/>
      </w:pPr>
      <w:r>
        <w:rPr>
          <w:sz w:val="22"/>
        </w:rPr>
        <w:t>A. Yuri Gagarin</w:t>
      </w:r>
    </w:p>
    <w:p>
      <w:pPr>
        <w:pStyle w:val="ListParagraph"/>
      </w:pPr>
      <w:r>
        <w:rPr>
          <w:sz w:val="22"/>
        </w:rPr>
        <w:t>B. Neil Armstrong</w:t>
      </w:r>
    </w:p>
    <w:p>
      <w:pPr>
        <w:pStyle w:val="ListParagraph"/>
      </w:pPr>
      <w:r>
        <w:rPr>
          <w:sz w:val="22"/>
        </w:rPr>
        <w:t>C. Buzz Aldrin</w:t>
      </w:r>
    </w:p>
    <w:p>
      <w:pPr>
        <w:pStyle w:val="ListParagraph"/>
      </w:pPr>
      <w:r>
        <w:rPr>
          <w:sz w:val="22"/>
        </w:rPr>
        <w:t>D. John Glenn</w:t>
      </w:r>
    </w:p>
    <w:p/>
    <w:p>
      <w:r>
        <w:rPr>
          <w:b/>
          <w:sz w:val="24"/>
        </w:rPr>
        <w:t>Câu 16: Động vật nào là động vật có vú?</w:t>
      </w:r>
    </w:p>
    <w:p>
      <w:pPr>
        <w:pStyle w:val="ListParagraph"/>
      </w:pPr>
      <w:r>
        <w:rPr>
          <w:sz w:val="22"/>
        </w:rPr>
        <w:t>A. Cá voi</w:t>
      </w:r>
    </w:p>
    <w:p>
      <w:pPr>
        <w:pStyle w:val="ListParagraph"/>
      </w:pPr>
      <w:r>
        <w:rPr>
          <w:sz w:val="22"/>
        </w:rPr>
        <w:t>B. Cá mập</w:t>
      </w:r>
    </w:p>
    <w:p>
      <w:pPr>
        <w:pStyle w:val="ListParagraph"/>
      </w:pPr>
      <w:r>
        <w:rPr>
          <w:sz w:val="22"/>
        </w:rPr>
        <w:t>C. Cá heo</w:t>
      </w:r>
    </w:p>
    <w:p>
      <w:pPr>
        <w:pStyle w:val="ListParagraph"/>
      </w:pPr>
      <w:r>
        <w:rPr>
          <w:sz w:val="22"/>
        </w:rPr>
        <w:t>D. Cả A và C</w:t>
      </w:r>
    </w:p>
    <w:p/>
    <w:p>
      <w:r>
        <w:rPr>
          <w:b/>
          <w:sz w:val="24"/>
        </w:rPr>
        <w:t>Câu 17: Trong HTML, thẻ nào dùng để tạo liên kết?</w:t>
      </w:r>
    </w:p>
    <w:p>
      <w:pPr>
        <w:pStyle w:val="ListParagraph"/>
      </w:pPr>
      <w:r>
        <w:rPr>
          <w:sz w:val="22"/>
        </w:rPr>
        <w:t>A. &lt;a&gt;</w:t>
      </w:r>
    </w:p>
    <w:p>
      <w:pPr>
        <w:pStyle w:val="ListParagraph"/>
      </w:pPr>
      <w:r>
        <w:rPr>
          <w:sz w:val="22"/>
        </w:rPr>
        <w:t>B. &lt;link&gt;</w:t>
      </w:r>
    </w:p>
    <w:p>
      <w:pPr>
        <w:pStyle w:val="ListParagraph"/>
      </w:pPr>
      <w:r>
        <w:rPr>
          <w:sz w:val="22"/>
        </w:rPr>
        <w:t>C. &lt;href&gt;</w:t>
      </w:r>
    </w:p>
    <w:p>
      <w:pPr>
        <w:pStyle w:val="ListParagraph"/>
      </w:pPr>
      <w:r>
        <w:rPr>
          <w:sz w:val="22"/>
        </w:rPr>
        <w:t>D. &lt;url&gt;</w:t>
      </w:r>
    </w:p>
    <w:p/>
    <w:p>
      <w:r>
        <w:rPr>
          <w:b/>
          <w:sz w:val="24"/>
        </w:rPr>
        <w:t>Câu 18: Quốc gia nào có dân số đông nhất thế giới (tính đến 2023)?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Mỹ</w:t>
      </w:r>
    </w:p>
    <w:p>
      <w:pPr>
        <w:pStyle w:val="ListParagraph"/>
      </w:pPr>
      <w:r>
        <w:rPr>
          <w:sz w:val="22"/>
        </w:rPr>
        <w:t>D. Indonesia</w:t>
      </w:r>
    </w:p>
    <w:p/>
    <w:p>
      <w:r>
        <w:rPr>
          <w:b/>
          <w:sz w:val="24"/>
        </w:rPr>
        <w:t>Câu 19: Trong âm nhạc, nốt nhạc nào có tần số 440 Hz?</w:t>
      </w:r>
    </w:p>
    <w:p>
      <w:pPr>
        <w:pStyle w:val="ListParagraph"/>
      </w:pPr>
      <w:r>
        <w:rPr>
          <w:sz w:val="22"/>
        </w:rPr>
        <w:t>A. Nốt La (A)</w:t>
      </w:r>
    </w:p>
    <w:p>
      <w:pPr>
        <w:pStyle w:val="ListParagraph"/>
      </w:pPr>
      <w:r>
        <w:rPr>
          <w:sz w:val="22"/>
        </w:rPr>
        <w:t>B. Nốt Đô (C)</w:t>
      </w:r>
    </w:p>
    <w:p>
      <w:pPr>
        <w:pStyle w:val="ListParagraph"/>
      </w:pPr>
      <w:r>
        <w:rPr>
          <w:sz w:val="22"/>
        </w:rPr>
        <w:t>C. Nốt Mi (E)</w:t>
      </w:r>
    </w:p>
    <w:p>
      <w:pPr>
        <w:pStyle w:val="ListParagraph"/>
      </w:pPr>
      <w:r>
        <w:rPr>
          <w:sz w:val="22"/>
        </w:rPr>
        <w:t>D. Nốt Sol (G)</w:t>
      </w:r>
    </w:p>
    <w:p/>
    <w:p>
      <w:r>
        <w:rPr>
          <w:b/>
          <w:sz w:val="24"/>
        </w:rPr>
        <w:t>Câu 20: Trong lập trình, ngôn ngữ nào được sử dụng phổ biến cho phát triển web?</w:t>
      </w:r>
    </w:p>
    <w:p>
      <w:pPr>
        <w:pStyle w:val="ListParagraph"/>
      </w:pPr>
      <w:r>
        <w:rPr>
          <w:sz w:val="22"/>
        </w:rPr>
        <w:t>A. Python</w:t>
      </w:r>
    </w:p>
    <w:p>
      <w:pPr>
        <w:pStyle w:val="ListParagraph"/>
      </w:pPr>
      <w:r>
        <w:rPr>
          <w:sz w:val="22"/>
        </w:rPr>
        <w:t>B. JavaScript</w:t>
      </w:r>
    </w:p>
    <w:p>
      <w:pPr>
        <w:pStyle w:val="ListParagraph"/>
      </w:pPr>
      <w:r>
        <w:rPr>
          <w:sz w:val="22"/>
        </w:rPr>
        <w:t>C. C++</w:t>
      </w:r>
    </w:p>
    <w:p>
      <w:pPr>
        <w:pStyle w:val="ListParagraph"/>
      </w:pPr>
      <w:r>
        <w:rPr>
          <w:sz w:val="22"/>
        </w:rPr>
        <w:t>D. Java</w:t>
      </w:r>
    </w:p>
    <w:p/>
    <w:p>
      <w:r>
        <w:rPr>
          <w:b/>
          <w:sz w:val="24"/>
        </w:rPr>
        <w:t>Câu 21: Trái Đất quay quanh Mặt Trời.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22: Mặt Trời mọc ở hướng Tây.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23: Nước sôi ở 100°C ở điều kiện áp suất tiêu chuẩn.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24: Cá voi là loài cá.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25: Việt Nam nằm ở khu vực Đông Nam Á.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26: 1 kilobyte bằng 1000 byte.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27: Kim cương là một dạng thù hình của cacbon.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28: Trong tam giác, tổng ba góc bằng 180 độ.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29: Âm thanh truyền được trong chân không.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30: Mặt Trăng là vệ tinh tự nhiên của Trái Đất.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