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https://diemdanh.app/demo/share/4153e9f3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