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15' Tiếng Anh</w:t>
      </w:r>
    </w:p>
    <w:p>
      <w:pPr>
        <w:jc w:val="center"/>
      </w:pPr>
      <w:r>
        <w:rPr>
          <w:sz w:val="22"/>
        </w:rPr>
        <w:t>Số câu: 50    Thời gian: _____ phút    Họ và tên: _________________________</w:t>
      </w:r>
    </w:p>
    <w:p/>
    <w:p>
      <w:r>
        <w:rPr>
          <w:b/>
          <w:sz w:val="24"/>
        </w:rPr>
        <w:t>Câu 1: Từ "fox" có nghĩa là gì?</w:t>
      </w:r>
    </w:p>
    <w:p>
      <w:pPr>
        <w:pStyle w:val="ListParagraph"/>
      </w:pPr>
      <w:r>
        <w:rPr>
          <w:sz w:val="22"/>
        </w:rPr>
        <w:t>A. cáo</w:t>
      </w:r>
    </w:p>
    <w:p>
      <w:pPr>
        <w:pStyle w:val="ListParagraph"/>
      </w:pPr>
      <w:r>
        <w:rPr>
          <w:sz w:val="22"/>
        </w:rPr>
        <w:t>B. sói</w:t>
      </w:r>
    </w:p>
    <w:p>
      <w:pPr>
        <w:pStyle w:val="ListParagraph"/>
      </w:pPr>
      <w:r>
        <w:rPr>
          <w:sz w:val="22"/>
        </w:rPr>
        <w:t>C. khủng long</w:t>
      </w:r>
    </w:p>
    <w:p>
      <w:pPr>
        <w:pStyle w:val="ListParagraph"/>
      </w:pPr>
      <w:r>
        <w:rPr>
          <w:sz w:val="22"/>
        </w:rPr>
        <w:t>D. cua</w:t>
      </w:r>
    </w:p>
    <w:p/>
    <w:p>
      <w:r>
        <w:rPr>
          <w:b/>
          <w:sz w:val="24"/>
        </w:rPr>
        <w:t>Câu 2: Từ "wolf" có nghĩa là gì?</w:t>
      </w:r>
    </w:p>
    <w:p>
      <w:pPr>
        <w:pStyle w:val="ListParagraph"/>
      </w:pPr>
      <w:r>
        <w:rPr>
          <w:sz w:val="22"/>
        </w:rPr>
        <w:t>A. cáo</w:t>
      </w:r>
    </w:p>
    <w:p>
      <w:pPr>
        <w:pStyle w:val="ListParagraph"/>
      </w:pPr>
      <w:r>
        <w:rPr>
          <w:sz w:val="22"/>
        </w:rPr>
        <w:t>B. sói</w:t>
      </w:r>
    </w:p>
    <w:p>
      <w:pPr>
        <w:pStyle w:val="ListParagraph"/>
      </w:pPr>
      <w:r>
        <w:rPr>
          <w:sz w:val="22"/>
        </w:rPr>
        <w:t>C. khủng long</w:t>
      </w:r>
    </w:p>
    <w:p>
      <w:pPr>
        <w:pStyle w:val="ListParagraph"/>
      </w:pPr>
      <w:r>
        <w:rPr>
          <w:sz w:val="22"/>
        </w:rPr>
        <w:t>D. cua</w:t>
      </w:r>
    </w:p>
    <w:p/>
    <w:p>
      <w:r>
        <w:rPr>
          <w:b/>
          <w:sz w:val="24"/>
        </w:rPr>
        <w:t>Câu 3: Từ "dinosaur" có nghĩa là gì?</w:t>
      </w:r>
    </w:p>
    <w:p>
      <w:pPr>
        <w:pStyle w:val="ListParagraph"/>
      </w:pPr>
      <w:r>
        <w:rPr>
          <w:sz w:val="22"/>
        </w:rPr>
        <w:t>A. cáo</w:t>
      </w:r>
    </w:p>
    <w:p>
      <w:pPr>
        <w:pStyle w:val="ListParagraph"/>
      </w:pPr>
      <w:r>
        <w:rPr>
          <w:sz w:val="22"/>
        </w:rPr>
        <w:t>B. sói</w:t>
      </w:r>
    </w:p>
    <w:p>
      <w:pPr>
        <w:pStyle w:val="ListParagraph"/>
      </w:pPr>
      <w:r>
        <w:rPr>
          <w:sz w:val="22"/>
        </w:rPr>
        <w:t>C. khủng long</w:t>
      </w:r>
    </w:p>
    <w:p>
      <w:pPr>
        <w:pStyle w:val="ListParagraph"/>
      </w:pPr>
      <w:r>
        <w:rPr>
          <w:sz w:val="22"/>
        </w:rPr>
        <w:t>D. cua</w:t>
      </w:r>
    </w:p>
    <w:p/>
    <w:p>
      <w:r>
        <w:rPr>
          <w:b/>
          <w:sz w:val="24"/>
        </w:rPr>
        <w:t>Câu 4: Từ "crab" có nghĩa là gì?</w:t>
      </w:r>
    </w:p>
    <w:p>
      <w:pPr>
        <w:pStyle w:val="ListParagraph"/>
      </w:pPr>
      <w:r>
        <w:rPr>
          <w:sz w:val="22"/>
        </w:rPr>
        <w:t>A. cáo</w:t>
      </w:r>
    </w:p>
    <w:p>
      <w:pPr>
        <w:pStyle w:val="ListParagraph"/>
      </w:pPr>
      <w:r>
        <w:rPr>
          <w:sz w:val="22"/>
        </w:rPr>
        <w:t>B. sói</w:t>
      </w:r>
    </w:p>
    <w:p>
      <w:pPr>
        <w:pStyle w:val="ListParagraph"/>
      </w:pPr>
      <w:r>
        <w:rPr>
          <w:sz w:val="22"/>
        </w:rPr>
        <w:t>C. khủng long</w:t>
      </w:r>
    </w:p>
    <w:p>
      <w:pPr>
        <w:pStyle w:val="ListParagraph"/>
      </w:pPr>
      <w:r>
        <w:rPr>
          <w:sz w:val="22"/>
        </w:rPr>
        <w:t>D. cua</w:t>
      </w:r>
    </w:p>
    <w:p/>
    <w:p>
      <w:r>
        <w:rPr>
          <w:b/>
          <w:sz w:val="24"/>
        </w:rPr>
        <w:t>Câu 5: Từ "snail" có nghĩa là gì?</w:t>
      </w:r>
    </w:p>
    <w:p>
      <w:pPr>
        <w:pStyle w:val="ListParagraph"/>
      </w:pPr>
      <w:r>
        <w:rPr>
          <w:sz w:val="22"/>
        </w:rPr>
        <w:t>A. ốc sên</w:t>
      </w:r>
    </w:p>
    <w:p>
      <w:pPr>
        <w:pStyle w:val="ListParagraph"/>
      </w:pPr>
      <w:r>
        <w:rPr>
          <w:sz w:val="22"/>
        </w:rPr>
        <w:t>B. ếch</w:t>
      </w:r>
    </w:p>
    <w:p>
      <w:pPr>
        <w:pStyle w:val="ListParagraph"/>
      </w:pPr>
      <w:r>
        <w:rPr>
          <w:sz w:val="22"/>
        </w:rPr>
        <w:t>C. cóc</w:t>
      </w:r>
    </w:p>
    <w:p>
      <w:pPr>
        <w:pStyle w:val="ListParagraph"/>
      </w:pPr>
      <w:r>
        <w:rPr>
          <w:sz w:val="22"/>
        </w:rPr>
        <w:t>D. sứa</w:t>
      </w:r>
    </w:p>
    <w:p/>
    <w:p>
      <w:r>
        <w:rPr>
          <w:b/>
          <w:sz w:val="24"/>
        </w:rPr>
        <w:t>Câu 6: Từ "frog" có nghĩa là gì?</w:t>
      </w:r>
    </w:p>
    <w:p>
      <w:pPr>
        <w:pStyle w:val="ListParagraph"/>
      </w:pPr>
      <w:r>
        <w:rPr>
          <w:sz w:val="22"/>
        </w:rPr>
        <w:t>A. ốc sên</w:t>
      </w:r>
    </w:p>
    <w:p>
      <w:pPr>
        <w:pStyle w:val="ListParagraph"/>
      </w:pPr>
      <w:r>
        <w:rPr>
          <w:sz w:val="22"/>
        </w:rPr>
        <w:t>B. ếch</w:t>
      </w:r>
    </w:p>
    <w:p>
      <w:pPr>
        <w:pStyle w:val="ListParagraph"/>
      </w:pPr>
      <w:r>
        <w:rPr>
          <w:sz w:val="22"/>
        </w:rPr>
        <w:t>C. cóc</w:t>
      </w:r>
    </w:p>
    <w:p>
      <w:pPr>
        <w:pStyle w:val="ListParagraph"/>
      </w:pPr>
      <w:r>
        <w:rPr>
          <w:sz w:val="22"/>
        </w:rPr>
        <w:t>D. sứa</w:t>
      </w:r>
    </w:p>
    <w:p/>
    <w:p>
      <w:r>
        <w:rPr>
          <w:b/>
          <w:sz w:val="24"/>
        </w:rPr>
        <w:t>Câu 7: Từ "toad" có nghĩa là gì?</w:t>
      </w:r>
    </w:p>
    <w:p>
      <w:pPr>
        <w:pStyle w:val="ListParagraph"/>
      </w:pPr>
      <w:r>
        <w:rPr>
          <w:sz w:val="22"/>
        </w:rPr>
        <w:t>A. ốc sên</w:t>
      </w:r>
    </w:p>
    <w:p>
      <w:pPr>
        <w:pStyle w:val="ListParagraph"/>
      </w:pPr>
      <w:r>
        <w:rPr>
          <w:sz w:val="22"/>
        </w:rPr>
        <w:t>B. ếch</w:t>
      </w:r>
    </w:p>
    <w:p>
      <w:pPr>
        <w:pStyle w:val="ListParagraph"/>
      </w:pPr>
      <w:r>
        <w:rPr>
          <w:sz w:val="22"/>
        </w:rPr>
        <w:t>C. cóc</w:t>
      </w:r>
    </w:p>
    <w:p>
      <w:pPr>
        <w:pStyle w:val="ListParagraph"/>
      </w:pPr>
      <w:r>
        <w:rPr>
          <w:sz w:val="22"/>
        </w:rPr>
        <w:t>D. sứa</w:t>
      </w:r>
    </w:p>
    <w:p/>
    <w:p>
      <w:r>
        <w:rPr>
          <w:b/>
          <w:sz w:val="24"/>
        </w:rPr>
        <w:t>Câu 8: Từ "jelly fish" có nghĩa là gì?</w:t>
      </w:r>
    </w:p>
    <w:p>
      <w:pPr>
        <w:pStyle w:val="ListParagraph"/>
      </w:pPr>
      <w:r>
        <w:rPr>
          <w:sz w:val="22"/>
        </w:rPr>
        <w:t>A. ốc sên</w:t>
      </w:r>
    </w:p>
    <w:p>
      <w:pPr>
        <w:pStyle w:val="ListParagraph"/>
      </w:pPr>
      <w:r>
        <w:rPr>
          <w:sz w:val="22"/>
        </w:rPr>
        <w:t>B. ếch</w:t>
      </w:r>
    </w:p>
    <w:p>
      <w:pPr>
        <w:pStyle w:val="ListParagraph"/>
      </w:pPr>
      <w:r>
        <w:rPr>
          <w:sz w:val="22"/>
        </w:rPr>
        <w:t>C. cóc</w:t>
      </w:r>
    </w:p>
    <w:p>
      <w:pPr>
        <w:pStyle w:val="ListParagraph"/>
      </w:pPr>
      <w:r>
        <w:rPr>
          <w:sz w:val="22"/>
        </w:rPr>
        <w:t>D. sứa</w:t>
      </w:r>
    </w:p>
    <w:p/>
    <w:p>
      <w:r>
        <w:rPr>
          <w:b/>
          <w:sz w:val="24"/>
        </w:rPr>
        <w:t>Câu 9: Từ "camel" có nghĩa là gì?</w:t>
      </w:r>
    </w:p>
    <w:p>
      <w:pPr>
        <w:pStyle w:val="ListParagraph"/>
      </w:pPr>
      <w:r>
        <w:rPr>
          <w:sz w:val="22"/>
        </w:rPr>
        <w:t>A. lạc đà</w:t>
      </w:r>
    </w:p>
    <w:p>
      <w:pPr>
        <w:pStyle w:val="ListParagraph"/>
      </w:pPr>
      <w:r>
        <w:rPr>
          <w:sz w:val="22"/>
        </w:rPr>
        <w:t>B. đại bàng</w:t>
      </w:r>
    </w:p>
    <w:p>
      <w:pPr>
        <w:pStyle w:val="ListParagraph"/>
      </w:pPr>
      <w:r>
        <w:rPr>
          <w:sz w:val="22"/>
        </w:rPr>
        <w:t>C. dê</w:t>
      </w:r>
    </w:p>
    <w:p>
      <w:pPr>
        <w:pStyle w:val="ListParagraph"/>
      </w:pPr>
      <w:r>
        <w:rPr>
          <w:sz w:val="22"/>
        </w:rPr>
        <w:t>D. ngỗng</w:t>
      </w:r>
    </w:p>
    <w:p/>
    <w:p>
      <w:r>
        <w:rPr>
          <w:b/>
          <w:sz w:val="24"/>
        </w:rPr>
        <w:t>Câu 10: Từ "eagle" có nghĩa là gì?</w:t>
      </w:r>
    </w:p>
    <w:p>
      <w:pPr>
        <w:pStyle w:val="ListParagraph"/>
      </w:pPr>
      <w:r>
        <w:rPr>
          <w:sz w:val="22"/>
        </w:rPr>
        <w:t>A. lạc đà</w:t>
      </w:r>
    </w:p>
    <w:p>
      <w:pPr>
        <w:pStyle w:val="ListParagraph"/>
      </w:pPr>
      <w:r>
        <w:rPr>
          <w:sz w:val="22"/>
        </w:rPr>
        <w:t>B. đại bàng</w:t>
      </w:r>
    </w:p>
    <w:p>
      <w:pPr>
        <w:pStyle w:val="ListParagraph"/>
      </w:pPr>
      <w:r>
        <w:rPr>
          <w:sz w:val="22"/>
        </w:rPr>
        <w:t>C. dê</w:t>
      </w:r>
    </w:p>
    <w:p>
      <w:pPr>
        <w:pStyle w:val="ListParagraph"/>
      </w:pPr>
      <w:r>
        <w:rPr>
          <w:sz w:val="22"/>
        </w:rPr>
        <w:t>D. ngỗng</w:t>
      </w:r>
    </w:p>
    <w:p/>
    <w:p>
      <w:r>
        <w:rPr>
          <w:b/>
          <w:sz w:val="24"/>
        </w:rPr>
        <w:t>Câu 11: Từ "goat" có nghĩa là gì?</w:t>
      </w:r>
    </w:p>
    <w:p>
      <w:pPr>
        <w:pStyle w:val="ListParagraph"/>
      </w:pPr>
      <w:r>
        <w:rPr>
          <w:sz w:val="22"/>
        </w:rPr>
        <w:t>A. lạc đà</w:t>
      </w:r>
    </w:p>
    <w:p>
      <w:pPr>
        <w:pStyle w:val="ListParagraph"/>
      </w:pPr>
      <w:r>
        <w:rPr>
          <w:sz w:val="22"/>
        </w:rPr>
        <w:t>B. đại bàng</w:t>
      </w:r>
    </w:p>
    <w:p>
      <w:pPr>
        <w:pStyle w:val="ListParagraph"/>
      </w:pPr>
      <w:r>
        <w:rPr>
          <w:sz w:val="22"/>
        </w:rPr>
        <w:t>C. dê</w:t>
      </w:r>
    </w:p>
    <w:p>
      <w:pPr>
        <w:pStyle w:val="ListParagraph"/>
      </w:pPr>
      <w:r>
        <w:rPr>
          <w:sz w:val="22"/>
        </w:rPr>
        <w:t>D. ngỗng</w:t>
      </w:r>
    </w:p>
    <w:p/>
    <w:p>
      <w:r>
        <w:rPr>
          <w:b/>
          <w:sz w:val="24"/>
        </w:rPr>
        <w:t>Câu 12: Từ "goose - geese" có nghĩa là gì?</w:t>
      </w:r>
    </w:p>
    <w:p>
      <w:pPr>
        <w:pStyle w:val="ListParagraph"/>
      </w:pPr>
      <w:r>
        <w:rPr>
          <w:sz w:val="22"/>
        </w:rPr>
        <w:t>A. lạc đà</w:t>
      </w:r>
    </w:p>
    <w:p>
      <w:pPr>
        <w:pStyle w:val="ListParagraph"/>
      </w:pPr>
      <w:r>
        <w:rPr>
          <w:sz w:val="22"/>
        </w:rPr>
        <w:t>B. đại bàng</w:t>
      </w:r>
    </w:p>
    <w:p>
      <w:pPr>
        <w:pStyle w:val="ListParagraph"/>
      </w:pPr>
      <w:r>
        <w:rPr>
          <w:sz w:val="22"/>
        </w:rPr>
        <w:t>C. dê</w:t>
      </w:r>
    </w:p>
    <w:p>
      <w:pPr>
        <w:pStyle w:val="ListParagraph"/>
      </w:pPr>
      <w:r>
        <w:rPr>
          <w:sz w:val="22"/>
        </w:rPr>
        <w:t>D. ngỗng</w:t>
      </w:r>
    </w:p>
    <w:p/>
    <w:p>
      <w:r>
        <w:rPr>
          <w:b/>
          <w:sz w:val="24"/>
        </w:rPr>
        <w:t>Câu 13: Từ "owl" có nghĩa là gì?</w:t>
      </w:r>
    </w:p>
    <w:p>
      <w:pPr>
        <w:pStyle w:val="ListParagraph"/>
      </w:pPr>
      <w:r>
        <w:rPr>
          <w:sz w:val="22"/>
        </w:rPr>
        <w:t>A. cú</w:t>
      </w:r>
    </w:p>
    <w:p>
      <w:pPr>
        <w:pStyle w:val="ListParagraph"/>
      </w:pPr>
      <w:r>
        <w:rPr>
          <w:sz w:val="22"/>
        </w:rPr>
        <w:t>B. rùa</w:t>
      </w:r>
    </w:p>
    <w:p>
      <w:pPr>
        <w:pStyle w:val="ListParagraph"/>
      </w:pPr>
      <w:r>
        <w:rPr>
          <w:sz w:val="22"/>
        </w:rPr>
        <w:t>C. ngựa</w:t>
      </w:r>
    </w:p>
    <w:p>
      <w:pPr>
        <w:pStyle w:val="ListParagraph"/>
      </w:pPr>
      <w:r>
        <w:rPr>
          <w:sz w:val="22"/>
        </w:rPr>
        <w:t>D. nhím</w:t>
      </w:r>
    </w:p>
    <w:p/>
    <w:p>
      <w:r>
        <w:rPr>
          <w:b/>
          <w:sz w:val="24"/>
        </w:rPr>
        <w:t>Câu 14: Từ "turtle - tortoise" có nghĩa là gì?</w:t>
      </w:r>
    </w:p>
    <w:p>
      <w:pPr>
        <w:pStyle w:val="ListParagraph"/>
      </w:pPr>
      <w:r>
        <w:rPr>
          <w:sz w:val="22"/>
        </w:rPr>
        <w:t>A. cú</w:t>
      </w:r>
    </w:p>
    <w:p>
      <w:pPr>
        <w:pStyle w:val="ListParagraph"/>
      </w:pPr>
      <w:r>
        <w:rPr>
          <w:sz w:val="22"/>
        </w:rPr>
        <w:t>B. rùa</w:t>
      </w:r>
    </w:p>
    <w:p>
      <w:pPr>
        <w:pStyle w:val="ListParagraph"/>
      </w:pPr>
      <w:r>
        <w:rPr>
          <w:sz w:val="22"/>
        </w:rPr>
        <w:t>C. ngựa</w:t>
      </w:r>
    </w:p>
    <w:p>
      <w:pPr>
        <w:pStyle w:val="ListParagraph"/>
      </w:pPr>
      <w:r>
        <w:rPr>
          <w:sz w:val="22"/>
        </w:rPr>
        <w:t>D. nhím</w:t>
      </w:r>
    </w:p>
    <w:p/>
    <w:p>
      <w:r>
        <w:rPr>
          <w:b/>
          <w:sz w:val="24"/>
        </w:rPr>
        <w:t>Câu 15: Từ "horse - zebra" có nghĩa là gì?</w:t>
      </w:r>
    </w:p>
    <w:p>
      <w:pPr>
        <w:pStyle w:val="ListParagraph"/>
      </w:pPr>
      <w:r>
        <w:rPr>
          <w:sz w:val="22"/>
        </w:rPr>
        <w:t>A. cú</w:t>
      </w:r>
    </w:p>
    <w:p>
      <w:pPr>
        <w:pStyle w:val="ListParagraph"/>
      </w:pPr>
      <w:r>
        <w:rPr>
          <w:sz w:val="22"/>
        </w:rPr>
        <w:t>B. rùa</w:t>
      </w:r>
    </w:p>
    <w:p>
      <w:pPr>
        <w:pStyle w:val="ListParagraph"/>
      </w:pPr>
      <w:r>
        <w:rPr>
          <w:sz w:val="22"/>
        </w:rPr>
        <w:t>C. ngựa</w:t>
      </w:r>
    </w:p>
    <w:p>
      <w:pPr>
        <w:pStyle w:val="ListParagraph"/>
      </w:pPr>
      <w:r>
        <w:rPr>
          <w:sz w:val="22"/>
        </w:rPr>
        <w:t>D. nhím</w:t>
      </w:r>
    </w:p>
    <w:p/>
    <w:p>
      <w:r>
        <w:rPr>
          <w:b/>
          <w:sz w:val="24"/>
        </w:rPr>
        <w:t>Câu 16: Từ "hedhodge" có nghĩa là gì?</w:t>
      </w:r>
    </w:p>
    <w:p>
      <w:pPr>
        <w:pStyle w:val="ListParagraph"/>
      </w:pPr>
      <w:r>
        <w:rPr>
          <w:sz w:val="22"/>
        </w:rPr>
        <w:t>A. cú</w:t>
      </w:r>
    </w:p>
    <w:p>
      <w:pPr>
        <w:pStyle w:val="ListParagraph"/>
      </w:pPr>
      <w:r>
        <w:rPr>
          <w:sz w:val="22"/>
        </w:rPr>
        <w:t>B. rùa</w:t>
      </w:r>
    </w:p>
    <w:p>
      <w:pPr>
        <w:pStyle w:val="ListParagraph"/>
      </w:pPr>
      <w:r>
        <w:rPr>
          <w:sz w:val="22"/>
        </w:rPr>
        <w:t>C. ngựa</w:t>
      </w:r>
    </w:p>
    <w:p>
      <w:pPr>
        <w:pStyle w:val="ListParagraph"/>
      </w:pPr>
      <w:r>
        <w:rPr>
          <w:sz w:val="22"/>
        </w:rPr>
        <w:t>D. nhím</w:t>
      </w:r>
    </w:p>
    <w:p/>
    <w:p>
      <w:r>
        <w:rPr>
          <w:b/>
          <w:sz w:val="24"/>
        </w:rPr>
        <w:t>Câu 17: Từ "python" có nghĩa là gì?</w:t>
      </w:r>
    </w:p>
    <w:p>
      <w:pPr>
        <w:pStyle w:val="ListParagraph"/>
      </w:pPr>
      <w:r>
        <w:rPr>
          <w:sz w:val="22"/>
        </w:rPr>
        <w:t>A. trăn</w:t>
      </w:r>
    </w:p>
    <w:p>
      <w:pPr>
        <w:pStyle w:val="ListParagraph"/>
      </w:pPr>
      <w:r>
        <w:rPr>
          <w:sz w:val="22"/>
        </w:rPr>
        <w:t>B. chuột</w:t>
      </w:r>
    </w:p>
    <w:p>
      <w:pPr>
        <w:pStyle w:val="ListParagraph"/>
      </w:pPr>
      <w:r>
        <w:rPr>
          <w:sz w:val="22"/>
        </w:rPr>
        <w:t>C. muỗi</w:t>
      </w:r>
    </w:p>
    <w:p>
      <w:pPr>
        <w:pStyle w:val="ListParagraph"/>
      </w:pPr>
      <w:r>
        <w:rPr>
          <w:sz w:val="22"/>
        </w:rPr>
        <w:t>D. ruồi</w:t>
      </w:r>
    </w:p>
    <w:p/>
    <w:p>
      <w:r>
        <w:rPr>
          <w:b/>
          <w:sz w:val="24"/>
        </w:rPr>
        <w:t>Câu 18: Từ "mouse - mice" có nghĩa là gì?</w:t>
      </w:r>
    </w:p>
    <w:p>
      <w:pPr>
        <w:pStyle w:val="ListParagraph"/>
      </w:pPr>
      <w:r>
        <w:rPr>
          <w:sz w:val="22"/>
        </w:rPr>
        <w:t>A. trăn</w:t>
      </w:r>
    </w:p>
    <w:p>
      <w:pPr>
        <w:pStyle w:val="ListParagraph"/>
      </w:pPr>
      <w:r>
        <w:rPr>
          <w:sz w:val="22"/>
        </w:rPr>
        <w:t>B. chuột</w:t>
      </w:r>
    </w:p>
    <w:p>
      <w:pPr>
        <w:pStyle w:val="ListParagraph"/>
      </w:pPr>
      <w:r>
        <w:rPr>
          <w:sz w:val="22"/>
        </w:rPr>
        <w:t>C. muỗi</w:t>
      </w:r>
    </w:p>
    <w:p>
      <w:pPr>
        <w:pStyle w:val="ListParagraph"/>
      </w:pPr>
      <w:r>
        <w:rPr>
          <w:sz w:val="22"/>
        </w:rPr>
        <w:t>D. ruồi</w:t>
      </w:r>
    </w:p>
    <w:p/>
    <w:p>
      <w:r>
        <w:rPr>
          <w:b/>
          <w:sz w:val="24"/>
        </w:rPr>
        <w:t>Câu 19: Từ "mosquito" có nghĩa là gì?</w:t>
      </w:r>
    </w:p>
    <w:p>
      <w:pPr>
        <w:pStyle w:val="ListParagraph"/>
      </w:pPr>
      <w:r>
        <w:rPr>
          <w:sz w:val="22"/>
        </w:rPr>
        <w:t>A. trăn</w:t>
      </w:r>
    </w:p>
    <w:p>
      <w:pPr>
        <w:pStyle w:val="ListParagraph"/>
      </w:pPr>
      <w:r>
        <w:rPr>
          <w:sz w:val="22"/>
        </w:rPr>
        <w:t>B. chuột</w:t>
      </w:r>
    </w:p>
    <w:p>
      <w:pPr>
        <w:pStyle w:val="ListParagraph"/>
      </w:pPr>
      <w:r>
        <w:rPr>
          <w:sz w:val="22"/>
        </w:rPr>
        <w:t>C. muỗi</w:t>
      </w:r>
    </w:p>
    <w:p>
      <w:pPr>
        <w:pStyle w:val="ListParagraph"/>
      </w:pPr>
      <w:r>
        <w:rPr>
          <w:sz w:val="22"/>
        </w:rPr>
        <w:t>D. ruồi</w:t>
      </w:r>
    </w:p>
    <w:p/>
    <w:p>
      <w:r>
        <w:rPr>
          <w:b/>
          <w:sz w:val="24"/>
        </w:rPr>
        <w:t>Câu 20: Từ "fly" có nghĩa là gì?</w:t>
      </w:r>
    </w:p>
    <w:p>
      <w:pPr>
        <w:pStyle w:val="ListParagraph"/>
      </w:pPr>
      <w:r>
        <w:rPr>
          <w:sz w:val="22"/>
        </w:rPr>
        <w:t>A. trăn</w:t>
      </w:r>
    </w:p>
    <w:p>
      <w:pPr>
        <w:pStyle w:val="ListParagraph"/>
      </w:pPr>
      <w:r>
        <w:rPr>
          <w:sz w:val="22"/>
        </w:rPr>
        <w:t>B. chuột</w:t>
      </w:r>
    </w:p>
    <w:p>
      <w:pPr>
        <w:pStyle w:val="ListParagraph"/>
      </w:pPr>
      <w:r>
        <w:rPr>
          <w:sz w:val="22"/>
        </w:rPr>
        <w:t>C. muỗi</w:t>
      </w:r>
    </w:p>
    <w:p>
      <w:pPr>
        <w:pStyle w:val="ListParagraph"/>
      </w:pPr>
      <w:r>
        <w:rPr>
          <w:sz w:val="22"/>
        </w:rPr>
        <w:t>D. ruồi</w:t>
      </w:r>
    </w:p>
    <w:p/>
    <w:p>
      <w:r>
        <w:rPr>
          <w:b/>
          <w:sz w:val="24"/>
        </w:rPr>
        <w:t>Câu 21: Từ "dragonfly" có nghĩa là gì?</w:t>
      </w:r>
    </w:p>
    <w:p>
      <w:pPr>
        <w:pStyle w:val="ListParagraph"/>
      </w:pPr>
      <w:r>
        <w:rPr>
          <w:sz w:val="22"/>
        </w:rPr>
        <w:t>A. chuồn chuồn</w:t>
      </w:r>
    </w:p>
    <w:p>
      <w:pPr>
        <w:pStyle w:val="ListParagraph"/>
      </w:pPr>
      <w:r>
        <w:rPr>
          <w:sz w:val="22"/>
        </w:rPr>
        <w:t>B. châu chấu</w:t>
      </w:r>
    </w:p>
    <w:p>
      <w:pPr>
        <w:pStyle w:val="ListParagraph"/>
      </w:pPr>
      <w:r>
        <w:rPr>
          <w:sz w:val="22"/>
        </w:rPr>
        <w:t>C. hồng hạc</w:t>
      </w:r>
    </w:p>
    <w:p>
      <w:pPr>
        <w:pStyle w:val="ListParagraph"/>
      </w:pPr>
      <w:r>
        <w:rPr>
          <w:sz w:val="22"/>
        </w:rPr>
        <w:t>D. hươu nai</w:t>
      </w:r>
    </w:p>
    <w:p/>
    <w:p>
      <w:r>
        <w:rPr>
          <w:b/>
          <w:sz w:val="24"/>
        </w:rPr>
        <w:t>Câu 22: Từ "grasshopper" có nghĩa là gì?</w:t>
      </w:r>
    </w:p>
    <w:p>
      <w:pPr>
        <w:pStyle w:val="ListParagraph"/>
      </w:pPr>
      <w:r>
        <w:rPr>
          <w:sz w:val="22"/>
        </w:rPr>
        <w:t>A. chuồn chuồn</w:t>
      </w:r>
    </w:p>
    <w:p>
      <w:pPr>
        <w:pStyle w:val="ListParagraph"/>
      </w:pPr>
      <w:r>
        <w:rPr>
          <w:sz w:val="22"/>
        </w:rPr>
        <w:t>B. châu chấu</w:t>
      </w:r>
    </w:p>
    <w:p>
      <w:pPr>
        <w:pStyle w:val="ListParagraph"/>
      </w:pPr>
      <w:r>
        <w:rPr>
          <w:sz w:val="22"/>
        </w:rPr>
        <w:t>C. hồng hạc</w:t>
      </w:r>
    </w:p>
    <w:p>
      <w:pPr>
        <w:pStyle w:val="ListParagraph"/>
      </w:pPr>
      <w:r>
        <w:rPr>
          <w:sz w:val="22"/>
        </w:rPr>
        <w:t>D. hươu nai</w:t>
      </w:r>
    </w:p>
    <w:p/>
    <w:p>
      <w:r>
        <w:rPr>
          <w:b/>
          <w:sz w:val="24"/>
        </w:rPr>
        <w:t>Câu 23: Từ "flamingo" có nghĩa là gì?</w:t>
      </w:r>
    </w:p>
    <w:p>
      <w:pPr>
        <w:pStyle w:val="ListParagraph"/>
      </w:pPr>
      <w:r>
        <w:rPr>
          <w:sz w:val="22"/>
        </w:rPr>
        <w:t>A. chuồn chuồn</w:t>
      </w:r>
    </w:p>
    <w:p>
      <w:pPr>
        <w:pStyle w:val="ListParagraph"/>
      </w:pPr>
      <w:r>
        <w:rPr>
          <w:sz w:val="22"/>
        </w:rPr>
        <w:t>B. châu chấu</w:t>
      </w:r>
    </w:p>
    <w:p>
      <w:pPr>
        <w:pStyle w:val="ListParagraph"/>
      </w:pPr>
      <w:r>
        <w:rPr>
          <w:sz w:val="22"/>
        </w:rPr>
        <w:t>C. hồng hạc</w:t>
      </w:r>
    </w:p>
    <w:p>
      <w:pPr>
        <w:pStyle w:val="ListParagraph"/>
      </w:pPr>
      <w:r>
        <w:rPr>
          <w:sz w:val="22"/>
        </w:rPr>
        <w:t>D. hươu nai</w:t>
      </w:r>
    </w:p>
    <w:p/>
    <w:p>
      <w:r>
        <w:rPr>
          <w:b/>
          <w:sz w:val="24"/>
        </w:rPr>
        <w:t>Câu 24: Từ "deer" có nghĩa là gì?</w:t>
      </w:r>
    </w:p>
    <w:p>
      <w:pPr>
        <w:pStyle w:val="ListParagraph"/>
      </w:pPr>
      <w:r>
        <w:rPr>
          <w:sz w:val="22"/>
        </w:rPr>
        <w:t>A. chuồn chuồn</w:t>
      </w:r>
    </w:p>
    <w:p>
      <w:pPr>
        <w:pStyle w:val="ListParagraph"/>
      </w:pPr>
      <w:r>
        <w:rPr>
          <w:sz w:val="22"/>
        </w:rPr>
        <w:t>B. châu chấu</w:t>
      </w:r>
    </w:p>
    <w:p>
      <w:pPr>
        <w:pStyle w:val="ListParagraph"/>
      </w:pPr>
      <w:r>
        <w:rPr>
          <w:sz w:val="22"/>
        </w:rPr>
        <w:t>C. hồng hạc</w:t>
      </w:r>
    </w:p>
    <w:p>
      <w:pPr>
        <w:pStyle w:val="ListParagraph"/>
      </w:pPr>
      <w:r>
        <w:rPr>
          <w:sz w:val="22"/>
        </w:rPr>
        <w:t>D. hươu nai</w:t>
      </w:r>
    </w:p>
    <w:p/>
    <w:p>
      <w:r>
        <w:rPr>
          <w:b/>
          <w:sz w:val="24"/>
        </w:rPr>
        <w:t>Câu 25: Từ "hippo" có nghĩa là gì?</w:t>
      </w:r>
    </w:p>
    <w:p>
      <w:pPr>
        <w:pStyle w:val="ListParagraph"/>
      </w:pPr>
      <w:r>
        <w:rPr>
          <w:sz w:val="22"/>
        </w:rPr>
        <w:t>A. hà mã</w:t>
      </w:r>
    </w:p>
    <w:p>
      <w:pPr>
        <w:pStyle w:val="ListParagraph"/>
      </w:pPr>
      <w:r>
        <w:rPr>
          <w:sz w:val="22"/>
        </w:rPr>
        <w:t>B. kỹ sư</w:t>
      </w:r>
    </w:p>
    <w:p>
      <w:pPr>
        <w:pStyle w:val="ListParagraph"/>
      </w:pPr>
      <w:r>
        <w:rPr>
          <w:sz w:val="22"/>
        </w:rPr>
        <w:t>C. kiến trúc sư</w:t>
      </w:r>
    </w:p>
    <w:p>
      <w:pPr>
        <w:pStyle w:val="ListParagraph"/>
      </w:pPr>
      <w:r>
        <w:rPr>
          <w:sz w:val="22"/>
        </w:rPr>
        <w:t>D. thợ mộc</w:t>
      </w:r>
    </w:p>
    <w:p/>
    <w:p>
      <w:r>
        <w:rPr>
          <w:b/>
          <w:sz w:val="24"/>
        </w:rPr>
        <w:t>Câu 26: Từ "engineer" có nghĩa là gì?</w:t>
      </w:r>
    </w:p>
    <w:p>
      <w:pPr>
        <w:pStyle w:val="ListParagraph"/>
      </w:pPr>
      <w:r>
        <w:rPr>
          <w:sz w:val="22"/>
        </w:rPr>
        <w:t>A. hà mã</w:t>
      </w:r>
    </w:p>
    <w:p>
      <w:pPr>
        <w:pStyle w:val="ListParagraph"/>
      </w:pPr>
      <w:r>
        <w:rPr>
          <w:sz w:val="22"/>
        </w:rPr>
        <w:t>B. kỹ sư</w:t>
      </w:r>
    </w:p>
    <w:p>
      <w:pPr>
        <w:pStyle w:val="ListParagraph"/>
      </w:pPr>
      <w:r>
        <w:rPr>
          <w:sz w:val="22"/>
        </w:rPr>
        <w:t>C. kiến trúc sư</w:t>
      </w:r>
    </w:p>
    <w:p>
      <w:pPr>
        <w:pStyle w:val="ListParagraph"/>
      </w:pPr>
      <w:r>
        <w:rPr>
          <w:sz w:val="22"/>
        </w:rPr>
        <w:t>D. thợ mộc</w:t>
      </w:r>
    </w:p>
    <w:p/>
    <w:p>
      <w:r>
        <w:rPr>
          <w:b/>
          <w:sz w:val="24"/>
        </w:rPr>
        <w:t>Câu 27: Từ "architect" có nghĩa là gì?</w:t>
      </w:r>
    </w:p>
    <w:p>
      <w:pPr>
        <w:pStyle w:val="ListParagraph"/>
      </w:pPr>
      <w:r>
        <w:rPr>
          <w:sz w:val="22"/>
        </w:rPr>
        <w:t>A. hà mã</w:t>
      </w:r>
    </w:p>
    <w:p>
      <w:pPr>
        <w:pStyle w:val="ListParagraph"/>
      </w:pPr>
      <w:r>
        <w:rPr>
          <w:sz w:val="22"/>
        </w:rPr>
        <w:t>B. kỹ sư</w:t>
      </w:r>
    </w:p>
    <w:p>
      <w:pPr>
        <w:pStyle w:val="ListParagraph"/>
      </w:pPr>
      <w:r>
        <w:rPr>
          <w:sz w:val="22"/>
        </w:rPr>
        <w:t>C. kiến trúc sư</w:t>
      </w:r>
    </w:p>
    <w:p>
      <w:pPr>
        <w:pStyle w:val="ListParagraph"/>
      </w:pPr>
      <w:r>
        <w:rPr>
          <w:sz w:val="22"/>
        </w:rPr>
        <w:t>D. thợ mộc</w:t>
      </w:r>
    </w:p>
    <w:p/>
    <w:p>
      <w:r>
        <w:rPr>
          <w:b/>
          <w:sz w:val="24"/>
        </w:rPr>
        <w:t>Câu 28: Từ "carpenter" có nghĩa là gì?</w:t>
      </w:r>
    </w:p>
    <w:p>
      <w:pPr>
        <w:pStyle w:val="ListParagraph"/>
      </w:pPr>
      <w:r>
        <w:rPr>
          <w:sz w:val="22"/>
        </w:rPr>
        <w:t>A. hà mã</w:t>
      </w:r>
    </w:p>
    <w:p>
      <w:pPr>
        <w:pStyle w:val="ListParagraph"/>
      </w:pPr>
      <w:r>
        <w:rPr>
          <w:sz w:val="22"/>
        </w:rPr>
        <w:t>B. kỹ sư</w:t>
      </w:r>
    </w:p>
    <w:p>
      <w:pPr>
        <w:pStyle w:val="ListParagraph"/>
      </w:pPr>
      <w:r>
        <w:rPr>
          <w:sz w:val="22"/>
        </w:rPr>
        <w:t>C. kiến trúc sư</w:t>
      </w:r>
    </w:p>
    <w:p>
      <w:pPr>
        <w:pStyle w:val="ListParagraph"/>
      </w:pPr>
      <w:r>
        <w:rPr>
          <w:sz w:val="22"/>
        </w:rPr>
        <w:t>D. thợ mộc</w:t>
      </w:r>
    </w:p>
    <w:p/>
    <w:p>
      <w:r>
        <w:rPr>
          <w:b/>
          <w:sz w:val="24"/>
        </w:rPr>
        <w:t>Câu 29: Từ "mechanic" có nghĩa là gì?</w:t>
      </w:r>
    </w:p>
    <w:p>
      <w:pPr>
        <w:pStyle w:val="ListParagraph"/>
      </w:pPr>
      <w:r>
        <w:rPr>
          <w:sz w:val="22"/>
        </w:rPr>
        <w:t>A. thợ cơ khí</w:t>
      </w:r>
    </w:p>
    <w:p>
      <w:pPr>
        <w:pStyle w:val="ListParagraph"/>
      </w:pPr>
      <w:r>
        <w:rPr>
          <w:sz w:val="22"/>
        </w:rPr>
        <w:t>B. thợ sửa ống nước</w:t>
      </w:r>
    </w:p>
    <w:p>
      <w:pPr>
        <w:pStyle w:val="ListParagraph"/>
      </w:pPr>
      <w:r>
        <w:rPr>
          <w:sz w:val="22"/>
        </w:rPr>
        <w:t>C. kế toán</w:t>
      </w:r>
    </w:p>
    <w:p>
      <w:pPr>
        <w:pStyle w:val="ListParagraph"/>
      </w:pPr>
      <w:r>
        <w:rPr>
          <w:sz w:val="22"/>
        </w:rPr>
        <w:t>D. thư kí</w:t>
      </w:r>
    </w:p>
    <w:p/>
    <w:p>
      <w:r>
        <w:rPr>
          <w:b/>
          <w:sz w:val="24"/>
        </w:rPr>
        <w:t>Câu 30: Từ "plumber" có nghĩa là gì?</w:t>
      </w:r>
    </w:p>
    <w:p>
      <w:pPr>
        <w:pStyle w:val="ListParagraph"/>
      </w:pPr>
      <w:r>
        <w:rPr>
          <w:sz w:val="22"/>
        </w:rPr>
        <w:t>A. thợ cơ khí</w:t>
      </w:r>
    </w:p>
    <w:p>
      <w:pPr>
        <w:pStyle w:val="ListParagraph"/>
      </w:pPr>
      <w:r>
        <w:rPr>
          <w:sz w:val="22"/>
        </w:rPr>
        <w:t>B. thợ sửa ống nước</w:t>
      </w:r>
    </w:p>
    <w:p>
      <w:pPr>
        <w:pStyle w:val="ListParagraph"/>
      </w:pPr>
      <w:r>
        <w:rPr>
          <w:sz w:val="22"/>
        </w:rPr>
        <w:t>C. kế toán</w:t>
      </w:r>
    </w:p>
    <w:p>
      <w:pPr>
        <w:pStyle w:val="ListParagraph"/>
      </w:pPr>
      <w:r>
        <w:rPr>
          <w:sz w:val="22"/>
        </w:rPr>
        <w:t>D. thư kí</w:t>
      </w:r>
    </w:p>
    <w:p/>
    <w:p>
      <w:r>
        <w:rPr>
          <w:b/>
          <w:sz w:val="24"/>
        </w:rPr>
        <w:t>Câu 31: Từ "accountant" có nghĩa là gì?</w:t>
      </w:r>
    </w:p>
    <w:p>
      <w:pPr>
        <w:pStyle w:val="ListParagraph"/>
      </w:pPr>
      <w:r>
        <w:rPr>
          <w:sz w:val="22"/>
        </w:rPr>
        <w:t>A. thợ cơ khí</w:t>
      </w:r>
    </w:p>
    <w:p>
      <w:pPr>
        <w:pStyle w:val="ListParagraph"/>
      </w:pPr>
      <w:r>
        <w:rPr>
          <w:sz w:val="22"/>
        </w:rPr>
        <w:t>B. thợ sửa ống nước</w:t>
      </w:r>
    </w:p>
    <w:p>
      <w:pPr>
        <w:pStyle w:val="ListParagraph"/>
      </w:pPr>
      <w:r>
        <w:rPr>
          <w:sz w:val="22"/>
        </w:rPr>
        <w:t>C. kế toán</w:t>
      </w:r>
    </w:p>
    <w:p>
      <w:pPr>
        <w:pStyle w:val="ListParagraph"/>
      </w:pPr>
      <w:r>
        <w:rPr>
          <w:sz w:val="22"/>
        </w:rPr>
        <w:t>D. thư kí</w:t>
      </w:r>
    </w:p>
    <w:p/>
    <w:p>
      <w:r>
        <w:rPr>
          <w:b/>
          <w:sz w:val="24"/>
        </w:rPr>
        <w:t>Câu 32: Từ "secretary - clerk" có nghĩa là gì?</w:t>
      </w:r>
    </w:p>
    <w:p>
      <w:pPr>
        <w:pStyle w:val="ListParagraph"/>
      </w:pPr>
      <w:r>
        <w:rPr>
          <w:sz w:val="22"/>
        </w:rPr>
        <w:t>A. thợ cơ khí</w:t>
      </w:r>
    </w:p>
    <w:p>
      <w:pPr>
        <w:pStyle w:val="ListParagraph"/>
      </w:pPr>
      <w:r>
        <w:rPr>
          <w:sz w:val="22"/>
        </w:rPr>
        <w:t>B. thợ sửa ống nước</w:t>
      </w:r>
    </w:p>
    <w:p>
      <w:pPr>
        <w:pStyle w:val="ListParagraph"/>
      </w:pPr>
      <w:r>
        <w:rPr>
          <w:sz w:val="22"/>
        </w:rPr>
        <w:t>C. kế toán</w:t>
      </w:r>
    </w:p>
    <w:p>
      <w:pPr>
        <w:pStyle w:val="ListParagraph"/>
      </w:pPr>
      <w:r>
        <w:rPr>
          <w:sz w:val="22"/>
        </w:rPr>
        <w:t>D. thư kí</w:t>
      </w:r>
    </w:p>
    <w:p/>
    <w:p>
      <w:r>
        <w:rPr>
          <w:b/>
          <w:sz w:val="24"/>
        </w:rPr>
        <w:t>Câu 33: Từ "cashier" có nghĩa là gì?</w:t>
      </w:r>
    </w:p>
    <w:p>
      <w:pPr>
        <w:pStyle w:val="ListParagraph"/>
      </w:pPr>
      <w:r>
        <w:rPr>
          <w:sz w:val="22"/>
        </w:rPr>
        <w:t>A. thủ quỹ</w:t>
      </w:r>
    </w:p>
    <w:p>
      <w:pPr>
        <w:pStyle w:val="ListParagraph"/>
      </w:pPr>
      <w:r>
        <w:rPr>
          <w:sz w:val="22"/>
        </w:rPr>
        <w:t>B. giám đốc</w:t>
      </w:r>
    </w:p>
    <w:p>
      <w:pPr>
        <w:pStyle w:val="ListParagraph"/>
      </w:pPr>
      <w:r>
        <w:rPr>
          <w:sz w:val="22"/>
        </w:rPr>
        <w:t>C. hoạ sĩ</w:t>
      </w:r>
    </w:p>
    <w:p>
      <w:pPr>
        <w:pStyle w:val="ListParagraph"/>
      </w:pPr>
      <w:r>
        <w:rPr>
          <w:sz w:val="22"/>
        </w:rPr>
        <w:t>D. diễn viên</w:t>
      </w:r>
    </w:p>
    <w:p/>
    <w:p>
      <w:r>
        <w:rPr>
          <w:b/>
          <w:sz w:val="24"/>
        </w:rPr>
        <w:t>Câu 34: Từ "manager - director" có nghĩa là gì?</w:t>
      </w:r>
    </w:p>
    <w:p>
      <w:pPr>
        <w:pStyle w:val="ListParagraph"/>
      </w:pPr>
      <w:r>
        <w:rPr>
          <w:sz w:val="22"/>
        </w:rPr>
        <w:t>A. thủ quỹ</w:t>
      </w:r>
    </w:p>
    <w:p>
      <w:pPr>
        <w:pStyle w:val="ListParagraph"/>
      </w:pPr>
      <w:r>
        <w:rPr>
          <w:sz w:val="22"/>
        </w:rPr>
        <w:t>B. giám đốc</w:t>
      </w:r>
    </w:p>
    <w:p>
      <w:pPr>
        <w:pStyle w:val="ListParagraph"/>
      </w:pPr>
      <w:r>
        <w:rPr>
          <w:sz w:val="22"/>
        </w:rPr>
        <w:t>C. hoạ sĩ</w:t>
      </w:r>
    </w:p>
    <w:p>
      <w:pPr>
        <w:pStyle w:val="ListParagraph"/>
      </w:pPr>
      <w:r>
        <w:rPr>
          <w:sz w:val="22"/>
        </w:rPr>
        <w:t>D. diễn viên</w:t>
      </w:r>
    </w:p>
    <w:p/>
    <w:p>
      <w:r>
        <w:rPr>
          <w:b/>
          <w:sz w:val="24"/>
        </w:rPr>
        <w:t>Câu 35: Từ "artist - painter" có nghĩa là gì?</w:t>
      </w:r>
    </w:p>
    <w:p>
      <w:pPr>
        <w:pStyle w:val="ListParagraph"/>
      </w:pPr>
      <w:r>
        <w:rPr>
          <w:sz w:val="22"/>
        </w:rPr>
        <w:t>A. thủ quỹ</w:t>
      </w:r>
    </w:p>
    <w:p>
      <w:pPr>
        <w:pStyle w:val="ListParagraph"/>
      </w:pPr>
      <w:r>
        <w:rPr>
          <w:sz w:val="22"/>
        </w:rPr>
        <w:t>B. giám đốc</w:t>
      </w:r>
    </w:p>
    <w:p>
      <w:pPr>
        <w:pStyle w:val="ListParagraph"/>
      </w:pPr>
      <w:r>
        <w:rPr>
          <w:sz w:val="22"/>
        </w:rPr>
        <w:t>C. hoạ sĩ</w:t>
      </w:r>
    </w:p>
    <w:p>
      <w:pPr>
        <w:pStyle w:val="ListParagraph"/>
      </w:pPr>
      <w:r>
        <w:rPr>
          <w:sz w:val="22"/>
        </w:rPr>
        <w:t>D. diễn viên</w:t>
      </w:r>
    </w:p>
    <w:p/>
    <w:p>
      <w:r>
        <w:rPr>
          <w:b/>
          <w:sz w:val="24"/>
        </w:rPr>
        <w:t>Câu 36: Từ "actor - actress" có nghĩa là gì?</w:t>
      </w:r>
    </w:p>
    <w:p>
      <w:pPr>
        <w:pStyle w:val="ListParagraph"/>
      </w:pPr>
      <w:r>
        <w:rPr>
          <w:sz w:val="22"/>
        </w:rPr>
        <w:t>A. thủ quỹ</w:t>
      </w:r>
    </w:p>
    <w:p>
      <w:pPr>
        <w:pStyle w:val="ListParagraph"/>
      </w:pPr>
      <w:r>
        <w:rPr>
          <w:sz w:val="22"/>
        </w:rPr>
        <w:t>B. giám đốc</w:t>
      </w:r>
    </w:p>
    <w:p>
      <w:pPr>
        <w:pStyle w:val="ListParagraph"/>
      </w:pPr>
      <w:r>
        <w:rPr>
          <w:sz w:val="22"/>
        </w:rPr>
        <w:t>C. hoạ sĩ</w:t>
      </w:r>
    </w:p>
    <w:p>
      <w:pPr>
        <w:pStyle w:val="ListParagraph"/>
      </w:pPr>
      <w:r>
        <w:rPr>
          <w:sz w:val="22"/>
        </w:rPr>
        <w:t>D. diễn viên</w:t>
      </w:r>
    </w:p>
    <w:p/>
    <w:p>
      <w:r>
        <w:rPr>
          <w:b/>
          <w:sz w:val="24"/>
        </w:rPr>
        <w:t>Câu 37: Từ "waiter - waitress" có nghĩa là gì?</w:t>
      </w:r>
    </w:p>
    <w:p>
      <w:pPr>
        <w:pStyle w:val="ListParagraph"/>
      </w:pPr>
      <w:r>
        <w:rPr>
          <w:sz w:val="22"/>
        </w:rPr>
        <w:t>A. bồi bàn</w:t>
      </w:r>
    </w:p>
    <w:p>
      <w:pPr>
        <w:pStyle w:val="ListParagraph"/>
      </w:pPr>
      <w:r>
        <w:rPr>
          <w:sz w:val="22"/>
        </w:rPr>
        <w:t>B. tiếp viên hàng không</w:t>
      </w:r>
    </w:p>
    <w:p>
      <w:pPr>
        <w:pStyle w:val="ListParagraph"/>
      </w:pPr>
      <w:r>
        <w:rPr>
          <w:sz w:val="22"/>
        </w:rPr>
        <w:t>C. bác sĩ phẫu thuật</w:t>
      </w:r>
    </w:p>
    <w:p>
      <w:pPr>
        <w:pStyle w:val="ListParagraph"/>
      </w:pPr>
      <w:r>
        <w:rPr>
          <w:sz w:val="22"/>
        </w:rPr>
        <w:t>D. bác sĩ thú y</w:t>
      </w:r>
    </w:p>
    <w:p/>
    <w:p>
      <w:r>
        <w:rPr>
          <w:b/>
          <w:sz w:val="24"/>
        </w:rPr>
        <w:t>Câu 38: Từ "flight attendant" có nghĩa là gì?</w:t>
      </w:r>
    </w:p>
    <w:p>
      <w:pPr>
        <w:pStyle w:val="ListParagraph"/>
      </w:pPr>
      <w:r>
        <w:rPr>
          <w:sz w:val="22"/>
        </w:rPr>
        <w:t>A. bồi bàn</w:t>
      </w:r>
    </w:p>
    <w:p>
      <w:pPr>
        <w:pStyle w:val="ListParagraph"/>
      </w:pPr>
      <w:r>
        <w:rPr>
          <w:sz w:val="22"/>
        </w:rPr>
        <w:t>B. tiếp viên hàng không</w:t>
      </w:r>
    </w:p>
    <w:p>
      <w:pPr>
        <w:pStyle w:val="ListParagraph"/>
      </w:pPr>
      <w:r>
        <w:rPr>
          <w:sz w:val="22"/>
        </w:rPr>
        <w:t>C. bác sĩ phẫu thuật</w:t>
      </w:r>
    </w:p>
    <w:p>
      <w:pPr>
        <w:pStyle w:val="ListParagraph"/>
      </w:pPr>
      <w:r>
        <w:rPr>
          <w:sz w:val="22"/>
        </w:rPr>
        <w:t>D. bác sĩ thú y</w:t>
      </w:r>
    </w:p>
    <w:p/>
    <w:p>
      <w:r>
        <w:rPr>
          <w:b/>
          <w:sz w:val="24"/>
        </w:rPr>
        <w:t>Câu 39: Từ "surgeon" có nghĩa là gì?</w:t>
      </w:r>
    </w:p>
    <w:p>
      <w:pPr>
        <w:pStyle w:val="ListParagraph"/>
      </w:pPr>
      <w:r>
        <w:rPr>
          <w:sz w:val="22"/>
        </w:rPr>
        <w:t>A. bồi bàn</w:t>
      </w:r>
    </w:p>
    <w:p>
      <w:pPr>
        <w:pStyle w:val="ListParagraph"/>
      </w:pPr>
      <w:r>
        <w:rPr>
          <w:sz w:val="22"/>
        </w:rPr>
        <w:t>B. tiếp viên hàng không</w:t>
      </w:r>
    </w:p>
    <w:p>
      <w:pPr>
        <w:pStyle w:val="ListParagraph"/>
      </w:pPr>
      <w:r>
        <w:rPr>
          <w:sz w:val="22"/>
        </w:rPr>
        <w:t>C. bác sĩ phẫu thuật</w:t>
      </w:r>
    </w:p>
    <w:p>
      <w:pPr>
        <w:pStyle w:val="ListParagraph"/>
      </w:pPr>
      <w:r>
        <w:rPr>
          <w:sz w:val="22"/>
        </w:rPr>
        <w:t>D. bác sĩ thú y</w:t>
      </w:r>
    </w:p>
    <w:p/>
    <w:p>
      <w:r>
        <w:rPr>
          <w:b/>
          <w:sz w:val="24"/>
        </w:rPr>
        <w:t>Câu 40: Từ "vet" có nghĩa là gì?</w:t>
      </w:r>
    </w:p>
    <w:p>
      <w:pPr>
        <w:pStyle w:val="ListParagraph"/>
      </w:pPr>
      <w:r>
        <w:rPr>
          <w:sz w:val="22"/>
        </w:rPr>
        <w:t>A. bồi bàn</w:t>
      </w:r>
    </w:p>
    <w:p>
      <w:pPr>
        <w:pStyle w:val="ListParagraph"/>
      </w:pPr>
      <w:r>
        <w:rPr>
          <w:sz w:val="22"/>
        </w:rPr>
        <w:t>B. tiếp viên hàng không</w:t>
      </w:r>
    </w:p>
    <w:p>
      <w:pPr>
        <w:pStyle w:val="ListParagraph"/>
      </w:pPr>
      <w:r>
        <w:rPr>
          <w:sz w:val="22"/>
        </w:rPr>
        <w:t>C. bác sĩ phẫu thuật</w:t>
      </w:r>
    </w:p>
    <w:p>
      <w:pPr>
        <w:pStyle w:val="ListParagraph"/>
      </w:pPr>
      <w:r>
        <w:rPr>
          <w:sz w:val="22"/>
        </w:rPr>
        <w:t>D. bác sĩ thú y</w:t>
      </w:r>
    </w:p>
    <w:p/>
    <w:p>
      <w:r>
        <w:rPr>
          <w:b/>
          <w:sz w:val="24"/>
        </w:rPr>
        <w:t>Câu 41: Từ "dentist" có nghĩa là gì?</w:t>
      </w:r>
    </w:p>
    <w:p>
      <w:pPr>
        <w:pStyle w:val="ListParagraph"/>
      </w:pPr>
      <w:r>
        <w:rPr>
          <w:sz w:val="22"/>
        </w:rPr>
        <w:t>A. nha sĩ</w:t>
      </w:r>
    </w:p>
    <w:p>
      <w:pPr>
        <w:pStyle w:val="ListParagraph"/>
      </w:pPr>
      <w:r>
        <w:rPr>
          <w:sz w:val="22"/>
        </w:rPr>
        <w:t>B. lái xe</w:t>
      </w:r>
    </w:p>
    <w:p>
      <w:pPr>
        <w:pStyle w:val="ListParagraph"/>
      </w:pPr>
      <w:r>
        <w:rPr>
          <w:sz w:val="22"/>
        </w:rPr>
        <w:t>C. đầu bếp</w:t>
      </w:r>
    </w:p>
    <w:p>
      <w:pPr>
        <w:pStyle w:val="ListParagraph"/>
      </w:pPr>
      <w:r>
        <w:rPr>
          <w:sz w:val="22"/>
        </w:rPr>
        <w:t>D. người bán hoa</w:t>
      </w:r>
    </w:p>
    <w:p/>
    <w:p>
      <w:r>
        <w:rPr>
          <w:b/>
          <w:sz w:val="24"/>
        </w:rPr>
        <w:t>Câu 42: Từ "driver - chauffer" có nghĩa là gì?</w:t>
      </w:r>
    </w:p>
    <w:p>
      <w:pPr>
        <w:pStyle w:val="ListParagraph"/>
      </w:pPr>
      <w:r>
        <w:rPr>
          <w:sz w:val="22"/>
        </w:rPr>
        <w:t>A. nha sĩ</w:t>
      </w:r>
    </w:p>
    <w:p>
      <w:pPr>
        <w:pStyle w:val="ListParagraph"/>
      </w:pPr>
      <w:r>
        <w:rPr>
          <w:sz w:val="22"/>
        </w:rPr>
        <w:t>B. lái xe</w:t>
      </w:r>
    </w:p>
    <w:p>
      <w:pPr>
        <w:pStyle w:val="ListParagraph"/>
      </w:pPr>
      <w:r>
        <w:rPr>
          <w:sz w:val="22"/>
        </w:rPr>
        <w:t>C. đầu bếp</w:t>
      </w:r>
    </w:p>
    <w:p>
      <w:pPr>
        <w:pStyle w:val="ListParagraph"/>
      </w:pPr>
      <w:r>
        <w:rPr>
          <w:sz w:val="22"/>
        </w:rPr>
        <w:t>D. người bán hoa</w:t>
      </w:r>
    </w:p>
    <w:p/>
    <w:p>
      <w:r>
        <w:rPr>
          <w:b/>
          <w:sz w:val="24"/>
        </w:rPr>
        <w:t>Câu 43: Từ "cook - chef" có nghĩa là gì?</w:t>
      </w:r>
    </w:p>
    <w:p>
      <w:pPr>
        <w:pStyle w:val="ListParagraph"/>
      </w:pPr>
      <w:r>
        <w:rPr>
          <w:sz w:val="22"/>
        </w:rPr>
        <w:t>A. nha sĩ</w:t>
      </w:r>
    </w:p>
    <w:p>
      <w:pPr>
        <w:pStyle w:val="ListParagraph"/>
      </w:pPr>
      <w:r>
        <w:rPr>
          <w:sz w:val="22"/>
        </w:rPr>
        <w:t>B. lái xe</w:t>
      </w:r>
    </w:p>
    <w:p>
      <w:pPr>
        <w:pStyle w:val="ListParagraph"/>
      </w:pPr>
      <w:r>
        <w:rPr>
          <w:sz w:val="22"/>
        </w:rPr>
        <w:t>C. đầu bếp</w:t>
      </w:r>
    </w:p>
    <w:p>
      <w:pPr>
        <w:pStyle w:val="ListParagraph"/>
      </w:pPr>
      <w:r>
        <w:rPr>
          <w:sz w:val="22"/>
        </w:rPr>
        <w:t>D. người bán hoa</w:t>
      </w:r>
    </w:p>
    <w:p/>
    <w:p>
      <w:r>
        <w:rPr>
          <w:b/>
          <w:sz w:val="24"/>
        </w:rPr>
        <w:t>Câu 44: Từ "florist" có nghĩa là gì?</w:t>
      </w:r>
    </w:p>
    <w:p>
      <w:pPr>
        <w:pStyle w:val="ListParagraph"/>
      </w:pPr>
      <w:r>
        <w:rPr>
          <w:sz w:val="22"/>
        </w:rPr>
        <w:t>A. nha sĩ</w:t>
      </w:r>
    </w:p>
    <w:p>
      <w:pPr>
        <w:pStyle w:val="ListParagraph"/>
      </w:pPr>
      <w:r>
        <w:rPr>
          <w:sz w:val="22"/>
        </w:rPr>
        <w:t>B. lái xe</w:t>
      </w:r>
    </w:p>
    <w:p>
      <w:pPr>
        <w:pStyle w:val="ListParagraph"/>
      </w:pPr>
      <w:r>
        <w:rPr>
          <w:sz w:val="22"/>
        </w:rPr>
        <w:t>C. đầu bếp</w:t>
      </w:r>
    </w:p>
    <w:p>
      <w:pPr>
        <w:pStyle w:val="ListParagraph"/>
      </w:pPr>
      <w:r>
        <w:rPr>
          <w:sz w:val="22"/>
        </w:rPr>
        <w:t>D. người bán hoa</w:t>
      </w:r>
    </w:p>
    <w:p/>
    <w:p>
      <w:r>
        <w:rPr>
          <w:b/>
          <w:sz w:val="24"/>
        </w:rPr>
        <w:t>Câu 45: Từ "vender" có nghĩa là gì?</w:t>
      </w:r>
    </w:p>
    <w:p>
      <w:pPr>
        <w:pStyle w:val="ListParagraph"/>
      </w:pPr>
      <w:r>
        <w:rPr>
          <w:sz w:val="22"/>
        </w:rPr>
        <w:t>A. người bán hàng rong</w:t>
      </w:r>
    </w:p>
    <w:p>
      <w:pPr>
        <w:pStyle w:val="ListParagraph"/>
      </w:pPr>
      <w:r>
        <w:rPr>
          <w:sz w:val="22"/>
        </w:rPr>
        <w:t>B. người bán thịt</w:t>
      </w:r>
    </w:p>
    <w:p>
      <w:pPr>
        <w:pStyle w:val="ListParagraph"/>
      </w:pPr>
      <w:r>
        <w:rPr>
          <w:sz w:val="22"/>
        </w:rPr>
        <w:t>C. nhà báo</w:t>
      </w:r>
    </w:p>
    <w:p>
      <w:pPr>
        <w:pStyle w:val="ListParagraph"/>
      </w:pPr>
      <w:r>
        <w:rPr>
          <w:sz w:val="22"/>
        </w:rPr>
        <w:t>D. thợ điện</w:t>
      </w:r>
    </w:p>
    <w:p/>
    <w:p>
      <w:r>
        <w:rPr>
          <w:b/>
          <w:sz w:val="24"/>
        </w:rPr>
        <w:t>Câu 46: Từ "butcher" có nghĩa là gì?</w:t>
      </w:r>
    </w:p>
    <w:p>
      <w:pPr>
        <w:pStyle w:val="ListParagraph"/>
      </w:pPr>
      <w:r>
        <w:rPr>
          <w:sz w:val="22"/>
        </w:rPr>
        <w:t>A. người bán hàng rong</w:t>
      </w:r>
    </w:p>
    <w:p>
      <w:pPr>
        <w:pStyle w:val="ListParagraph"/>
      </w:pPr>
      <w:r>
        <w:rPr>
          <w:sz w:val="22"/>
        </w:rPr>
        <w:t>B. người bán thịt</w:t>
      </w:r>
    </w:p>
    <w:p>
      <w:pPr>
        <w:pStyle w:val="ListParagraph"/>
      </w:pPr>
      <w:r>
        <w:rPr>
          <w:sz w:val="22"/>
        </w:rPr>
        <w:t>C. nhà báo</w:t>
      </w:r>
    </w:p>
    <w:p>
      <w:pPr>
        <w:pStyle w:val="ListParagraph"/>
      </w:pPr>
      <w:r>
        <w:rPr>
          <w:sz w:val="22"/>
        </w:rPr>
        <w:t>D. thợ điện</w:t>
      </w:r>
    </w:p>
    <w:p/>
    <w:p>
      <w:r>
        <w:rPr>
          <w:b/>
          <w:sz w:val="24"/>
        </w:rPr>
        <w:t>Câu 47: Từ "journalist" có nghĩa là gì?</w:t>
      </w:r>
    </w:p>
    <w:p>
      <w:pPr>
        <w:pStyle w:val="ListParagraph"/>
      </w:pPr>
      <w:r>
        <w:rPr>
          <w:sz w:val="22"/>
        </w:rPr>
        <w:t>A. người bán hàng rong</w:t>
      </w:r>
    </w:p>
    <w:p>
      <w:pPr>
        <w:pStyle w:val="ListParagraph"/>
      </w:pPr>
      <w:r>
        <w:rPr>
          <w:sz w:val="22"/>
        </w:rPr>
        <w:t>B. người bán thịt</w:t>
      </w:r>
    </w:p>
    <w:p>
      <w:pPr>
        <w:pStyle w:val="ListParagraph"/>
      </w:pPr>
      <w:r>
        <w:rPr>
          <w:sz w:val="22"/>
        </w:rPr>
        <w:t>C. nhà báo</w:t>
      </w:r>
    </w:p>
    <w:p>
      <w:pPr>
        <w:pStyle w:val="ListParagraph"/>
      </w:pPr>
      <w:r>
        <w:rPr>
          <w:sz w:val="22"/>
        </w:rPr>
        <w:t>D. thợ điện</w:t>
      </w:r>
    </w:p>
    <w:p/>
    <w:p>
      <w:r>
        <w:rPr>
          <w:b/>
          <w:sz w:val="24"/>
        </w:rPr>
        <w:t>Câu 48: Từ "electrician" có nghĩa là gì?</w:t>
      </w:r>
    </w:p>
    <w:p>
      <w:pPr>
        <w:pStyle w:val="ListParagraph"/>
      </w:pPr>
      <w:r>
        <w:rPr>
          <w:sz w:val="22"/>
        </w:rPr>
        <w:t>A. người bán hàng rong</w:t>
      </w:r>
    </w:p>
    <w:p>
      <w:pPr>
        <w:pStyle w:val="ListParagraph"/>
      </w:pPr>
      <w:r>
        <w:rPr>
          <w:sz w:val="22"/>
        </w:rPr>
        <w:t>B. người bán thịt</w:t>
      </w:r>
    </w:p>
    <w:p>
      <w:pPr>
        <w:pStyle w:val="ListParagraph"/>
      </w:pPr>
      <w:r>
        <w:rPr>
          <w:sz w:val="22"/>
        </w:rPr>
        <w:t>C. nhà báo</w:t>
      </w:r>
    </w:p>
    <w:p>
      <w:pPr>
        <w:pStyle w:val="ListParagraph"/>
      </w:pPr>
      <w:r>
        <w:rPr>
          <w:sz w:val="22"/>
        </w:rPr>
        <w:t>D. thợ điện</w:t>
      </w:r>
    </w:p>
    <w:p/>
    <w:p>
      <w:r>
        <w:rPr>
          <w:b/>
          <w:sz w:val="24"/>
        </w:rPr>
        <w:t>Câu 49: Từ "businessman" có nghĩa là gì?</w:t>
      </w:r>
    </w:p>
    <w:p>
      <w:pPr>
        <w:pStyle w:val="ListParagraph"/>
      </w:pPr>
      <w:r>
        <w:rPr>
          <w:sz w:val="22"/>
        </w:rPr>
        <w:t>A. doanh nhân</w:t>
      </w:r>
    </w:p>
    <w:p>
      <w:pPr>
        <w:pStyle w:val="ListParagraph"/>
      </w:pPr>
      <w:r>
        <w:rPr>
          <w:sz w:val="22"/>
        </w:rPr>
        <w:t>B. người ăn xin</w:t>
      </w:r>
    </w:p>
    <w:p>
      <w:pPr>
        <w:pStyle w:val="ListParagraph"/>
      </w:pPr>
      <w:r>
        <w:rPr>
          <w:sz w:val="22"/>
        </w:rPr>
        <w:t>C. thợ điện</w:t>
      </w:r>
    </w:p>
    <w:p>
      <w:pPr>
        <w:pStyle w:val="ListParagraph"/>
      </w:pPr>
      <w:r>
        <w:rPr>
          <w:sz w:val="22"/>
        </w:rPr>
        <w:t>D. nhà báo</w:t>
      </w:r>
    </w:p>
    <w:p/>
    <w:p>
      <w:r>
        <w:rPr>
          <w:b/>
          <w:sz w:val="24"/>
        </w:rPr>
        <w:t>Câu 50: Từ "beggar" có nghĩa là gì?</w:t>
      </w:r>
    </w:p>
    <w:p>
      <w:pPr>
        <w:pStyle w:val="ListParagraph"/>
      </w:pPr>
      <w:r>
        <w:rPr>
          <w:sz w:val="22"/>
        </w:rPr>
        <w:t>A. doanh nhân</w:t>
      </w:r>
    </w:p>
    <w:p>
      <w:pPr>
        <w:pStyle w:val="ListParagraph"/>
      </w:pPr>
      <w:r>
        <w:rPr>
          <w:sz w:val="22"/>
        </w:rPr>
        <w:t>B. người ăn xin</w:t>
      </w:r>
    </w:p>
    <w:p>
      <w:pPr>
        <w:pStyle w:val="ListParagraph"/>
      </w:pPr>
      <w:r>
        <w:rPr>
          <w:sz w:val="22"/>
        </w:rPr>
        <w:t>C. thợ điện</w:t>
      </w:r>
    </w:p>
    <w:p>
      <w:pPr>
        <w:pStyle w:val="ListParagraph"/>
      </w:pPr>
      <w:r>
        <w:rPr>
          <w:sz w:val="22"/>
        </w:rPr>
        <w:t>D. nhà báo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C</w:t>
      </w:r>
    </w:p>
    <w:p>
      <w:r>
        <w:rPr>
          <w:b/>
        </w:rPr>
        <w:t>Câu 36: Đáp án đúng: D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C</w:t>
      </w:r>
    </w:p>
    <w:p>
      <w:r>
        <w:rPr>
          <w:b/>
        </w:rPr>
        <w:t>Câu 40: Đáp án đúng: D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C</w:t>
      </w:r>
    </w:p>
    <w:p>
      <w:r>
        <w:rPr>
          <w:b/>
        </w:rPr>
        <w:t>Câu 44: Đáp án đúng: D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C</w:t>
      </w:r>
    </w:p>
    <w:p>
      <w:r>
        <w:rPr>
          <w:b/>
        </w:rPr>
        <w:t>Câu 48: Đáp án đúng: D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