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30 câu hỏi về phần quá trình hình thành v...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ASEAN được thành lập vào ngày tháng năm nào?</w:t>
      </w:r>
    </w:p>
    <w:p>
      <w:pPr>
        <w:pStyle w:val="ListParagraph"/>
      </w:pPr>
      <w:r>
        <w:rPr>
          <w:sz w:val="22"/>
        </w:rPr>
        <w:t>A. 8/8/1967</w:t>
      </w:r>
    </w:p>
    <w:p>
      <w:pPr>
        <w:pStyle w:val="ListParagraph"/>
      </w:pPr>
      <w:r>
        <w:rPr>
          <w:sz w:val="22"/>
        </w:rPr>
        <w:t>B. 8/8/1976</w:t>
      </w:r>
    </w:p>
    <w:p>
      <w:pPr>
        <w:pStyle w:val="ListParagraph"/>
      </w:pPr>
      <w:r>
        <w:rPr>
          <w:sz w:val="22"/>
        </w:rPr>
        <w:t>C. 8/8/1966</w:t>
      </w:r>
    </w:p>
    <w:p>
      <w:pPr>
        <w:pStyle w:val="ListParagraph"/>
      </w:pPr>
      <w:r>
        <w:rPr>
          <w:sz w:val="22"/>
        </w:rPr>
        <w:t>D. 8/8/1975</w:t>
      </w:r>
    </w:p>
    <w:p/>
    <w:p>
      <w:r>
        <w:rPr>
          <w:b/>
          <w:sz w:val="24"/>
        </w:rPr>
        <w:t>Câu 2: Số lượng quốc gia sáng lập ASEAN là bao nhiêu?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3: Quốc gia nào sau đây không phải là thành viên sáng lập ASEAN?</w:t>
      </w:r>
    </w:p>
    <w:p>
      <w:pPr>
        <w:pStyle w:val="ListParagraph"/>
      </w:pPr>
      <w:r>
        <w:rPr>
          <w:sz w:val="22"/>
        </w:rPr>
        <w:t>A. Thái Lan</w:t>
      </w:r>
    </w:p>
    <w:p>
      <w:pPr>
        <w:pStyle w:val="ListParagraph"/>
      </w:pPr>
      <w:r>
        <w:rPr>
          <w:sz w:val="22"/>
        </w:rPr>
        <w:t>B. Singapore</w:t>
      </w:r>
    </w:p>
    <w:p>
      <w:pPr>
        <w:pStyle w:val="ListParagraph"/>
      </w:pPr>
      <w:r>
        <w:rPr>
          <w:sz w:val="22"/>
        </w:rPr>
        <w:t>C. Việt Nam</w:t>
      </w:r>
    </w:p>
    <w:p>
      <w:pPr>
        <w:pStyle w:val="ListParagraph"/>
      </w:pPr>
      <w:r>
        <w:rPr>
          <w:sz w:val="22"/>
        </w:rPr>
        <w:t>D. Malaysia</w:t>
      </w:r>
    </w:p>
    <w:p/>
    <w:p>
      <w:r>
        <w:rPr>
          <w:b/>
          <w:sz w:val="24"/>
        </w:rPr>
        <w:t>Câu 4: Tuyên bố thành lập ASEAN được ký kết tại thành phố nào?</w:t>
      </w:r>
    </w:p>
    <w:p>
      <w:pPr>
        <w:pStyle w:val="ListParagraph"/>
      </w:pPr>
      <w:r>
        <w:rPr>
          <w:sz w:val="22"/>
        </w:rPr>
        <w:t>A. Bangkok</w:t>
      </w:r>
    </w:p>
    <w:p>
      <w:pPr>
        <w:pStyle w:val="ListParagraph"/>
      </w:pPr>
      <w:r>
        <w:rPr>
          <w:sz w:val="22"/>
        </w:rPr>
        <w:t>B. Jakarta</w:t>
      </w:r>
    </w:p>
    <w:p>
      <w:pPr>
        <w:pStyle w:val="ListParagraph"/>
      </w:pPr>
      <w:r>
        <w:rPr>
          <w:sz w:val="22"/>
        </w:rPr>
        <w:t>C. Kuala Lumpur</w:t>
      </w:r>
    </w:p>
    <w:p>
      <w:pPr>
        <w:pStyle w:val="ListParagraph"/>
      </w:pPr>
      <w:r>
        <w:rPr>
          <w:sz w:val="22"/>
        </w:rPr>
        <w:t>D. Manila</w:t>
      </w:r>
    </w:p>
    <w:p/>
    <w:p>
      <w:r>
        <w:rPr>
          <w:b/>
          <w:sz w:val="24"/>
        </w:rPr>
        <w:t>Câu 5: Mục đích chính của việc thành lập ASEAN là gì?</w:t>
      </w:r>
    </w:p>
    <w:p>
      <w:pPr>
        <w:pStyle w:val="ListParagraph"/>
      </w:pPr>
      <w:r>
        <w:rPr>
          <w:sz w:val="22"/>
        </w:rPr>
        <w:t>A. Tăng cường hợp tác kinh tế, văn hóa, xã hội giữa các nước thành viên</w:t>
      </w:r>
    </w:p>
    <w:p>
      <w:pPr>
        <w:pStyle w:val="ListParagraph"/>
      </w:pPr>
      <w:r>
        <w:rPr>
          <w:sz w:val="22"/>
        </w:rPr>
        <w:t>B. Thành lập liên minh quân sự chống lại các nước lớn</w:t>
      </w:r>
    </w:p>
    <w:p>
      <w:pPr>
        <w:pStyle w:val="ListParagraph"/>
      </w:pPr>
      <w:r>
        <w:rPr>
          <w:sz w:val="22"/>
        </w:rPr>
        <w:t>C. Thúc đẩy xuất khẩu vũ khí</w:t>
      </w:r>
    </w:p>
    <w:p>
      <w:pPr>
        <w:pStyle w:val="ListParagraph"/>
      </w:pPr>
      <w:r>
        <w:rPr>
          <w:sz w:val="22"/>
        </w:rPr>
        <w:t>D. Mở rộng lãnh thổ</w:t>
      </w:r>
    </w:p>
    <w:p/>
    <w:p>
      <w:r>
        <w:rPr>
          <w:b/>
          <w:sz w:val="24"/>
        </w:rPr>
        <w:t>Câu 6: ASEAN được thành lập dựa trên tinh thần của văn kiện nào?</w:t>
      </w:r>
    </w:p>
    <w:p>
      <w:pPr>
        <w:pStyle w:val="ListParagraph"/>
      </w:pPr>
      <w:r>
        <w:rPr>
          <w:sz w:val="22"/>
        </w:rPr>
        <w:t>A. Hiến chương ASEAN</w:t>
      </w:r>
    </w:p>
    <w:p>
      <w:pPr>
        <w:pStyle w:val="ListParagraph"/>
      </w:pPr>
      <w:r>
        <w:rPr>
          <w:sz w:val="22"/>
        </w:rPr>
        <w:t>B. Tuyên bố Bangkok</w:t>
      </w:r>
    </w:p>
    <w:p>
      <w:pPr>
        <w:pStyle w:val="ListParagraph"/>
      </w:pPr>
      <w:r>
        <w:rPr>
          <w:sz w:val="22"/>
        </w:rPr>
        <w:t>C. Tuyên bố Bali</w:t>
      </w:r>
    </w:p>
    <w:p>
      <w:pPr>
        <w:pStyle w:val="ListParagraph"/>
      </w:pPr>
      <w:r>
        <w:rPr>
          <w:sz w:val="22"/>
        </w:rPr>
        <w:t>D. Hiệp ước thân thiện và hợp tác</w:t>
      </w:r>
    </w:p>
    <w:p/>
    <w:p>
      <w:r>
        <w:rPr>
          <w:b/>
          <w:sz w:val="24"/>
        </w:rPr>
        <w:t>Câu 7: ASEAN được thành lập nhằm giải quyết vấn đề gì trong khu vực?</w:t>
      </w:r>
    </w:p>
    <w:p>
      <w:pPr>
        <w:pStyle w:val="ListParagraph"/>
      </w:pPr>
      <w:r>
        <w:rPr>
          <w:sz w:val="22"/>
        </w:rPr>
        <w:t>A. Xung đột biên giới</w:t>
      </w:r>
    </w:p>
    <w:p>
      <w:pPr>
        <w:pStyle w:val="ListParagraph"/>
      </w:pPr>
      <w:r>
        <w:rPr>
          <w:sz w:val="22"/>
        </w:rPr>
        <w:t>B. Căng thẳng giữa các quốc gia</w:t>
      </w:r>
    </w:p>
    <w:p>
      <w:pPr>
        <w:pStyle w:val="ListParagraph"/>
      </w:pPr>
      <w:r>
        <w:rPr>
          <w:sz w:val="22"/>
        </w:rPr>
        <w:t>C. Tranh chấp tài nguyên</w:t>
      </w:r>
    </w:p>
    <w:p>
      <w:pPr>
        <w:pStyle w:val="ListParagraph"/>
      </w:pPr>
      <w:r>
        <w:rPr>
          <w:sz w:val="22"/>
        </w:rPr>
        <w:t>D. Tất cả các đáp án trên</w:t>
      </w:r>
    </w:p>
    <w:p/>
    <w:p>
      <w:r>
        <w:rPr>
          <w:b/>
          <w:sz w:val="24"/>
        </w:rPr>
        <w:t>Câu 8: Mục tiêu nào sau đây không thuộc mục đích thành lập ASEAN?</w:t>
      </w:r>
    </w:p>
    <w:p>
      <w:pPr>
        <w:pStyle w:val="ListParagraph"/>
      </w:pPr>
      <w:r>
        <w:rPr>
          <w:sz w:val="22"/>
        </w:rPr>
        <w:t>A. Thúc đẩy hòa bình và ổn định khu vực</w:t>
      </w:r>
    </w:p>
    <w:p>
      <w:pPr>
        <w:pStyle w:val="ListParagraph"/>
      </w:pPr>
      <w:r>
        <w:rPr>
          <w:sz w:val="22"/>
        </w:rPr>
        <w:t>B. Tăng cường hợp tác kinh tế</w:t>
      </w:r>
    </w:p>
    <w:p>
      <w:pPr>
        <w:pStyle w:val="ListParagraph"/>
      </w:pPr>
      <w:r>
        <w:rPr>
          <w:sz w:val="22"/>
        </w:rPr>
        <w:t>C. Thành lập liên bang Đông Nam Á</w:t>
      </w:r>
    </w:p>
    <w:p>
      <w:pPr>
        <w:pStyle w:val="ListParagraph"/>
      </w:pPr>
      <w:r>
        <w:rPr>
          <w:sz w:val="22"/>
        </w:rPr>
        <w:t>D. Hợp tác văn hóa, giáo dục</w:t>
      </w:r>
    </w:p>
    <w:p/>
    <w:p>
      <w:r>
        <w:rPr>
          <w:b/>
          <w:sz w:val="24"/>
        </w:rPr>
        <w:t>Câu 9: ASEAN được thành lập trong bối cảnh quốc tế như thế nào?</w:t>
      </w:r>
    </w:p>
    <w:p>
      <w:pPr>
        <w:pStyle w:val="ListParagraph"/>
      </w:pPr>
      <w:r>
        <w:rPr>
          <w:sz w:val="22"/>
        </w:rPr>
        <w:t>A. Chiến tranh lạnh đang diễn ra gay gắt</w:t>
      </w:r>
    </w:p>
    <w:p>
      <w:pPr>
        <w:pStyle w:val="ListParagraph"/>
      </w:pPr>
      <w:r>
        <w:rPr>
          <w:sz w:val="22"/>
        </w:rPr>
        <w:t>B. Chiến tranh thế giới thứ hai kết thúc</w:t>
      </w:r>
    </w:p>
    <w:p>
      <w:pPr>
        <w:pStyle w:val="ListParagraph"/>
      </w:pPr>
      <w:r>
        <w:rPr>
          <w:sz w:val="22"/>
        </w:rPr>
        <w:t>C. Liên Xô tan rã</w:t>
      </w:r>
    </w:p>
    <w:p>
      <w:pPr>
        <w:pStyle w:val="ListParagraph"/>
      </w:pPr>
      <w:r>
        <w:rPr>
          <w:sz w:val="22"/>
        </w:rPr>
        <w:t>D. Toàn cầu hóa mạnh mẽ</w:t>
      </w:r>
    </w:p>
    <w:p/>
    <w:p>
      <w:r>
        <w:rPr>
          <w:b/>
          <w:sz w:val="24"/>
        </w:rPr>
        <w:t>Câu 10: Nước nào sau đây là thành viên sáng lập của ASEAN?</w:t>
      </w:r>
    </w:p>
    <w:p>
      <w:pPr>
        <w:pStyle w:val="ListParagraph"/>
      </w:pPr>
      <w:r>
        <w:rPr>
          <w:sz w:val="22"/>
        </w:rPr>
        <w:t>A. Philippines</w:t>
      </w:r>
    </w:p>
    <w:p>
      <w:pPr>
        <w:pStyle w:val="ListParagraph"/>
      </w:pPr>
      <w:r>
        <w:rPr>
          <w:sz w:val="22"/>
        </w:rPr>
        <w:t>B. Brunei</w:t>
      </w:r>
    </w:p>
    <w:p>
      <w:pPr>
        <w:pStyle w:val="ListParagraph"/>
      </w:pPr>
      <w:r>
        <w:rPr>
          <w:sz w:val="22"/>
        </w:rPr>
        <w:t>C. Việt Nam</w:t>
      </w:r>
    </w:p>
    <w:p>
      <w:pPr>
        <w:pStyle w:val="ListParagraph"/>
      </w:pPr>
      <w:r>
        <w:rPr>
          <w:sz w:val="22"/>
        </w:rPr>
        <w:t>D. Lào</w:t>
      </w:r>
    </w:p>
    <w:p/>
    <w:p>
      <w:r>
        <w:rPr>
          <w:b/>
          <w:sz w:val="24"/>
        </w:rPr>
        <w:t>Câu 11: Tuyên bố Bangkok được ký kết bởi bao nhiêu quốc gia?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12: Mục đích của ASEAN là gì?</w:t>
      </w:r>
    </w:p>
    <w:p>
      <w:pPr>
        <w:pStyle w:val="ListParagraph"/>
      </w:pPr>
      <w:r>
        <w:rPr>
          <w:sz w:val="22"/>
        </w:rPr>
        <w:t>A. Hợp tác trong lĩnh vực kinh tế, xã hội, văn hóa, kỹ thuật, giáo dục</w:t>
      </w:r>
    </w:p>
    <w:p>
      <w:pPr>
        <w:pStyle w:val="ListParagraph"/>
      </w:pPr>
      <w:r>
        <w:rPr>
          <w:sz w:val="22"/>
        </w:rPr>
        <w:t>B. Thành lập liên minh chính trị</w:t>
      </w:r>
    </w:p>
    <w:p>
      <w:pPr>
        <w:pStyle w:val="ListParagraph"/>
      </w:pPr>
      <w:r>
        <w:rPr>
          <w:sz w:val="22"/>
        </w:rPr>
        <w:t>C. Thành lập liên minh quân sự</w:t>
      </w:r>
    </w:p>
    <w:p>
      <w:pPr>
        <w:pStyle w:val="ListParagraph"/>
      </w:pPr>
      <w:r>
        <w:rPr>
          <w:sz w:val="22"/>
        </w:rPr>
        <w:t>D. Mở rộng thị trường</w:t>
      </w:r>
    </w:p>
    <w:p/>
    <w:p>
      <w:r>
        <w:rPr>
          <w:b/>
          <w:sz w:val="24"/>
        </w:rPr>
        <w:t>Câu 13: ASEAN được thành lập nhằm thúc đẩy hợp tác trong lĩnh vực nào?</w:t>
      </w:r>
    </w:p>
    <w:p>
      <w:pPr>
        <w:pStyle w:val="ListParagraph"/>
      </w:pPr>
      <w:r>
        <w:rPr>
          <w:sz w:val="22"/>
        </w:rPr>
        <w:t>A. Kinh tế</w:t>
      </w:r>
    </w:p>
    <w:p>
      <w:pPr>
        <w:pStyle w:val="ListParagraph"/>
      </w:pPr>
      <w:r>
        <w:rPr>
          <w:sz w:val="22"/>
        </w:rPr>
        <w:t>B. Văn hóa</w:t>
      </w:r>
    </w:p>
    <w:p>
      <w:pPr>
        <w:pStyle w:val="ListParagraph"/>
      </w:pPr>
      <w:r>
        <w:rPr>
          <w:sz w:val="22"/>
        </w:rPr>
        <w:t>C. Xã hội</w:t>
      </w:r>
    </w:p>
    <w:p>
      <w:pPr>
        <w:pStyle w:val="ListParagraph"/>
      </w:pPr>
      <w:r>
        <w:rPr>
          <w:sz w:val="22"/>
        </w:rPr>
        <w:t>D. Tất cả các lĩnh vực trên</w:t>
      </w:r>
    </w:p>
    <w:p/>
    <w:p>
      <w:r>
        <w:rPr>
          <w:b/>
          <w:sz w:val="24"/>
        </w:rPr>
        <w:t>Câu 14: Một trong những mục tiêu của ASEAN là gì?</w:t>
      </w:r>
    </w:p>
    <w:p>
      <w:pPr>
        <w:pStyle w:val="ListParagraph"/>
      </w:pPr>
      <w:r>
        <w:rPr>
          <w:sz w:val="22"/>
        </w:rPr>
        <w:t>A. Duy trì hòa bình và ổn định khu vực</w:t>
      </w:r>
    </w:p>
    <w:p>
      <w:pPr>
        <w:pStyle w:val="ListParagraph"/>
      </w:pPr>
      <w:r>
        <w:rPr>
          <w:sz w:val="22"/>
        </w:rPr>
        <w:t>B. Can thiệp vào công việc nội bộ của các nước</w:t>
      </w:r>
    </w:p>
    <w:p>
      <w:pPr>
        <w:pStyle w:val="ListParagraph"/>
      </w:pPr>
      <w:r>
        <w:rPr>
          <w:sz w:val="22"/>
        </w:rPr>
        <w:t>C. Thành lập chính phủ chung</w:t>
      </w:r>
    </w:p>
    <w:p>
      <w:pPr>
        <w:pStyle w:val="ListParagraph"/>
      </w:pPr>
      <w:r>
        <w:rPr>
          <w:sz w:val="22"/>
        </w:rPr>
        <w:t>D. Sử dụng vũ lực để giải quyết tranh chấp</w:t>
      </w:r>
    </w:p>
    <w:p/>
    <w:p>
      <w:r>
        <w:rPr>
          <w:b/>
          <w:sz w:val="24"/>
        </w:rPr>
        <w:t>Câu 15: ASEAN được thành lập vào thời gian nào?</w:t>
      </w:r>
    </w:p>
    <w:p>
      <w:pPr>
        <w:pStyle w:val="ListParagraph"/>
      </w:pPr>
      <w:r>
        <w:rPr>
          <w:sz w:val="22"/>
        </w:rPr>
        <w:t>A. Tháng 8 năm 1967</w:t>
      </w:r>
    </w:p>
    <w:p>
      <w:pPr>
        <w:pStyle w:val="ListParagraph"/>
      </w:pPr>
      <w:r>
        <w:rPr>
          <w:sz w:val="22"/>
        </w:rPr>
        <w:t>B. Tháng 8 năm 1976</w:t>
      </w:r>
    </w:p>
    <w:p>
      <w:pPr>
        <w:pStyle w:val="ListParagraph"/>
      </w:pPr>
      <w:r>
        <w:rPr>
          <w:sz w:val="22"/>
        </w:rPr>
        <w:t>C. Tháng 8 năm 1966</w:t>
      </w:r>
    </w:p>
    <w:p>
      <w:pPr>
        <w:pStyle w:val="ListParagraph"/>
      </w:pPr>
      <w:r>
        <w:rPr>
          <w:sz w:val="22"/>
        </w:rPr>
        <w:t>D. Tháng 8 năm 1975</w:t>
      </w:r>
    </w:p>
    <w:p/>
    <w:p>
      <w:r>
        <w:rPr>
          <w:b/>
          <w:sz w:val="24"/>
        </w:rPr>
        <w:t>Câu 16: Quốc gia nào đã đề xuất thành lập ASEAN?</w:t>
      </w:r>
    </w:p>
    <w:p>
      <w:pPr>
        <w:pStyle w:val="ListParagraph"/>
      </w:pPr>
      <w:r>
        <w:rPr>
          <w:sz w:val="22"/>
        </w:rPr>
        <w:t>A. Thái Lan</w:t>
      </w:r>
    </w:p>
    <w:p>
      <w:pPr>
        <w:pStyle w:val="ListParagraph"/>
      </w:pPr>
      <w:r>
        <w:rPr>
          <w:sz w:val="22"/>
        </w:rPr>
        <w:t>B. Malaysia</w:t>
      </w:r>
    </w:p>
    <w:p>
      <w:pPr>
        <w:pStyle w:val="ListParagraph"/>
      </w:pPr>
      <w:r>
        <w:rPr>
          <w:sz w:val="22"/>
        </w:rPr>
        <w:t>C. Indonesia</w:t>
      </w:r>
    </w:p>
    <w:p>
      <w:pPr>
        <w:pStyle w:val="ListParagraph"/>
      </w:pPr>
      <w:r>
        <w:rPr>
          <w:sz w:val="22"/>
        </w:rPr>
        <w:t>D. Philippines</w:t>
      </w:r>
    </w:p>
    <w:p/>
    <w:p>
      <w:r>
        <w:rPr>
          <w:b/>
          <w:sz w:val="24"/>
        </w:rPr>
        <w:t>Câu 17: ASEAN được thành lập nhằm mục đích gì?</w:t>
      </w:r>
    </w:p>
    <w:p>
      <w:pPr>
        <w:pStyle w:val="ListParagraph"/>
      </w:pPr>
      <w:r>
        <w:rPr>
          <w:sz w:val="22"/>
        </w:rPr>
        <w:t>A. Tăng cường hợp tác kinh tế, văn hóa, xã hội</w:t>
      </w:r>
    </w:p>
    <w:p>
      <w:pPr>
        <w:pStyle w:val="ListParagraph"/>
      </w:pPr>
      <w:r>
        <w:rPr>
          <w:sz w:val="22"/>
        </w:rPr>
        <w:t>B. Thành lập liên minh quân sự</w:t>
      </w:r>
    </w:p>
    <w:p>
      <w:pPr>
        <w:pStyle w:val="ListParagraph"/>
      </w:pPr>
      <w:r>
        <w:rPr>
          <w:sz w:val="22"/>
        </w:rPr>
        <w:t>C. Chống lại chủ nghĩa cộng sản</w:t>
      </w:r>
    </w:p>
    <w:p>
      <w:pPr>
        <w:pStyle w:val="ListParagraph"/>
      </w:pPr>
      <w:r>
        <w:rPr>
          <w:sz w:val="22"/>
        </w:rPr>
        <w:t>D. Mở rộng ảnh hưởng chính trị</w:t>
      </w:r>
    </w:p>
    <w:p/>
    <w:p>
      <w:r>
        <w:rPr>
          <w:b/>
          <w:sz w:val="24"/>
        </w:rPr>
        <w:t>Câu 18: Mục tiêu của ASEAN là gì?</w:t>
      </w:r>
    </w:p>
    <w:p>
      <w:pPr>
        <w:pStyle w:val="ListParagraph"/>
      </w:pPr>
      <w:r>
        <w:rPr>
          <w:sz w:val="22"/>
        </w:rPr>
        <w:t>A. Thúc đẩy hợp tác khu vực</w:t>
      </w:r>
    </w:p>
    <w:p>
      <w:pPr>
        <w:pStyle w:val="ListParagraph"/>
      </w:pPr>
      <w:r>
        <w:rPr>
          <w:sz w:val="22"/>
        </w:rPr>
        <w:t>B. Thành lập liên bang</w:t>
      </w:r>
    </w:p>
    <w:p>
      <w:pPr>
        <w:pStyle w:val="ListParagraph"/>
      </w:pPr>
      <w:r>
        <w:rPr>
          <w:sz w:val="22"/>
        </w:rPr>
        <w:t>C. Thành lập liên minh quân sự</w:t>
      </w:r>
    </w:p>
    <w:p>
      <w:pPr>
        <w:pStyle w:val="ListParagraph"/>
      </w:pPr>
      <w:r>
        <w:rPr>
          <w:sz w:val="22"/>
        </w:rPr>
        <w:t>D. Mở rộng lãnh thổ</w:t>
      </w:r>
    </w:p>
    <w:p/>
    <w:p>
      <w:r>
        <w:rPr>
          <w:b/>
          <w:sz w:val="24"/>
        </w:rPr>
        <w:t>Câu 19: ASEAN được thành lập nhằm giải quyết vấn đề gì?</w:t>
      </w:r>
    </w:p>
    <w:p>
      <w:pPr>
        <w:pStyle w:val="ListParagraph"/>
      </w:pPr>
      <w:r>
        <w:rPr>
          <w:sz w:val="22"/>
        </w:rPr>
        <w:t>A. Xung đột và căng thẳng trong khu vực</w:t>
      </w:r>
    </w:p>
    <w:p>
      <w:pPr>
        <w:pStyle w:val="ListParagraph"/>
      </w:pPr>
      <w:r>
        <w:rPr>
          <w:sz w:val="22"/>
        </w:rPr>
        <w:t>B. Đói nghèo</w:t>
      </w:r>
    </w:p>
    <w:p>
      <w:pPr>
        <w:pStyle w:val="ListParagraph"/>
      </w:pPr>
      <w:r>
        <w:rPr>
          <w:sz w:val="22"/>
        </w:rPr>
        <w:t>C. Biến đổi khí hậu</w:t>
      </w:r>
    </w:p>
    <w:p>
      <w:pPr>
        <w:pStyle w:val="ListParagraph"/>
      </w:pPr>
      <w:r>
        <w:rPr>
          <w:sz w:val="22"/>
        </w:rPr>
        <w:t>D. Tất cả các đáp án trên</w:t>
      </w:r>
    </w:p>
    <w:p/>
    <w:p>
      <w:r>
        <w:rPr>
          <w:b/>
          <w:sz w:val="24"/>
        </w:rPr>
        <w:t>Câu 20: Mục đích thành lập ASEAN là gì?</w:t>
      </w:r>
    </w:p>
    <w:p>
      <w:pPr>
        <w:pStyle w:val="ListParagraph"/>
      </w:pPr>
      <w:r>
        <w:rPr>
          <w:sz w:val="22"/>
        </w:rPr>
        <w:t>A. Hợp tác kinh tế, văn hóa, xã hội</w:t>
      </w:r>
    </w:p>
    <w:p>
      <w:pPr>
        <w:pStyle w:val="ListParagraph"/>
      </w:pPr>
      <w:r>
        <w:rPr>
          <w:sz w:val="22"/>
        </w:rPr>
        <w:t>B. Thành lập liên minh chính trị</w:t>
      </w:r>
    </w:p>
    <w:p>
      <w:pPr>
        <w:pStyle w:val="ListParagraph"/>
      </w:pPr>
      <w:r>
        <w:rPr>
          <w:sz w:val="22"/>
        </w:rPr>
        <w:t>C. Thành lập liên minh quân sự</w:t>
      </w:r>
    </w:p>
    <w:p>
      <w:pPr>
        <w:pStyle w:val="ListParagraph"/>
      </w:pPr>
      <w:r>
        <w:rPr>
          <w:sz w:val="22"/>
        </w:rPr>
        <w:t>D. Mở rộng thị trường</w:t>
      </w:r>
    </w:p>
    <w:p/>
    <w:p>
      <w:r>
        <w:rPr>
          <w:b/>
          <w:sz w:val="24"/>
        </w:rPr>
        <w:t>Câu 21: ASEAN được thành lập vào năm nào?</w:t>
      </w:r>
    </w:p>
    <w:p>
      <w:pPr>
        <w:pStyle w:val="ListParagraph"/>
      </w:pPr>
      <w:r>
        <w:rPr>
          <w:sz w:val="22"/>
        </w:rPr>
        <w:t>A. 1967</w:t>
      </w:r>
    </w:p>
    <w:p>
      <w:pPr>
        <w:pStyle w:val="ListParagraph"/>
      </w:pPr>
      <w:r>
        <w:rPr>
          <w:sz w:val="22"/>
        </w:rPr>
        <w:t>B. 1976</w:t>
      </w:r>
    </w:p>
    <w:p>
      <w:pPr>
        <w:pStyle w:val="ListParagraph"/>
      </w:pPr>
      <w:r>
        <w:rPr>
          <w:sz w:val="22"/>
        </w:rPr>
        <w:t>C. 1966</w:t>
      </w:r>
    </w:p>
    <w:p>
      <w:pPr>
        <w:pStyle w:val="ListParagraph"/>
      </w:pPr>
      <w:r>
        <w:rPr>
          <w:sz w:val="22"/>
        </w:rPr>
        <w:t>D. 1975</w:t>
      </w:r>
    </w:p>
    <w:p/>
    <w:p>
      <w:r>
        <w:rPr>
          <w:b/>
          <w:sz w:val="24"/>
        </w:rPr>
        <w:t>Câu 22: Tổ chức ASEAN được thành lập nhằm mục đích gì?</w:t>
      </w:r>
    </w:p>
    <w:p>
      <w:pPr>
        <w:pStyle w:val="ListParagraph"/>
      </w:pPr>
      <w:r>
        <w:rPr>
          <w:sz w:val="22"/>
        </w:rPr>
        <w:t>A. Thúc đẩy hợp tác khu vực</w:t>
      </w:r>
    </w:p>
    <w:p>
      <w:pPr>
        <w:pStyle w:val="ListParagraph"/>
      </w:pPr>
      <w:r>
        <w:rPr>
          <w:sz w:val="22"/>
        </w:rPr>
        <w:t>B. Thành lập liên minh quân sự</w:t>
      </w:r>
    </w:p>
    <w:p>
      <w:pPr>
        <w:pStyle w:val="ListParagraph"/>
      </w:pPr>
      <w:r>
        <w:rPr>
          <w:sz w:val="22"/>
        </w:rPr>
        <w:t>C. Chống lại các nước lớn</w:t>
      </w:r>
    </w:p>
    <w:p>
      <w:pPr>
        <w:pStyle w:val="ListParagraph"/>
      </w:pPr>
      <w:r>
        <w:rPr>
          <w:sz w:val="22"/>
        </w:rPr>
        <w:t>D. Mở rộng lãnh thổ</w:t>
      </w:r>
    </w:p>
    <w:p/>
    <w:p>
      <w:r>
        <w:rPr>
          <w:b/>
          <w:sz w:val="24"/>
        </w:rPr>
        <w:t>Câu 23: ASEAN được thành lập bởi bao nhiêu nước?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24: Mục tiêu chính của ASEAN là gì?</w:t>
      </w:r>
    </w:p>
    <w:p>
      <w:pPr>
        <w:pStyle w:val="ListParagraph"/>
      </w:pPr>
      <w:r>
        <w:rPr>
          <w:sz w:val="22"/>
        </w:rPr>
        <w:t>A. Hợp tác kinh tế, văn hóa, xã hội</w:t>
      </w:r>
    </w:p>
    <w:p>
      <w:pPr>
        <w:pStyle w:val="ListParagraph"/>
      </w:pPr>
      <w:r>
        <w:rPr>
          <w:sz w:val="22"/>
        </w:rPr>
        <w:t>B. Thành lập liên minh quân sự</w:t>
      </w:r>
    </w:p>
    <w:p>
      <w:pPr>
        <w:pStyle w:val="ListParagraph"/>
      </w:pPr>
      <w:r>
        <w:rPr>
          <w:sz w:val="22"/>
        </w:rPr>
        <w:t>C. Thành lập liên bang</w:t>
      </w:r>
    </w:p>
    <w:p>
      <w:pPr>
        <w:pStyle w:val="ListParagraph"/>
      </w:pPr>
      <w:r>
        <w:rPr>
          <w:sz w:val="22"/>
        </w:rPr>
        <w:t>D. Mở rộng ảnh hưởng</w:t>
      </w:r>
    </w:p>
    <w:p/>
    <w:p>
      <w:r>
        <w:rPr>
          <w:b/>
          <w:sz w:val="24"/>
        </w:rPr>
        <w:t>Câu 25: ASEAN được thành lập nhằm thúc đẩy điều gì?</w:t>
      </w:r>
    </w:p>
    <w:p>
      <w:pPr>
        <w:pStyle w:val="ListParagraph"/>
      </w:pPr>
      <w:r>
        <w:rPr>
          <w:sz w:val="22"/>
        </w:rPr>
        <w:t>A. Hòa bình và ổn định khu vực</w:t>
      </w:r>
    </w:p>
    <w:p>
      <w:pPr>
        <w:pStyle w:val="ListParagraph"/>
      </w:pPr>
      <w:r>
        <w:rPr>
          <w:sz w:val="22"/>
        </w:rPr>
        <w:t>B. Chiến tranh</w:t>
      </w:r>
    </w:p>
    <w:p>
      <w:pPr>
        <w:pStyle w:val="ListParagraph"/>
      </w:pPr>
      <w:r>
        <w:rPr>
          <w:sz w:val="22"/>
        </w:rPr>
        <w:t>C. Xung đột</w:t>
      </w:r>
    </w:p>
    <w:p>
      <w:pPr>
        <w:pStyle w:val="ListParagraph"/>
      </w:pPr>
      <w:r>
        <w:rPr>
          <w:sz w:val="22"/>
        </w:rPr>
        <w:t>D. Chạy đua vũ trang</w:t>
      </w:r>
    </w:p>
    <w:p/>
    <w:p>
      <w:r>
        <w:rPr>
          <w:b/>
          <w:sz w:val="24"/>
        </w:rPr>
        <w:t>Câu 26: Mục đích của việc thành lập ASEAN là gì?</w:t>
      </w:r>
    </w:p>
    <w:p>
      <w:pPr>
        <w:pStyle w:val="ListParagraph"/>
      </w:pPr>
      <w:r>
        <w:rPr>
          <w:sz w:val="22"/>
        </w:rPr>
        <w:t>A. Tăng cường hợp tác giữa các nước trong khu vực</w:t>
      </w:r>
    </w:p>
    <w:p>
      <w:pPr>
        <w:pStyle w:val="ListParagraph"/>
      </w:pPr>
      <w:r>
        <w:rPr>
          <w:sz w:val="22"/>
        </w:rPr>
        <w:t>B. Thành lập liên minh quân sự</w:t>
      </w:r>
    </w:p>
    <w:p>
      <w:pPr>
        <w:pStyle w:val="ListParagraph"/>
      </w:pPr>
      <w:r>
        <w:rPr>
          <w:sz w:val="22"/>
        </w:rPr>
        <w:t>C. Chống lại chủ nghĩa cộng sản</w:t>
      </w:r>
    </w:p>
    <w:p>
      <w:pPr>
        <w:pStyle w:val="ListParagraph"/>
      </w:pPr>
      <w:r>
        <w:rPr>
          <w:sz w:val="22"/>
        </w:rPr>
        <w:t>D. Mở rộng lãnh thổ</w:t>
      </w:r>
    </w:p>
    <w:p/>
    <w:p>
      <w:r>
        <w:rPr>
          <w:b/>
          <w:sz w:val="24"/>
        </w:rPr>
        <w:t>Câu 27: ASEAN được thành lập vào ngày nào?</w:t>
      </w:r>
    </w:p>
    <w:p>
      <w:pPr>
        <w:pStyle w:val="ListParagraph"/>
      </w:pPr>
      <w:r>
        <w:rPr>
          <w:sz w:val="22"/>
        </w:rPr>
        <w:t>A. 8/8/1967</w:t>
      </w:r>
    </w:p>
    <w:p>
      <w:pPr>
        <w:pStyle w:val="ListParagraph"/>
      </w:pPr>
      <w:r>
        <w:rPr>
          <w:sz w:val="22"/>
        </w:rPr>
        <w:t>B. 8/8/1976</w:t>
      </w:r>
    </w:p>
    <w:p>
      <w:pPr>
        <w:pStyle w:val="ListParagraph"/>
      </w:pPr>
      <w:r>
        <w:rPr>
          <w:sz w:val="22"/>
        </w:rPr>
        <w:t>C. 8/8/1966</w:t>
      </w:r>
    </w:p>
    <w:p>
      <w:pPr>
        <w:pStyle w:val="ListParagraph"/>
      </w:pPr>
      <w:r>
        <w:rPr>
          <w:sz w:val="22"/>
        </w:rPr>
        <w:t>D. 8/8/1975</w:t>
      </w:r>
    </w:p>
    <w:p/>
    <w:p>
      <w:r>
        <w:rPr>
          <w:b/>
          <w:sz w:val="24"/>
        </w:rPr>
        <w:t>Câu 28: Mục tiêu của ASEAN bao gồm những gì?</w:t>
      </w:r>
    </w:p>
    <w:p>
      <w:pPr>
        <w:pStyle w:val="ListParagraph"/>
      </w:pPr>
      <w:r>
        <w:rPr>
          <w:sz w:val="22"/>
        </w:rPr>
        <w:t>A. Hợp tác kinh tế, văn hóa, xã hội</w:t>
      </w:r>
    </w:p>
    <w:p>
      <w:pPr>
        <w:pStyle w:val="ListParagraph"/>
      </w:pPr>
      <w:r>
        <w:rPr>
          <w:sz w:val="22"/>
        </w:rPr>
        <w:t>B. Thành lập liên minh quân sự</w:t>
      </w:r>
    </w:p>
    <w:p>
      <w:pPr>
        <w:pStyle w:val="ListParagraph"/>
      </w:pPr>
      <w:r>
        <w:rPr>
          <w:sz w:val="22"/>
        </w:rPr>
        <w:t>C. Thành lập liên bang</w:t>
      </w:r>
    </w:p>
    <w:p>
      <w:pPr>
        <w:pStyle w:val="ListParagraph"/>
      </w:pPr>
      <w:r>
        <w:rPr>
          <w:sz w:val="22"/>
        </w:rPr>
        <w:t>D. Mở rộng thị trường</w:t>
      </w:r>
    </w:p>
    <w:p/>
    <w:p>
      <w:r>
        <w:rPr>
          <w:b/>
          <w:sz w:val="24"/>
        </w:rPr>
        <w:t>Câu 29: ASEAN được thành lập nhằm mục đích gì?</w:t>
      </w:r>
    </w:p>
    <w:p>
      <w:pPr>
        <w:pStyle w:val="ListParagraph"/>
      </w:pPr>
      <w:r>
        <w:rPr>
          <w:sz w:val="22"/>
        </w:rPr>
        <w:t>A. Thúc đẩy hợp tác khu vực</w:t>
      </w:r>
    </w:p>
    <w:p>
      <w:pPr>
        <w:pStyle w:val="ListParagraph"/>
      </w:pPr>
      <w:r>
        <w:rPr>
          <w:sz w:val="22"/>
        </w:rPr>
        <w:t>B. Thành lập liên minh quân sự</w:t>
      </w:r>
    </w:p>
    <w:p>
      <w:pPr>
        <w:pStyle w:val="ListParagraph"/>
      </w:pPr>
      <w:r>
        <w:rPr>
          <w:sz w:val="22"/>
        </w:rPr>
        <w:t>C. Chống lại các nước lớn</w:t>
      </w:r>
    </w:p>
    <w:p>
      <w:pPr>
        <w:pStyle w:val="ListParagraph"/>
      </w:pPr>
      <w:r>
        <w:rPr>
          <w:sz w:val="22"/>
        </w:rPr>
        <w:t>D. Mở rộng lãnh thổ</w:t>
      </w:r>
    </w:p>
    <w:p/>
    <w:p>
      <w:r>
        <w:rPr>
          <w:b/>
          <w:sz w:val="24"/>
        </w:rPr>
        <w:t>Câu 30: Mục đích thành lập ASEAN là gì?</w:t>
      </w:r>
    </w:p>
    <w:p>
      <w:pPr>
        <w:pStyle w:val="ListParagraph"/>
      </w:pPr>
      <w:r>
        <w:rPr>
          <w:sz w:val="22"/>
        </w:rPr>
        <w:t>A. Hợp tác kinh tế, văn hóa, xã hội</w:t>
      </w:r>
    </w:p>
    <w:p>
      <w:pPr>
        <w:pStyle w:val="ListParagraph"/>
      </w:pPr>
      <w:r>
        <w:rPr>
          <w:sz w:val="22"/>
        </w:rPr>
        <w:t>B. Thành lập liên minh chính trị</w:t>
      </w:r>
    </w:p>
    <w:p>
      <w:pPr>
        <w:pStyle w:val="ListParagraph"/>
      </w:pPr>
      <w:r>
        <w:rPr>
          <w:sz w:val="22"/>
        </w:rPr>
        <w:t>C. Thành lập liên minh quân sự</w:t>
      </w:r>
    </w:p>
    <w:p>
      <w:pPr>
        <w:pStyle w:val="ListParagraph"/>
      </w:pPr>
      <w:r>
        <w:rPr>
          <w:sz w:val="22"/>
        </w:rPr>
        <w:t>D. Mở rộng thị trường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