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thi</w:t>
      </w:r>
    </w:p>
    <w:p>
      <w:pPr>
        <w:jc w:val="center"/>
      </w:pPr>
      <w:r>
        <w:rPr>
          <w:sz w:val="22"/>
        </w:rPr>
        <w:t>Số câu: 60    Thời gian: _____ phút    Họ và tên: _________________________</w:t>
      </w:r>
    </w:p>
    <w:p/>
    <w:p>
      <w:r>
        <w:rPr>
          <w:b/>
          <w:sz w:val="24"/>
        </w:rPr>
        <w:t>Câu 1: She ______ to school every day.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gone</w:t>
      </w:r>
    </w:p>
    <w:p/>
    <w:p>
      <w:r>
        <w:rPr>
          <w:b/>
          <w:sz w:val="24"/>
        </w:rPr>
        <w:t>Câu 2: They ______ TV when I arrived.</w:t>
      </w:r>
    </w:p>
    <w:p>
      <w:pPr>
        <w:pStyle w:val="ListParagraph"/>
      </w:pPr>
      <w:r>
        <w:rPr>
          <w:sz w:val="22"/>
        </w:rPr>
        <w:t>A. watch</w:t>
      </w:r>
    </w:p>
    <w:p>
      <w:pPr>
        <w:pStyle w:val="ListParagraph"/>
      </w:pPr>
      <w:r>
        <w:rPr>
          <w:sz w:val="22"/>
        </w:rPr>
        <w:t>B. watched</w:t>
      </w:r>
    </w:p>
    <w:p>
      <w:pPr>
        <w:pStyle w:val="ListParagraph"/>
      </w:pPr>
      <w:r>
        <w:rPr>
          <w:sz w:val="22"/>
        </w:rPr>
        <w:t>C. were watching</w:t>
      </w:r>
    </w:p>
    <w:p>
      <w:pPr>
        <w:pStyle w:val="ListParagraph"/>
      </w:pPr>
      <w:r>
        <w:rPr>
          <w:sz w:val="22"/>
        </w:rPr>
        <w:t>D. are watching</w:t>
      </w:r>
    </w:p>
    <w:p/>
    <w:p>
      <w:r>
        <w:rPr>
          <w:b/>
          <w:sz w:val="24"/>
        </w:rPr>
        <w:t>Câu 3: I ______ my homework already.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did</w:t>
      </w:r>
    </w:p>
    <w:p>
      <w:pPr>
        <w:pStyle w:val="ListParagraph"/>
      </w:pPr>
      <w:r>
        <w:rPr>
          <w:sz w:val="22"/>
        </w:rPr>
        <w:t>C. have done</w:t>
      </w:r>
    </w:p>
    <w:p>
      <w:pPr>
        <w:pStyle w:val="ListParagraph"/>
      </w:pPr>
      <w:r>
        <w:rPr>
          <w:sz w:val="22"/>
        </w:rPr>
        <w:t>D. am doing</w:t>
      </w:r>
    </w:p>
    <w:p/>
    <w:p>
      <w:r>
        <w:rPr>
          <w:b/>
          <w:sz w:val="24"/>
        </w:rPr>
        <w:t>Câu 4: He ______ here since 2010.</w:t>
      </w:r>
    </w:p>
    <w:p>
      <w:pPr>
        <w:pStyle w:val="ListParagraph"/>
      </w:pPr>
      <w:r>
        <w:rPr>
          <w:sz w:val="22"/>
        </w:rPr>
        <w:t>A. lives</w:t>
      </w:r>
    </w:p>
    <w:p>
      <w:pPr>
        <w:pStyle w:val="ListParagraph"/>
      </w:pPr>
      <w:r>
        <w:rPr>
          <w:sz w:val="22"/>
        </w:rPr>
        <w:t>B. lived</w:t>
      </w:r>
    </w:p>
    <w:p>
      <w:pPr>
        <w:pStyle w:val="ListParagraph"/>
      </w:pPr>
      <w:r>
        <w:rPr>
          <w:sz w:val="22"/>
        </w:rPr>
        <w:t>C. has lived</w:t>
      </w:r>
    </w:p>
    <w:p>
      <w:pPr>
        <w:pStyle w:val="ListParagraph"/>
      </w:pPr>
      <w:r>
        <w:rPr>
          <w:sz w:val="22"/>
        </w:rPr>
        <w:t>D. is living</w:t>
      </w:r>
    </w:p>
    <w:p/>
    <w:p>
      <w:r>
        <w:rPr>
          <w:b/>
          <w:sz w:val="24"/>
        </w:rPr>
        <w:t>Câu 5: If it ______ tomorrow, we will stay home.</w:t>
      </w:r>
    </w:p>
    <w:p>
      <w:pPr>
        <w:pStyle w:val="ListParagraph"/>
      </w:pPr>
      <w:r>
        <w:rPr>
          <w:sz w:val="22"/>
        </w:rPr>
        <w:t>A. rains</w:t>
      </w:r>
    </w:p>
    <w:p>
      <w:pPr>
        <w:pStyle w:val="ListParagraph"/>
      </w:pPr>
      <w:r>
        <w:rPr>
          <w:sz w:val="22"/>
        </w:rPr>
        <w:t>B. will rain</w:t>
      </w:r>
    </w:p>
    <w:p>
      <w:pPr>
        <w:pStyle w:val="ListParagraph"/>
      </w:pPr>
      <w:r>
        <w:rPr>
          <w:sz w:val="22"/>
        </w:rPr>
        <w:t>C. rained</w:t>
      </w:r>
    </w:p>
    <w:p>
      <w:pPr>
        <w:pStyle w:val="ListParagraph"/>
      </w:pPr>
      <w:r>
        <w:rPr>
          <w:sz w:val="22"/>
        </w:rPr>
        <w:t>D. is raining</w:t>
      </w:r>
    </w:p>
    <w:p/>
    <w:p>
      <w:r>
        <w:rPr>
          <w:b/>
          <w:sz w:val="24"/>
        </w:rPr>
        <w:t>Câu 6: She asked me where I ______ from.</w:t>
      </w:r>
    </w:p>
    <w:p>
      <w:pPr>
        <w:pStyle w:val="ListParagraph"/>
      </w:pPr>
      <w:r>
        <w:rPr>
          <w:sz w:val="22"/>
        </w:rPr>
        <w:t>A. come</w:t>
      </w:r>
    </w:p>
    <w:p>
      <w:pPr>
        <w:pStyle w:val="ListParagraph"/>
      </w:pPr>
      <w:r>
        <w:rPr>
          <w:sz w:val="22"/>
        </w:rPr>
        <w:t>B. came</w:t>
      </w:r>
    </w:p>
    <w:p>
      <w:pPr>
        <w:pStyle w:val="ListParagraph"/>
      </w:pPr>
      <w:r>
        <w:rPr>
          <w:sz w:val="22"/>
        </w:rPr>
        <w:t>C. coming</w:t>
      </w:r>
    </w:p>
    <w:p>
      <w:pPr>
        <w:pStyle w:val="ListParagraph"/>
      </w:pPr>
      <w:r>
        <w:rPr>
          <w:sz w:val="22"/>
        </w:rPr>
        <w:t>D. to come</w:t>
      </w:r>
    </w:p>
    <w:p/>
    <w:p>
      <w:r>
        <w:rPr>
          <w:b/>
          <w:sz w:val="24"/>
        </w:rPr>
        <w:t>Câu 7: The book ______ by Mark Twain.</w:t>
      </w:r>
    </w:p>
    <w:p>
      <w:pPr>
        <w:pStyle w:val="ListParagraph"/>
      </w:pPr>
      <w:r>
        <w:rPr>
          <w:sz w:val="22"/>
        </w:rPr>
        <w:t>A. wrote</w:t>
      </w:r>
    </w:p>
    <w:p>
      <w:pPr>
        <w:pStyle w:val="ListParagraph"/>
      </w:pPr>
      <w:r>
        <w:rPr>
          <w:sz w:val="22"/>
        </w:rPr>
        <w:t>B. was written</w:t>
      </w:r>
    </w:p>
    <w:p>
      <w:pPr>
        <w:pStyle w:val="ListParagraph"/>
      </w:pPr>
      <w:r>
        <w:rPr>
          <w:sz w:val="22"/>
        </w:rPr>
        <w:t>C. is writing</w:t>
      </w:r>
    </w:p>
    <w:p>
      <w:pPr>
        <w:pStyle w:val="ListParagraph"/>
      </w:pPr>
      <w:r>
        <w:rPr>
          <w:sz w:val="22"/>
        </w:rPr>
        <w:t>D. has written</w:t>
      </w:r>
    </w:p>
    <w:p/>
    <w:p>
      <w:r>
        <w:rPr>
          <w:b/>
          <w:sz w:val="24"/>
        </w:rPr>
        <w:t>Câu 8: I wish I ______ taller.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was</w:t>
      </w:r>
    </w:p>
    <w:p>
      <w:pPr>
        <w:pStyle w:val="ListParagraph"/>
      </w:pPr>
      <w:r>
        <w:rPr>
          <w:sz w:val="22"/>
        </w:rPr>
        <w:t>C. were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9: He ______ for 3 hours before he took a break.</w:t>
      </w:r>
    </w:p>
    <w:p>
      <w:pPr>
        <w:pStyle w:val="ListParagraph"/>
      </w:pPr>
      <w:r>
        <w:rPr>
          <w:sz w:val="22"/>
        </w:rPr>
        <w:t>A. works</w:t>
      </w:r>
    </w:p>
    <w:p>
      <w:pPr>
        <w:pStyle w:val="ListParagraph"/>
      </w:pPr>
      <w:r>
        <w:rPr>
          <w:sz w:val="22"/>
        </w:rPr>
        <w:t>B. worked</w:t>
      </w:r>
    </w:p>
    <w:p>
      <w:pPr>
        <w:pStyle w:val="ListParagraph"/>
      </w:pPr>
      <w:r>
        <w:rPr>
          <w:sz w:val="22"/>
        </w:rPr>
        <w:t>C. has worked</w:t>
      </w:r>
    </w:p>
    <w:p>
      <w:pPr>
        <w:pStyle w:val="ListParagraph"/>
      </w:pPr>
      <w:r>
        <w:rPr>
          <w:sz w:val="22"/>
        </w:rPr>
        <w:t>D. had been working</w:t>
      </w:r>
    </w:p>
    <w:p/>
    <w:p>
      <w:r>
        <w:rPr>
          <w:b/>
          <w:sz w:val="24"/>
        </w:rPr>
        <w:t>Câu 10: By the time we arrived, the film ______.</w:t>
      </w:r>
    </w:p>
    <w:p>
      <w:pPr>
        <w:pStyle w:val="ListParagraph"/>
      </w:pPr>
      <w:r>
        <w:rPr>
          <w:sz w:val="22"/>
        </w:rPr>
        <w:t>A. started</w:t>
      </w:r>
    </w:p>
    <w:p>
      <w:pPr>
        <w:pStyle w:val="ListParagraph"/>
      </w:pPr>
      <w:r>
        <w:rPr>
          <w:sz w:val="22"/>
        </w:rPr>
        <w:t>B. has started</w:t>
      </w:r>
    </w:p>
    <w:p>
      <w:pPr>
        <w:pStyle w:val="ListParagraph"/>
      </w:pPr>
      <w:r>
        <w:rPr>
          <w:sz w:val="22"/>
        </w:rPr>
        <w:t>C. had started</w:t>
      </w:r>
    </w:p>
    <w:p>
      <w:pPr>
        <w:pStyle w:val="ListParagraph"/>
      </w:pPr>
      <w:r>
        <w:rPr>
          <w:sz w:val="22"/>
        </w:rPr>
        <w:t>D. starts</w:t>
      </w:r>
    </w:p>
    <w:p/>
    <w:p>
      <w:r>
        <w:rPr>
          <w:b/>
          <w:sz w:val="24"/>
        </w:rPr>
        <w:t>Câu 11: I'm interested ______ learning Spanish.</w:t>
      </w:r>
    </w:p>
    <w:p>
      <w:pPr>
        <w:pStyle w:val="ListParagraph"/>
      </w:pPr>
      <w:r>
        <w:rPr>
          <w:sz w:val="22"/>
        </w:rPr>
        <w:t>A. in</w:t>
      </w:r>
    </w:p>
    <w:p>
      <w:pPr>
        <w:pStyle w:val="ListParagraph"/>
      </w:pPr>
      <w:r>
        <w:rPr>
          <w:sz w:val="22"/>
        </w:rPr>
        <w:t>B. on</w:t>
      </w:r>
    </w:p>
    <w:p>
      <w:pPr>
        <w:pStyle w:val="ListParagraph"/>
      </w:pPr>
      <w:r>
        <w:rPr>
          <w:sz w:val="22"/>
        </w:rPr>
        <w:t>C. at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12: She's good ______ math.</w:t>
      </w:r>
    </w:p>
    <w:p>
      <w:pPr>
        <w:pStyle w:val="ListParagraph"/>
      </w:pPr>
      <w:r>
        <w:rPr>
          <w:sz w:val="22"/>
        </w:rPr>
        <w:t>A. at</w:t>
      </w:r>
    </w:p>
    <w:p>
      <w:pPr>
        <w:pStyle w:val="ListParagraph"/>
      </w:pPr>
      <w:r>
        <w:rPr>
          <w:sz w:val="22"/>
        </w:rPr>
        <w:t>B. in</w:t>
      </w:r>
    </w:p>
    <w:p>
      <w:pPr>
        <w:pStyle w:val="ListParagraph"/>
      </w:pPr>
      <w:r>
        <w:rPr>
          <w:sz w:val="22"/>
        </w:rPr>
        <w:t>C. on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13: He's afraid ______ spiders.</w:t>
      </w:r>
    </w:p>
    <w:p>
      <w:pPr>
        <w:pStyle w:val="ListParagraph"/>
      </w:pPr>
      <w:r>
        <w:rPr>
          <w:sz w:val="22"/>
        </w:rPr>
        <w:t>A. of</w:t>
      </w:r>
    </w:p>
    <w:p>
      <w:pPr>
        <w:pStyle w:val="ListParagraph"/>
      </w:pPr>
      <w:r>
        <w:rPr>
          <w:sz w:val="22"/>
        </w:rPr>
        <w:t>B. from</w:t>
      </w:r>
    </w:p>
    <w:p>
      <w:pPr>
        <w:pStyle w:val="ListParagraph"/>
      </w:pPr>
      <w:r>
        <w:rPr>
          <w:sz w:val="22"/>
        </w:rPr>
        <w:t>C. with</w:t>
      </w:r>
    </w:p>
    <w:p>
      <w:pPr>
        <w:pStyle w:val="ListParagraph"/>
      </w:pPr>
      <w:r>
        <w:rPr>
          <w:sz w:val="22"/>
        </w:rPr>
        <w:t>D. about</w:t>
      </w:r>
    </w:p>
    <w:p/>
    <w:p>
      <w:r>
        <w:rPr>
          <w:b/>
          <w:sz w:val="24"/>
        </w:rPr>
        <w:t>Câu 14: I'm looking forward ______ you again.</w:t>
      </w:r>
    </w:p>
    <w:p>
      <w:pPr>
        <w:pStyle w:val="ListParagraph"/>
      </w:pPr>
      <w:r>
        <w:rPr>
          <w:sz w:val="22"/>
        </w:rPr>
        <w:t>A. to seeing</w:t>
      </w:r>
    </w:p>
    <w:p>
      <w:pPr>
        <w:pStyle w:val="ListParagraph"/>
      </w:pPr>
      <w:r>
        <w:rPr>
          <w:sz w:val="22"/>
        </w:rPr>
        <w:t>B. to see</w:t>
      </w:r>
    </w:p>
    <w:p>
      <w:pPr>
        <w:pStyle w:val="ListParagraph"/>
      </w:pPr>
      <w:r>
        <w:rPr>
          <w:sz w:val="22"/>
        </w:rPr>
        <w:t>C. seeing</w:t>
      </w:r>
    </w:p>
    <w:p>
      <w:pPr>
        <w:pStyle w:val="ListParagraph"/>
      </w:pPr>
      <w:r>
        <w:rPr>
          <w:sz w:val="22"/>
        </w:rPr>
        <w:t>D. see</w:t>
      </w:r>
    </w:p>
    <w:p/>
    <w:p>
      <w:r>
        <w:rPr>
          <w:b/>
          <w:sz w:val="24"/>
        </w:rPr>
        <w:t>Câu 15: They arrived ______ the airport at 6 AM.</w:t>
      </w:r>
    </w:p>
    <w:p>
      <w:pPr>
        <w:pStyle w:val="ListParagraph"/>
      </w:pPr>
      <w:r>
        <w:rPr>
          <w:sz w:val="22"/>
        </w:rPr>
        <w:t>A. in</w:t>
      </w:r>
    </w:p>
    <w:p>
      <w:pPr>
        <w:pStyle w:val="ListParagraph"/>
      </w:pPr>
      <w:r>
        <w:rPr>
          <w:sz w:val="22"/>
        </w:rPr>
        <w:t>B. at</w:t>
      </w:r>
    </w:p>
    <w:p>
      <w:pPr>
        <w:pStyle w:val="ListParagraph"/>
      </w:pPr>
      <w:r>
        <w:rPr>
          <w:sz w:val="22"/>
        </w:rPr>
        <w:t>C. on</w:t>
      </w:r>
    </w:p>
    <w:p>
      <w:pPr>
        <w:pStyle w:val="ListParagraph"/>
      </w:pPr>
      <w:r>
        <w:rPr>
          <w:sz w:val="22"/>
        </w:rPr>
        <w:t>D. to</w:t>
      </w:r>
    </w:p>
    <w:p/>
    <w:p>
      <w:r>
        <w:rPr>
          <w:b/>
          <w:sz w:val="24"/>
        </w:rPr>
        <w:t>Câu 16: She's married ______ a doctor.</w:t>
      </w:r>
    </w:p>
    <w:p>
      <w:pPr>
        <w:pStyle w:val="ListParagraph"/>
      </w:pPr>
      <w:r>
        <w:rPr>
          <w:sz w:val="22"/>
        </w:rPr>
        <w:t>A. with</w:t>
      </w:r>
    </w:p>
    <w:p>
      <w:pPr>
        <w:pStyle w:val="ListParagraph"/>
      </w:pPr>
      <w:r>
        <w:rPr>
          <w:sz w:val="22"/>
        </w:rPr>
        <w:t>B. to</w:t>
      </w:r>
    </w:p>
    <w:p>
      <w:pPr>
        <w:pStyle w:val="ListParagraph"/>
      </w:pPr>
      <w:r>
        <w:rPr>
          <w:sz w:val="22"/>
        </w:rPr>
        <w:t>C. for</w:t>
      </w:r>
    </w:p>
    <w:p>
      <w:pPr>
        <w:pStyle w:val="ListParagraph"/>
      </w:pPr>
      <w:r>
        <w:rPr>
          <w:sz w:val="22"/>
        </w:rPr>
        <w:t>D. by</w:t>
      </w:r>
    </w:p>
    <w:p/>
    <w:p>
      <w:r>
        <w:rPr>
          <w:b/>
          <w:sz w:val="24"/>
        </w:rPr>
        <w:t>Câu 17: I'm tired ______ waiting.</w:t>
      </w:r>
    </w:p>
    <w:p>
      <w:pPr>
        <w:pStyle w:val="ListParagraph"/>
      </w:pPr>
      <w:r>
        <w:rPr>
          <w:sz w:val="22"/>
        </w:rPr>
        <w:t>A. of</w:t>
      </w:r>
    </w:p>
    <w:p>
      <w:pPr>
        <w:pStyle w:val="ListParagraph"/>
      </w:pPr>
      <w:r>
        <w:rPr>
          <w:sz w:val="22"/>
        </w:rPr>
        <w:t>B. from</w:t>
      </w:r>
    </w:p>
    <w:p>
      <w:pPr>
        <w:pStyle w:val="ListParagraph"/>
      </w:pPr>
      <w:r>
        <w:rPr>
          <w:sz w:val="22"/>
        </w:rPr>
        <w:t>C. with</w:t>
      </w:r>
    </w:p>
    <w:p>
      <w:pPr>
        <w:pStyle w:val="ListParagraph"/>
      </w:pPr>
      <w:r>
        <w:rPr>
          <w:sz w:val="22"/>
        </w:rPr>
        <w:t>D. about</w:t>
      </w:r>
    </w:p>
    <w:p/>
    <w:p>
      <w:r>
        <w:rPr>
          <w:b/>
          <w:sz w:val="24"/>
        </w:rPr>
        <w:t>Câu 18: He's responsible ______ the project.</w:t>
      </w:r>
    </w:p>
    <w:p>
      <w:pPr>
        <w:pStyle w:val="ListParagraph"/>
      </w:pPr>
      <w:r>
        <w:rPr>
          <w:sz w:val="22"/>
        </w:rPr>
        <w:t>A. for</w:t>
      </w:r>
    </w:p>
    <w:p>
      <w:pPr>
        <w:pStyle w:val="ListParagraph"/>
      </w:pPr>
      <w:r>
        <w:rPr>
          <w:sz w:val="22"/>
        </w:rPr>
        <w:t>B. of</w:t>
      </w:r>
    </w:p>
    <w:p>
      <w:pPr>
        <w:pStyle w:val="ListParagraph"/>
      </w:pPr>
      <w:r>
        <w:rPr>
          <w:sz w:val="22"/>
        </w:rPr>
        <w:t>C. to</w:t>
      </w:r>
    </w:p>
    <w:p>
      <w:pPr>
        <w:pStyle w:val="ListParagraph"/>
      </w:pPr>
      <w:r>
        <w:rPr>
          <w:sz w:val="22"/>
        </w:rPr>
        <w:t>D. with</w:t>
      </w:r>
    </w:p>
    <w:p/>
    <w:p>
      <w:r>
        <w:rPr>
          <w:b/>
          <w:sz w:val="24"/>
        </w:rPr>
        <w:t>Câu 19: The book is ______ the table.</w:t>
      </w:r>
    </w:p>
    <w:p>
      <w:pPr>
        <w:pStyle w:val="ListParagraph"/>
      </w:pPr>
      <w:r>
        <w:rPr>
          <w:sz w:val="22"/>
        </w:rPr>
        <w:t>A. in</w:t>
      </w:r>
    </w:p>
    <w:p>
      <w:pPr>
        <w:pStyle w:val="ListParagraph"/>
      </w:pPr>
      <w:r>
        <w:rPr>
          <w:sz w:val="22"/>
        </w:rPr>
        <w:t>B. on</w:t>
      </w:r>
    </w:p>
    <w:p>
      <w:pPr>
        <w:pStyle w:val="ListParagraph"/>
      </w:pPr>
      <w:r>
        <w:rPr>
          <w:sz w:val="22"/>
        </w:rPr>
        <w:t>C. at</w:t>
      </w:r>
    </w:p>
    <w:p>
      <w:pPr>
        <w:pStyle w:val="ListParagraph"/>
      </w:pPr>
      <w:r>
        <w:rPr>
          <w:sz w:val="22"/>
        </w:rPr>
        <w:t>D. by</w:t>
      </w:r>
    </w:p>
    <w:p/>
    <w:p>
      <w:r>
        <w:rPr>
          <w:b/>
          <w:sz w:val="24"/>
        </w:rPr>
        <w:t>Câu 20: I'll see you ______ Monday.</w:t>
      </w:r>
    </w:p>
    <w:p>
      <w:pPr>
        <w:pStyle w:val="ListParagraph"/>
      </w:pPr>
      <w:r>
        <w:rPr>
          <w:sz w:val="22"/>
        </w:rPr>
        <w:t>A. in</w:t>
      </w:r>
    </w:p>
    <w:p>
      <w:pPr>
        <w:pStyle w:val="ListParagraph"/>
      </w:pPr>
      <w:r>
        <w:rPr>
          <w:sz w:val="22"/>
        </w:rPr>
        <w:t>B. on</w:t>
      </w:r>
    </w:p>
    <w:p>
      <w:pPr>
        <w:pStyle w:val="ListParagraph"/>
      </w:pPr>
      <w:r>
        <w:rPr>
          <w:sz w:val="22"/>
        </w:rPr>
        <w:t>C. at</w:t>
      </w:r>
    </w:p>
    <w:p>
      <w:pPr>
        <w:pStyle w:val="ListParagraph"/>
      </w:pPr>
      <w:r>
        <w:rPr>
          <w:sz w:val="22"/>
        </w:rPr>
        <w:t>D. by</w:t>
      </w:r>
    </w:p>
    <w:p/>
    <w:p>
      <w:r>
        <w:rPr>
          <w:b/>
          <w:sz w:val="24"/>
        </w:rPr>
        <w:t>Câu 21: Please ______ the light when you leave.</w:t>
      </w:r>
    </w:p>
    <w:p>
      <w:pPr>
        <w:pStyle w:val="ListParagraph"/>
      </w:pPr>
      <w:r>
        <w:rPr>
          <w:sz w:val="22"/>
        </w:rPr>
        <w:t>A. turn off</w:t>
      </w:r>
    </w:p>
    <w:p>
      <w:pPr>
        <w:pStyle w:val="ListParagraph"/>
      </w:pPr>
      <w:r>
        <w:rPr>
          <w:sz w:val="22"/>
        </w:rPr>
        <w:t>B. turn on</w:t>
      </w:r>
    </w:p>
    <w:p>
      <w:pPr>
        <w:pStyle w:val="ListParagraph"/>
      </w:pPr>
      <w:r>
        <w:rPr>
          <w:sz w:val="22"/>
        </w:rPr>
        <w:t>C. turn up</w:t>
      </w:r>
    </w:p>
    <w:p>
      <w:pPr>
        <w:pStyle w:val="ListParagraph"/>
      </w:pPr>
      <w:r>
        <w:rPr>
          <w:sz w:val="22"/>
        </w:rPr>
        <w:t>D. turn down</w:t>
      </w:r>
    </w:p>
    <w:p/>
    <w:p>
      <w:r>
        <w:rPr>
          <w:b/>
          <w:sz w:val="24"/>
        </w:rPr>
        <w:t>Câu 22: I need to ______ my shoes before entering.</w:t>
      </w:r>
    </w:p>
    <w:p>
      <w:pPr>
        <w:pStyle w:val="ListParagraph"/>
      </w:pPr>
      <w:r>
        <w:rPr>
          <w:sz w:val="22"/>
        </w:rPr>
        <w:t>A. take off</w:t>
      </w:r>
    </w:p>
    <w:p>
      <w:pPr>
        <w:pStyle w:val="ListParagraph"/>
      </w:pPr>
      <w:r>
        <w:rPr>
          <w:sz w:val="22"/>
        </w:rPr>
        <w:t>B. take on</w:t>
      </w:r>
    </w:p>
    <w:p>
      <w:pPr>
        <w:pStyle w:val="ListParagraph"/>
      </w:pPr>
      <w:r>
        <w:rPr>
          <w:sz w:val="22"/>
        </w:rPr>
        <w:t>C. take up</w:t>
      </w:r>
    </w:p>
    <w:p>
      <w:pPr>
        <w:pStyle w:val="ListParagraph"/>
      </w:pPr>
      <w:r>
        <w:rPr>
          <w:sz w:val="22"/>
        </w:rPr>
        <w:t>D. take in</w:t>
      </w:r>
    </w:p>
    <w:p/>
    <w:p>
      <w:r>
        <w:rPr>
          <w:b/>
          <w:sz w:val="24"/>
        </w:rPr>
        <w:t>Câu 23: She ______ her mother in appearance.</w:t>
      </w:r>
    </w:p>
    <w:p>
      <w:pPr>
        <w:pStyle w:val="ListParagraph"/>
      </w:pPr>
      <w:r>
        <w:rPr>
          <w:sz w:val="22"/>
        </w:rPr>
        <w:t>A. takes after</w:t>
      </w:r>
    </w:p>
    <w:p>
      <w:pPr>
        <w:pStyle w:val="ListParagraph"/>
      </w:pPr>
      <w:r>
        <w:rPr>
          <w:sz w:val="22"/>
        </w:rPr>
        <w:t>B. takes off</w:t>
      </w:r>
    </w:p>
    <w:p>
      <w:pPr>
        <w:pStyle w:val="ListParagraph"/>
      </w:pPr>
      <w:r>
        <w:rPr>
          <w:sz w:val="22"/>
        </w:rPr>
        <w:t>C. takes up</w:t>
      </w:r>
    </w:p>
    <w:p>
      <w:pPr>
        <w:pStyle w:val="ListParagraph"/>
      </w:pPr>
      <w:r>
        <w:rPr>
          <w:sz w:val="22"/>
        </w:rPr>
        <w:t>D. takes in</w:t>
      </w:r>
    </w:p>
    <w:p/>
    <w:p>
      <w:r>
        <w:rPr>
          <w:b/>
          <w:sz w:val="24"/>
        </w:rPr>
        <w:t>Câu 24: We should ______ the meeting until next week.</w:t>
      </w:r>
    </w:p>
    <w:p>
      <w:pPr>
        <w:pStyle w:val="ListParagraph"/>
      </w:pPr>
      <w:r>
        <w:rPr>
          <w:sz w:val="22"/>
        </w:rPr>
        <w:t>A. put off</w:t>
      </w:r>
    </w:p>
    <w:p>
      <w:pPr>
        <w:pStyle w:val="ListParagraph"/>
      </w:pPr>
      <w:r>
        <w:rPr>
          <w:sz w:val="22"/>
        </w:rPr>
        <w:t>B. put on</w:t>
      </w:r>
    </w:p>
    <w:p>
      <w:pPr>
        <w:pStyle w:val="ListParagraph"/>
      </w:pPr>
      <w:r>
        <w:rPr>
          <w:sz w:val="22"/>
        </w:rPr>
        <w:t>C. put up</w:t>
      </w:r>
    </w:p>
    <w:p>
      <w:pPr>
        <w:pStyle w:val="ListParagraph"/>
      </w:pPr>
      <w:r>
        <w:rPr>
          <w:sz w:val="22"/>
        </w:rPr>
        <w:t>D. put out</w:t>
      </w:r>
    </w:p>
    <w:p/>
    <w:p>
      <w:r>
        <w:rPr>
          <w:b/>
          <w:sz w:val="24"/>
        </w:rPr>
        <w:t>Câu 25: He ______ smoking last year.</w:t>
      </w:r>
    </w:p>
    <w:p>
      <w:pPr>
        <w:pStyle w:val="ListParagraph"/>
      </w:pPr>
      <w:r>
        <w:rPr>
          <w:sz w:val="22"/>
        </w:rPr>
        <w:t>A. gave up</w:t>
      </w:r>
    </w:p>
    <w:p>
      <w:pPr>
        <w:pStyle w:val="ListParagraph"/>
      </w:pPr>
      <w:r>
        <w:rPr>
          <w:sz w:val="22"/>
        </w:rPr>
        <w:t>B. gave in</w:t>
      </w:r>
    </w:p>
    <w:p>
      <w:pPr>
        <w:pStyle w:val="ListParagraph"/>
      </w:pPr>
      <w:r>
        <w:rPr>
          <w:sz w:val="22"/>
        </w:rPr>
        <w:t>C. gave out</w:t>
      </w:r>
    </w:p>
    <w:p>
      <w:pPr>
        <w:pStyle w:val="ListParagraph"/>
      </w:pPr>
      <w:r>
        <w:rPr>
          <w:sz w:val="22"/>
        </w:rPr>
        <w:t>D. gave away</w:t>
      </w:r>
    </w:p>
    <w:p/>
    <w:p>
      <w:r>
        <w:rPr>
          <w:b/>
          <w:sz w:val="24"/>
        </w:rPr>
        <w:t>Câu 26: I can't ______ with the noise anymore.</w:t>
      </w:r>
    </w:p>
    <w:p>
      <w:pPr>
        <w:pStyle w:val="ListParagraph"/>
      </w:pPr>
      <w:r>
        <w:rPr>
          <w:sz w:val="22"/>
        </w:rPr>
        <w:t>A. put up</w:t>
      </w:r>
    </w:p>
    <w:p>
      <w:pPr>
        <w:pStyle w:val="ListParagraph"/>
      </w:pPr>
      <w:r>
        <w:rPr>
          <w:sz w:val="22"/>
        </w:rPr>
        <w:t>B. put off</w:t>
      </w:r>
    </w:p>
    <w:p>
      <w:pPr>
        <w:pStyle w:val="ListParagraph"/>
      </w:pPr>
      <w:r>
        <w:rPr>
          <w:sz w:val="22"/>
        </w:rPr>
        <w:t>C. put on</w:t>
      </w:r>
    </w:p>
    <w:p>
      <w:pPr>
        <w:pStyle w:val="ListParagraph"/>
      </w:pPr>
      <w:r>
        <w:rPr>
          <w:sz w:val="22"/>
        </w:rPr>
        <w:t>D. put out</w:t>
      </w:r>
    </w:p>
    <w:p/>
    <w:p>
      <w:r>
        <w:rPr>
          <w:b/>
          <w:sz w:val="24"/>
        </w:rPr>
        <w:t>Câu 27: She ______ the truth in the end.</w:t>
      </w:r>
    </w:p>
    <w:p>
      <w:pPr>
        <w:pStyle w:val="ListParagraph"/>
      </w:pPr>
      <w:r>
        <w:rPr>
          <w:sz w:val="22"/>
        </w:rPr>
        <w:t>A. found out</w:t>
      </w:r>
    </w:p>
    <w:p>
      <w:pPr>
        <w:pStyle w:val="ListParagraph"/>
      </w:pPr>
      <w:r>
        <w:rPr>
          <w:sz w:val="22"/>
        </w:rPr>
        <w:t>B. found in</w:t>
      </w:r>
    </w:p>
    <w:p>
      <w:pPr>
        <w:pStyle w:val="ListParagraph"/>
      </w:pPr>
      <w:r>
        <w:rPr>
          <w:sz w:val="22"/>
        </w:rPr>
        <w:t>C. found up</w:t>
      </w:r>
    </w:p>
    <w:p>
      <w:pPr>
        <w:pStyle w:val="ListParagraph"/>
      </w:pPr>
      <w:r>
        <w:rPr>
          <w:sz w:val="22"/>
        </w:rPr>
        <w:t>D. found on</w:t>
      </w:r>
    </w:p>
    <w:p/>
    <w:p>
      <w:r>
        <w:rPr>
          <w:b/>
          <w:sz w:val="24"/>
        </w:rPr>
        <w:t>Câu 28: Could you ______ the volume? It's too loud.</w:t>
      </w:r>
    </w:p>
    <w:p>
      <w:pPr>
        <w:pStyle w:val="ListParagraph"/>
      </w:pPr>
      <w:r>
        <w:rPr>
          <w:sz w:val="22"/>
        </w:rPr>
        <w:t>A. turn down</w:t>
      </w:r>
    </w:p>
    <w:p>
      <w:pPr>
        <w:pStyle w:val="ListParagraph"/>
      </w:pPr>
      <w:r>
        <w:rPr>
          <w:sz w:val="22"/>
        </w:rPr>
        <w:t>B. turn up</w:t>
      </w:r>
    </w:p>
    <w:p>
      <w:pPr>
        <w:pStyle w:val="ListParagraph"/>
      </w:pPr>
      <w:r>
        <w:rPr>
          <w:sz w:val="22"/>
        </w:rPr>
        <w:t>C. turn off</w:t>
      </w:r>
    </w:p>
    <w:p>
      <w:pPr>
        <w:pStyle w:val="ListParagraph"/>
      </w:pPr>
      <w:r>
        <w:rPr>
          <w:sz w:val="22"/>
        </w:rPr>
        <w:t>D. turn on</w:t>
      </w:r>
    </w:p>
    <w:p/>
    <w:p>
      <w:r>
        <w:rPr>
          <w:b/>
          <w:sz w:val="24"/>
        </w:rPr>
        <w:t>Câu 29: I ran ______ an old friend yesterday.</w:t>
      </w:r>
    </w:p>
    <w:p>
      <w:pPr>
        <w:pStyle w:val="ListParagraph"/>
      </w:pPr>
      <w:r>
        <w:rPr>
          <w:sz w:val="22"/>
        </w:rPr>
        <w:t>A. into</w:t>
      </w:r>
    </w:p>
    <w:p>
      <w:pPr>
        <w:pStyle w:val="ListParagraph"/>
      </w:pPr>
      <w:r>
        <w:rPr>
          <w:sz w:val="22"/>
        </w:rPr>
        <w:t>B. onto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on</w:t>
      </w:r>
    </w:p>
    <w:p/>
    <w:p>
      <w:r>
        <w:rPr>
          <w:b/>
          <w:sz w:val="24"/>
        </w:rPr>
        <w:t>Câu 30: We need to ______ a plan.</w:t>
      </w:r>
    </w:p>
    <w:p>
      <w:pPr>
        <w:pStyle w:val="ListParagraph"/>
      </w:pPr>
      <w:r>
        <w:rPr>
          <w:sz w:val="22"/>
        </w:rPr>
        <w:t>A. come up with</w:t>
      </w:r>
    </w:p>
    <w:p>
      <w:pPr>
        <w:pStyle w:val="ListParagraph"/>
      </w:pPr>
      <w:r>
        <w:rPr>
          <w:sz w:val="22"/>
        </w:rPr>
        <w:t>B. come up to</w:t>
      </w:r>
    </w:p>
    <w:p>
      <w:pPr>
        <w:pStyle w:val="ListParagraph"/>
      </w:pPr>
      <w:r>
        <w:rPr>
          <w:sz w:val="22"/>
        </w:rPr>
        <w:t>C. come across</w:t>
      </w:r>
    </w:p>
    <w:p>
      <w:pPr>
        <w:pStyle w:val="ListParagraph"/>
      </w:pPr>
      <w:r>
        <w:rPr>
          <w:sz w:val="22"/>
        </w:rPr>
        <w:t>D. come down with</w:t>
      </w:r>
    </w:p>
    <w:p/>
    <w:p>
      <w:r>
        <w:rPr>
          <w:b/>
          <w:sz w:val="24"/>
        </w:rPr>
        <w:t>Câu 31: The opposite of "generous" is ______.</w:t>
      </w:r>
    </w:p>
    <w:p>
      <w:pPr>
        <w:pStyle w:val="ListParagraph"/>
      </w:pPr>
      <w:r>
        <w:rPr>
          <w:sz w:val="22"/>
        </w:rPr>
        <w:t>A. kind</w:t>
      </w:r>
    </w:p>
    <w:p>
      <w:pPr>
        <w:pStyle w:val="ListParagraph"/>
      </w:pPr>
      <w:r>
        <w:rPr>
          <w:sz w:val="22"/>
        </w:rPr>
        <w:t>B. selfish</w:t>
      </w:r>
    </w:p>
    <w:p>
      <w:pPr>
        <w:pStyle w:val="ListParagraph"/>
      </w:pPr>
      <w:r>
        <w:rPr>
          <w:sz w:val="22"/>
        </w:rPr>
        <w:t>C. friendly</w:t>
      </w:r>
    </w:p>
    <w:p>
      <w:pPr>
        <w:pStyle w:val="ListParagraph"/>
      </w:pPr>
      <w:r>
        <w:rPr>
          <w:sz w:val="22"/>
        </w:rPr>
        <w:t>D. honest</w:t>
      </w:r>
    </w:p>
    <w:p/>
    <w:p>
      <w:r>
        <w:rPr>
          <w:b/>
          <w:sz w:val="24"/>
        </w:rPr>
        <w:t>Câu 32: A person who studies stars is an ______.</w:t>
      </w:r>
    </w:p>
    <w:p>
      <w:pPr>
        <w:pStyle w:val="ListParagraph"/>
      </w:pPr>
      <w:r>
        <w:rPr>
          <w:sz w:val="22"/>
        </w:rPr>
        <w:t>A. astronomer</w:t>
      </w:r>
    </w:p>
    <w:p>
      <w:pPr>
        <w:pStyle w:val="ListParagraph"/>
      </w:pPr>
      <w:r>
        <w:rPr>
          <w:sz w:val="22"/>
        </w:rPr>
        <w:t>B. astrologer</w:t>
      </w:r>
    </w:p>
    <w:p>
      <w:pPr>
        <w:pStyle w:val="ListParagraph"/>
      </w:pPr>
      <w:r>
        <w:rPr>
          <w:sz w:val="22"/>
        </w:rPr>
        <w:t>C. astronaut</w:t>
      </w:r>
    </w:p>
    <w:p>
      <w:pPr>
        <w:pStyle w:val="ListParagraph"/>
      </w:pPr>
      <w:r>
        <w:rPr>
          <w:sz w:val="22"/>
        </w:rPr>
        <w:t>D. archaeologist</w:t>
      </w:r>
    </w:p>
    <w:p/>
    <w:p>
      <w:r>
        <w:rPr>
          <w:b/>
          <w:sz w:val="24"/>
        </w:rPr>
        <w:t>Câu 33: The weather is ______ today.</w:t>
      </w:r>
    </w:p>
    <w:p>
      <w:pPr>
        <w:pStyle w:val="ListParagraph"/>
      </w:pPr>
      <w:r>
        <w:rPr>
          <w:sz w:val="22"/>
        </w:rPr>
        <w:t>A. nice</w:t>
      </w:r>
    </w:p>
    <w:p>
      <w:pPr>
        <w:pStyle w:val="ListParagraph"/>
      </w:pPr>
      <w:r>
        <w:rPr>
          <w:sz w:val="22"/>
        </w:rPr>
        <w:t>B. nicely</w:t>
      </w:r>
    </w:p>
    <w:p>
      <w:pPr>
        <w:pStyle w:val="ListParagraph"/>
      </w:pPr>
      <w:r>
        <w:rPr>
          <w:sz w:val="22"/>
        </w:rPr>
        <w:t>C. niceness</w:t>
      </w:r>
    </w:p>
    <w:p>
      <w:pPr>
        <w:pStyle w:val="ListParagraph"/>
      </w:pPr>
      <w:r>
        <w:rPr>
          <w:sz w:val="22"/>
        </w:rPr>
        <w:t>D. nicing</w:t>
      </w:r>
    </w:p>
    <w:p/>
    <w:p>
      <w:r>
        <w:rPr>
          <w:b/>
          <w:sz w:val="24"/>
        </w:rPr>
        <w:t>Câu 34: She has a ______ smile.</w:t>
      </w:r>
    </w:p>
    <w:p>
      <w:pPr>
        <w:pStyle w:val="ListParagraph"/>
      </w:pPr>
      <w:r>
        <w:rPr>
          <w:sz w:val="22"/>
        </w:rPr>
        <w:t>A. beauty</w:t>
      </w:r>
    </w:p>
    <w:p>
      <w:pPr>
        <w:pStyle w:val="ListParagraph"/>
      </w:pPr>
      <w:r>
        <w:rPr>
          <w:sz w:val="22"/>
        </w:rPr>
        <w:t>B. beautiful</w:t>
      </w:r>
    </w:p>
    <w:p>
      <w:pPr>
        <w:pStyle w:val="ListParagraph"/>
      </w:pPr>
      <w:r>
        <w:rPr>
          <w:sz w:val="22"/>
        </w:rPr>
        <w:t>C. beautifully</w:t>
      </w:r>
    </w:p>
    <w:p>
      <w:pPr>
        <w:pStyle w:val="ListParagraph"/>
      </w:pPr>
      <w:r>
        <w:rPr>
          <w:sz w:val="22"/>
        </w:rPr>
        <w:t>D. beautify</w:t>
      </w:r>
    </w:p>
    <w:p/>
    <w:p>
      <w:r>
        <w:rPr>
          <w:b/>
          <w:sz w:val="24"/>
        </w:rPr>
        <w:t>Câu 35: He is a ______ driver.</w:t>
      </w:r>
    </w:p>
    <w:p>
      <w:pPr>
        <w:pStyle w:val="ListParagraph"/>
      </w:pPr>
      <w:r>
        <w:rPr>
          <w:sz w:val="22"/>
        </w:rPr>
        <w:t>A. care</w:t>
      </w:r>
    </w:p>
    <w:p>
      <w:pPr>
        <w:pStyle w:val="ListParagraph"/>
      </w:pPr>
      <w:r>
        <w:rPr>
          <w:sz w:val="22"/>
        </w:rPr>
        <w:t>B. careful</w:t>
      </w:r>
    </w:p>
    <w:p>
      <w:pPr>
        <w:pStyle w:val="ListParagraph"/>
      </w:pPr>
      <w:r>
        <w:rPr>
          <w:sz w:val="22"/>
        </w:rPr>
        <w:t>C. carefully</w:t>
      </w:r>
    </w:p>
    <w:p>
      <w:pPr>
        <w:pStyle w:val="ListParagraph"/>
      </w:pPr>
      <w:r>
        <w:rPr>
          <w:sz w:val="22"/>
        </w:rPr>
        <w:t>D. carelessness</w:t>
      </w:r>
    </w:p>
    <w:p/>
    <w:p>
      <w:r>
        <w:rPr>
          <w:b/>
          <w:sz w:val="24"/>
        </w:rPr>
        <w:t>Câu 36: I need some ______ about the course.</w:t>
      </w:r>
    </w:p>
    <w:p>
      <w:pPr>
        <w:pStyle w:val="ListParagraph"/>
      </w:pPr>
      <w:r>
        <w:rPr>
          <w:sz w:val="22"/>
        </w:rPr>
        <w:t>A. inform</w:t>
      </w:r>
    </w:p>
    <w:p>
      <w:pPr>
        <w:pStyle w:val="ListParagraph"/>
      </w:pPr>
      <w:r>
        <w:rPr>
          <w:sz w:val="22"/>
        </w:rPr>
        <w:t>B. information</w:t>
      </w:r>
    </w:p>
    <w:p>
      <w:pPr>
        <w:pStyle w:val="ListParagraph"/>
      </w:pPr>
      <w:r>
        <w:rPr>
          <w:sz w:val="22"/>
        </w:rPr>
        <w:t>C. informative</w:t>
      </w:r>
    </w:p>
    <w:p>
      <w:pPr>
        <w:pStyle w:val="ListParagraph"/>
      </w:pPr>
      <w:r>
        <w:rPr>
          <w:sz w:val="22"/>
        </w:rPr>
        <w:t>D. informed</w:t>
      </w:r>
    </w:p>
    <w:p/>
    <w:p>
      <w:r>
        <w:rPr>
          <w:b/>
          <w:sz w:val="24"/>
        </w:rPr>
        <w:t>Câu 37: The ______ of the building took two years.</w:t>
      </w:r>
    </w:p>
    <w:p>
      <w:pPr>
        <w:pStyle w:val="ListParagraph"/>
      </w:pPr>
      <w:r>
        <w:rPr>
          <w:sz w:val="22"/>
        </w:rPr>
        <w:t>A. construct</w:t>
      </w:r>
    </w:p>
    <w:p>
      <w:pPr>
        <w:pStyle w:val="ListParagraph"/>
      </w:pPr>
      <w:r>
        <w:rPr>
          <w:sz w:val="22"/>
        </w:rPr>
        <w:t>B. construction</w:t>
      </w:r>
    </w:p>
    <w:p>
      <w:pPr>
        <w:pStyle w:val="ListParagraph"/>
      </w:pPr>
      <w:r>
        <w:rPr>
          <w:sz w:val="22"/>
        </w:rPr>
        <w:t>C. constructive</w:t>
      </w:r>
    </w:p>
    <w:p>
      <w:pPr>
        <w:pStyle w:val="ListParagraph"/>
      </w:pPr>
      <w:r>
        <w:rPr>
          <w:sz w:val="22"/>
        </w:rPr>
        <w:t>D. constructor</w:t>
      </w:r>
    </w:p>
    <w:p/>
    <w:p>
      <w:r>
        <w:rPr>
          <w:b/>
          <w:sz w:val="24"/>
        </w:rPr>
        <w:t>Câu 38: She is very ______ in her work.</w:t>
      </w:r>
    </w:p>
    <w:p>
      <w:pPr>
        <w:pStyle w:val="ListParagraph"/>
      </w:pPr>
      <w:r>
        <w:rPr>
          <w:sz w:val="22"/>
        </w:rPr>
        <w:t>A. success</w:t>
      </w:r>
    </w:p>
    <w:p>
      <w:pPr>
        <w:pStyle w:val="ListParagraph"/>
      </w:pPr>
      <w:r>
        <w:rPr>
          <w:sz w:val="22"/>
        </w:rPr>
        <w:t>B. successful</w:t>
      </w:r>
    </w:p>
    <w:p>
      <w:pPr>
        <w:pStyle w:val="ListParagraph"/>
      </w:pPr>
      <w:r>
        <w:rPr>
          <w:sz w:val="22"/>
        </w:rPr>
        <w:t>C. successfully</w:t>
      </w:r>
    </w:p>
    <w:p>
      <w:pPr>
        <w:pStyle w:val="ListParagraph"/>
      </w:pPr>
      <w:r>
        <w:rPr>
          <w:sz w:val="22"/>
        </w:rPr>
        <w:t>D. succeed</w:t>
      </w:r>
    </w:p>
    <w:p/>
    <w:p>
      <w:r>
        <w:rPr>
          <w:b/>
          <w:sz w:val="24"/>
        </w:rPr>
        <w:t>Câu 39: The film was ______.</w:t>
      </w:r>
    </w:p>
    <w:p>
      <w:pPr>
        <w:pStyle w:val="ListParagraph"/>
      </w:pPr>
      <w:r>
        <w:rPr>
          <w:sz w:val="22"/>
        </w:rPr>
        <w:t>A. bore</w:t>
      </w:r>
    </w:p>
    <w:p>
      <w:pPr>
        <w:pStyle w:val="ListParagraph"/>
      </w:pPr>
      <w:r>
        <w:rPr>
          <w:sz w:val="22"/>
        </w:rPr>
        <w:t>B. boring</w:t>
      </w:r>
    </w:p>
    <w:p>
      <w:pPr>
        <w:pStyle w:val="ListParagraph"/>
      </w:pPr>
      <w:r>
        <w:rPr>
          <w:sz w:val="22"/>
        </w:rPr>
        <w:t>C. bored</w:t>
      </w:r>
    </w:p>
    <w:p>
      <w:pPr>
        <w:pStyle w:val="ListParagraph"/>
      </w:pPr>
      <w:r>
        <w:rPr>
          <w:sz w:val="22"/>
        </w:rPr>
        <w:t>D. boredom</w:t>
      </w:r>
    </w:p>
    <w:p/>
    <w:p>
      <w:r>
        <w:rPr>
          <w:b/>
          <w:sz w:val="24"/>
        </w:rPr>
        <w:t>Câu 40: I'm ______ in learning English.</w:t>
      </w:r>
    </w:p>
    <w:p>
      <w:pPr>
        <w:pStyle w:val="ListParagraph"/>
      </w:pPr>
      <w:r>
        <w:rPr>
          <w:sz w:val="22"/>
        </w:rPr>
        <w:t>A. interest</w:t>
      </w:r>
    </w:p>
    <w:p>
      <w:pPr>
        <w:pStyle w:val="ListParagraph"/>
      </w:pPr>
      <w:r>
        <w:rPr>
          <w:sz w:val="22"/>
        </w:rPr>
        <w:t>B. interested</w:t>
      </w:r>
    </w:p>
    <w:p>
      <w:pPr>
        <w:pStyle w:val="ListParagraph"/>
      </w:pPr>
      <w:r>
        <w:rPr>
          <w:sz w:val="22"/>
        </w:rPr>
        <w:t>C. interesting</w:t>
      </w:r>
    </w:p>
    <w:p>
      <w:pPr>
        <w:pStyle w:val="ListParagraph"/>
      </w:pPr>
      <w:r>
        <w:rPr>
          <w:sz w:val="22"/>
        </w:rPr>
        <w:t>D. interestingly</w:t>
      </w:r>
    </w:p>
    <w:p/>
    <w:p>
      <w:r>
        <w:rPr>
          <w:b/>
          <w:sz w:val="24"/>
        </w:rPr>
        <w:t>Câu 41: ______ book on the table is mine.</w:t>
      </w:r>
    </w:p>
    <w:p>
      <w:pPr>
        <w:pStyle w:val="ListParagraph"/>
      </w:pPr>
      <w:r>
        <w:rPr>
          <w:sz w:val="22"/>
        </w:rPr>
        <w:t>A. A</w:t>
      </w:r>
    </w:p>
    <w:p>
      <w:pPr>
        <w:pStyle w:val="ListParagraph"/>
      </w:pPr>
      <w:r>
        <w:rPr>
          <w:sz w:val="22"/>
        </w:rPr>
        <w:t>B. An</w:t>
      </w:r>
    </w:p>
    <w:p>
      <w:pPr>
        <w:pStyle w:val="ListParagraph"/>
      </w:pPr>
      <w:r>
        <w:rPr>
          <w:sz w:val="22"/>
        </w:rPr>
        <w:t>C. The</w:t>
      </w:r>
    </w:p>
    <w:p>
      <w:pPr>
        <w:pStyle w:val="ListParagraph"/>
      </w:pPr>
      <w:r>
        <w:rPr>
          <w:sz w:val="22"/>
        </w:rPr>
        <w:t>D. No article</w:t>
      </w:r>
    </w:p>
    <w:p/>
    <w:p>
      <w:r>
        <w:rPr>
          <w:b/>
          <w:sz w:val="24"/>
        </w:rPr>
        <w:t>Câu 42: She is ______ honest girl.</w:t>
      </w:r>
    </w:p>
    <w:p>
      <w:pPr>
        <w:pStyle w:val="ListParagraph"/>
      </w:pPr>
      <w:r>
        <w:rPr>
          <w:sz w:val="22"/>
        </w:rPr>
        <w:t>A. a</w:t>
      </w:r>
    </w:p>
    <w:p>
      <w:pPr>
        <w:pStyle w:val="ListParagraph"/>
      </w:pPr>
      <w:r>
        <w:rPr>
          <w:sz w:val="22"/>
        </w:rPr>
        <w:t>B. an</w:t>
      </w:r>
    </w:p>
    <w:p>
      <w:pPr>
        <w:pStyle w:val="ListParagraph"/>
      </w:pPr>
      <w:r>
        <w:rPr>
          <w:sz w:val="22"/>
        </w:rPr>
        <w:t>C. the</w:t>
      </w:r>
    </w:p>
    <w:p>
      <w:pPr>
        <w:pStyle w:val="ListParagraph"/>
      </w:pPr>
      <w:r>
        <w:rPr>
          <w:sz w:val="22"/>
        </w:rPr>
        <w:t>D. no article</w:t>
      </w:r>
    </w:p>
    <w:p/>
    <w:p>
      <w:r>
        <w:rPr>
          <w:b/>
          <w:sz w:val="24"/>
        </w:rPr>
        <w:t>Câu 43: I have ______ apple every day.</w:t>
      </w:r>
    </w:p>
    <w:p>
      <w:pPr>
        <w:pStyle w:val="ListParagraph"/>
      </w:pPr>
      <w:r>
        <w:rPr>
          <w:sz w:val="22"/>
        </w:rPr>
        <w:t>A. a</w:t>
      </w:r>
    </w:p>
    <w:p>
      <w:pPr>
        <w:pStyle w:val="ListParagraph"/>
      </w:pPr>
      <w:r>
        <w:rPr>
          <w:sz w:val="22"/>
        </w:rPr>
        <w:t>B. an</w:t>
      </w:r>
    </w:p>
    <w:p>
      <w:pPr>
        <w:pStyle w:val="ListParagraph"/>
      </w:pPr>
      <w:r>
        <w:rPr>
          <w:sz w:val="22"/>
        </w:rPr>
        <w:t>C. the</w:t>
      </w:r>
    </w:p>
    <w:p>
      <w:pPr>
        <w:pStyle w:val="ListParagraph"/>
      </w:pPr>
      <w:r>
        <w:rPr>
          <w:sz w:val="22"/>
        </w:rPr>
        <w:t>D. no article</w:t>
      </w:r>
    </w:p>
    <w:p/>
    <w:p>
      <w:r>
        <w:rPr>
          <w:b/>
          <w:sz w:val="24"/>
        </w:rPr>
        <w:t>Câu 44: If I ______ you, I would apologize.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was</w:t>
      </w:r>
    </w:p>
    <w:p>
      <w:pPr>
        <w:pStyle w:val="ListParagraph"/>
      </w:pPr>
      <w:r>
        <w:rPr>
          <w:sz w:val="22"/>
        </w:rPr>
        <w:t>C. were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45: She said she ______ come later.</w:t>
      </w:r>
    </w:p>
    <w:p>
      <w:pPr>
        <w:pStyle w:val="ListParagraph"/>
      </w:pPr>
      <w:r>
        <w:rPr>
          <w:sz w:val="22"/>
        </w:rPr>
        <w:t>A. will</w:t>
      </w:r>
    </w:p>
    <w:p>
      <w:pPr>
        <w:pStyle w:val="ListParagraph"/>
      </w:pPr>
      <w:r>
        <w:rPr>
          <w:sz w:val="22"/>
        </w:rPr>
        <w:t>B. would</w:t>
      </w:r>
    </w:p>
    <w:p>
      <w:pPr>
        <w:pStyle w:val="ListParagraph"/>
      </w:pPr>
      <w:r>
        <w:rPr>
          <w:sz w:val="22"/>
        </w:rPr>
        <w:t>C. can</w:t>
      </w:r>
    </w:p>
    <w:p>
      <w:pPr>
        <w:pStyle w:val="ListParagraph"/>
      </w:pPr>
      <w:r>
        <w:rPr>
          <w:sz w:val="22"/>
        </w:rPr>
        <w:t>D. may</w:t>
      </w:r>
    </w:p>
    <w:p/>
    <w:p>
      <w:r>
        <w:rPr>
          <w:b/>
          <w:sz w:val="24"/>
        </w:rPr>
        <w:t>Câu 46: The man ______ car was stolen called the police.</w:t>
      </w:r>
    </w:p>
    <w:p>
      <w:pPr>
        <w:pStyle w:val="ListParagraph"/>
      </w:pPr>
      <w:r>
        <w:rPr>
          <w:sz w:val="22"/>
        </w:rPr>
        <w:t>A. who</w:t>
      </w:r>
    </w:p>
    <w:p>
      <w:pPr>
        <w:pStyle w:val="ListParagraph"/>
      </w:pPr>
      <w:r>
        <w:rPr>
          <w:sz w:val="22"/>
        </w:rPr>
        <w:t>B. whom</w:t>
      </w:r>
    </w:p>
    <w:p>
      <w:pPr>
        <w:pStyle w:val="ListParagraph"/>
      </w:pPr>
      <w:r>
        <w:rPr>
          <w:sz w:val="22"/>
        </w:rPr>
        <w:t>C. whose</w:t>
      </w:r>
    </w:p>
    <w:p>
      <w:pPr>
        <w:pStyle w:val="ListParagraph"/>
      </w:pPr>
      <w:r>
        <w:rPr>
          <w:sz w:val="22"/>
        </w:rPr>
        <w:t>D. which</w:t>
      </w:r>
    </w:p>
    <w:p/>
    <w:p>
      <w:r>
        <w:rPr>
          <w:b/>
          <w:sz w:val="24"/>
        </w:rPr>
        <w:t>Câu 47: This is the house ______ I was born.</w:t>
      </w:r>
    </w:p>
    <w:p>
      <w:pPr>
        <w:pStyle w:val="ListParagraph"/>
      </w:pPr>
      <w:r>
        <w:rPr>
          <w:sz w:val="22"/>
        </w:rPr>
        <w:t>A. which</w:t>
      </w:r>
    </w:p>
    <w:p>
      <w:pPr>
        <w:pStyle w:val="ListParagraph"/>
      </w:pPr>
      <w:r>
        <w:rPr>
          <w:sz w:val="22"/>
        </w:rPr>
        <w:t>B. where</w:t>
      </w:r>
    </w:p>
    <w:p>
      <w:pPr>
        <w:pStyle w:val="ListParagraph"/>
      </w:pPr>
      <w:r>
        <w:rPr>
          <w:sz w:val="22"/>
        </w:rPr>
        <w:t>C. when</w:t>
      </w:r>
    </w:p>
    <w:p>
      <w:pPr>
        <w:pStyle w:val="ListParagraph"/>
      </w:pPr>
      <w:r>
        <w:rPr>
          <w:sz w:val="22"/>
        </w:rPr>
        <w:t>D. who</w:t>
      </w:r>
    </w:p>
    <w:p/>
    <w:p>
      <w:r>
        <w:rPr>
          <w:b/>
          <w:sz w:val="24"/>
        </w:rPr>
        <w:t>Câu 48: I don't know ______ he will come.</w:t>
      </w:r>
    </w:p>
    <w:p>
      <w:pPr>
        <w:pStyle w:val="ListParagraph"/>
      </w:pPr>
      <w:r>
        <w:rPr>
          <w:sz w:val="22"/>
        </w:rPr>
        <w:t>A. if</w:t>
      </w:r>
    </w:p>
    <w:p>
      <w:pPr>
        <w:pStyle w:val="ListParagraph"/>
      </w:pPr>
      <w:r>
        <w:rPr>
          <w:sz w:val="22"/>
        </w:rPr>
        <w:t>B. that</w:t>
      </w:r>
    </w:p>
    <w:p>
      <w:pPr>
        <w:pStyle w:val="ListParagraph"/>
      </w:pPr>
      <w:r>
        <w:rPr>
          <w:sz w:val="22"/>
        </w:rPr>
        <w:t>C. what</w:t>
      </w:r>
    </w:p>
    <w:p>
      <w:pPr>
        <w:pStyle w:val="ListParagraph"/>
      </w:pPr>
      <w:r>
        <w:rPr>
          <w:sz w:val="22"/>
        </w:rPr>
        <w:t>D. which</w:t>
      </w:r>
    </w:p>
    <w:p/>
    <w:p>
      <w:r>
        <w:rPr>
          <w:b/>
          <w:sz w:val="24"/>
        </w:rPr>
        <w:t>Câu 49: She is the girl ______ won the prize.</w:t>
      </w:r>
    </w:p>
    <w:p>
      <w:pPr>
        <w:pStyle w:val="ListParagraph"/>
      </w:pPr>
      <w:r>
        <w:rPr>
          <w:sz w:val="22"/>
        </w:rPr>
        <w:t>A. who</w:t>
      </w:r>
    </w:p>
    <w:p>
      <w:pPr>
        <w:pStyle w:val="ListParagraph"/>
      </w:pPr>
      <w:r>
        <w:rPr>
          <w:sz w:val="22"/>
        </w:rPr>
        <w:t>B. whom</w:t>
      </w:r>
    </w:p>
    <w:p>
      <w:pPr>
        <w:pStyle w:val="ListParagraph"/>
      </w:pPr>
      <w:r>
        <w:rPr>
          <w:sz w:val="22"/>
        </w:rPr>
        <w:t>C. which</w:t>
      </w:r>
    </w:p>
    <w:p>
      <w:pPr>
        <w:pStyle w:val="ListParagraph"/>
      </w:pPr>
      <w:r>
        <w:rPr>
          <w:sz w:val="22"/>
        </w:rPr>
        <w:t>D. whose</w:t>
      </w:r>
    </w:p>
    <w:p/>
    <w:p>
      <w:r>
        <w:rPr>
          <w:b/>
          <w:sz w:val="24"/>
        </w:rPr>
        <w:t>Câu 50: I'll wait ______ you finish.</w:t>
      </w:r>
    </w:p>
    <w:p>
      <w:pPr>
        <w:pStyle w:val="ListParagraph"/>
      </w:pPr>
      <w:r>
        <w:rPr>
          <w:sz w:val="22"/>
        </w:rPr>
        <w:t>A. until</w:t>
      </w:r>
    </w:p>
    <w:p>
      <w:pPr>
        <w:pStyle w:val="ListParagraph"/>
      </w:pPr>
      <w:r>
        <w:rPr>
          <w:sz w:val="22"/>
        </w:rPr>
        <w:t>B. unless</w:t>
      </w:r>
    </w:p>
    <w:p>
      <w:pPr>
        <w:pStyle w:val="ListParagraph"/>
      </w:pPr>
      <w:r>
        <w:rPr>
          <w:sz w:val="22"/>
        </w:rPr>
        <w:t>C. while</w:t>
      </w:r>
    </w:p>
    <w:p>
      <w:pPr>
        <w:pStyle w:val="ListParagraph"/>
      </w:pPr>
      <w:r>
        <w:rPr>
          <w:sz w:val="22"/>
        </w:rPr>
        <w:t>D. during</w:t>
      </w:r>
    </w:p>
    <w:p/>
    <w:p>
      <w:r>
        <w:rPr>
          <w:b/>
          <w:sz w:val="24"/>
        </w:rPr>
        <w:t>Câu 51: The ______ of the team is very important.</w:t>
      </w:r>
    </w:p>
    <w:p>
      <w:pPr>
        <w:pStyle w:val="ListParagraph"/>
      </w:pPr>
      <w:r>
        <w:rPr>
          <w:sz w:val="22"/>
        </w:rPr>
        <w:t>A. cooperate</w:t>
      </w:r>
    </w:p>
    <w:p>
      <w:pPr>
        <w:pStyle w:val="ListParagraph"/>
      </w:pPr>
      <w:r>
        <w:rPr>
          <w:sz w:val="22"/>
        </w:rPr>
        <w:t>B. cooperation</w:t>
      </w:r>
    </w:p>
    <w:p>
      <w:pPr>
        <w:pStyle w:val="ListParagraph"/>
      </w:pPr>
      <w:r>
        <w:rPr>
          <w:sz w:val="22"/>
        </w:rPr>
        <w:t>C. cooperative</w:t>
      </w:r>
    </w:p>
    <w:p>
      <w:pPr>
        <w:pStyle w:val="ListParagraph"/>
      </w:pPr>
      <w:r>
        <w:rPr>
          <w:sz w:val="22"/>
        </w:rPr>
        <w:t>D. cooperatively</w:t>
      </w:r>
    </w:p>
    <w:p/>
    <w:p>
      <w:r>
        <w:rPr>
          <w:b/>
          <w:sz w:val="24"/>
        </w:rPr>
        <w:t>Câu 52: He is ______ to become a doctor.</w:t>
      </w:r>
    </w:p>
    <w:p>
      <w:pPr>
        <w:pStyle w:val="ListParagraph"/>
      </w:pPr>
      <w:r>
        <w:rPr>
          <w:sz w:val="22"/>
        </w:rPr>
        <w:t>A. study</w:t>
      </w:r>
    </w:p>
    <w:p>
      <w:pPr>
        <w:pStyle w:val="ListParagraph"/>
      </w:pPr>
      <w:r>
        <w:rPr>
          <w:sz w:val="22"/>
        </w:rPr>
        <w:t>B. studying</w:t>
      </w:r>
    </w:p>
    <w:p>
      <w:pPr>
        <w:pStyle w:val="ListParagraph"/>
      </w:pPr>
      <w:r>
        <w:rPr>
          <w:sz w:val="22"/>
        </w:rPr>
        <w:t>C. studied</w:t>
      </w:r>
    </w:p>
    <w:p>
      <w:pPr>
        <w:pStyle w:val="ListParagraph"/>
      </w:pPr>
      <w:r>
        <w:rPr>
          <w:sz w:val="22"/>
        </w:rPr>
        <w:t>D. studies</w:t>
      </w:r>
    </w:p>
    <w:p/>
    <w:p>
      <w:r>
        <w:rPr>
          <w:b/>
          <w:sz w:val="24"/>
        </w:rPr>
        <w:t>Câu 53: The ______ of the problem is unknown.</w:t>
      </w:r>
    </w:p>
    <w:p>
      <w:pPr>
        <w:pStyle w:val="ListParagraph"/>
      </w:pPr>
      <w:r>
        <w:rPr>
          <w:sz w:val="22"/>
        </w:rPr>
        <w:t>A. cause</w:t>
      </w:r>
    </w:p>
    <w:p>
      <w:pPr>
        <w:pStyle w:val="ListParagraph"/>
      </w:pPr>
      <w:r>
        <w:rPr>
          <w:sz w:val="22"/>
        </w:rPr>
        <w:t>B. because</w:t>
      </w:r>
    </w:p>
    <w:p>
      <w:pPr>
        <w:pStyle w:val="ListParagraph"/>
      </w:pPr>
      <w:r>
        <w:rPr>
          <w:sz w:val="22"/>
        </w:rPr>
        <w:t>C. causal</w:t>
      </w:r>
    </w:p>
    <w:p>
      <w:pPr>
        <w:pStyle w:val="ListParagraph"/>
      </w:pPr>
      <w:r>
        <w:rPr>
          <w:sz w:val="22"/>
        </w:rPr>
        <w:t>D. caused</w:t>
      </w:r>
    </w:p>
    <w:p/>
    <w:p>
      <w:r>
        <w:rPr>
          <w:b/>
          <w:sz w:val="24"/>
        </w:rPr>
        <w:t>Câu 54: She spoke ______ than I expected.</w:t>
      </w:r>
    </w:p>
    <w:p>
      <w:pPr>
        <w:pStyle w:val="ListParagraph"/>
      </w:pPr>
      <w:r>
        <w:rPr>
          <w:sz w:val="22"/>
        </w:rPr>
        <w:t>A. good</w:t>
      </w:r>
    </w:p>
    <w:p>
      <w:pPr>
        <w:pStyle w:val="ListParagraph"/>
      </w:pPr>
      <w:r>
        <w:rPr>
          <w:sz w:val="22"/>
        </w:rPr>
        <w:t>B. better</w:t>
      </w:r>
    </w:p>
    <w:p>
      <w:pPr>
        <w:pStyle w:val="ListParagraph"/>
      </w:pPr>
      <w:r>
        <w:rPr>
          <w:sz w:val="22"/>
        </w:rPr>
        <w:t>C. best</w:t>
      </w:r>
    </w:p>
    <w:p>
      <w:pPr>
        <w:pStyle w:val="ListParagraph"/>
      </w:pPr>
      <w:r>
        <w:rPr>
          <w:sz w:val="22"/>
        </w:rPr>
        <w:t>D. well</w:t>
      </w:r>
    </w:p>
    <w:p/>
    <w:p>
      <w:r>
        <w:rPr>
          <w:b/>
          <w:sz w:val="24"/>
        </w:rPr>
        <w:t>Câu 55: This is the ______ book I've ever read.</w:t>
      </w:r>
    </w:p>
    <w:p>
      <w:pPr>
        <w:pStyle w:val="ListParagraph"/>
      </w:pPr>
      <w:r>
        <w:rPr>
          <w:sz w:val="22"/>
        </w:rPr>
        <w:t>A. good</w:t>
      </w:r>
    </w:p>
    <w:p>
      <w:pPr>
        <w:pStyle w:val="ListParagraph"/>
      </w:pPr>
      <w:r>
        <w:rPr>
          <w:sz w:val="22"/>
        </w:rPr>
        <w:t>B. better</w:t>
      </w:r>
    </w:p>
    <w:p>
      <w:pPr>
        <w:pStyle w:val="ListParagraph"/>
      </w:pPr>
      <w:r>
        <w:rPr>
          <w:sz w:val="22"/>
        </w:rPr>
        <w:t>C. best</w:t>
      </w:r>
    </w:p>
    <w:p>
      <w:pPr>
        <w:pStyle w:val="ListParagraph"/>
      </w:pPr>
      <w:r>
        <w:rPr>
          <w:sz w:val="22"/>
        </w:rPr>
        <w:t>D. well</w:t>
      </w:r>
    </w:p>
    <w:p/>
    <w:p>
      <w:r>
        <w:rPr>
          <w:b/>
          <w:sz w:val="24"/>
        </w:rPr>
        <w:t>Câu 56: He drives ______ than his brother.</w:t>
      </w:r>
    </w:p>
    <w:p>
      <w:pPr>
        <w:pStyle w:val="ListParagraph"/>
      </w:pPr>
      <w:r>
        <w:rPr>
          <w:sz w:val="22"/>
        </w:rPr>
        <w:t>A. careful</w:t>
      </w:r>
    </w:p>
    <w:p>
      <w:pPr>
        <w:pStyle w:val="ListParagraph"/>
      </w:pPr>
      <w:r>
        <w:rPr>
          <w:sz w:val="22"/>
        </w:rPr>
        <w:t>B. carefully</w:t>
      </w:r>
    </w:p>
    <w:p>
      <w:pPr>
        <w:pStyle w:val="ListParagraph"/>
      </w:pPr>
      <w:r>
        <w:rPr>
          <w:sz w:val="22"/>
        </w:rPr>
        <w:t>C. more careful</w:t>
      </w:r>
    </w:p>
    <w:p>
      <w:pPr>
        <w:pStyle w:val="ListParagraph"/>
      </w:pPr>
      <w:r>
        <w:rPr>
          <w:sz w:val="22"/>
        </w:rPr>
        <w:t>D. more carefully</w:t>
      </w:r>
    </w:p>
    <w:p/>
    <w:p>
      <w:r>
        <w:rPr>
          <w:b/>
          <w:sz w:val="24"/>
        </w:rPr>
        <w:t>Câu 57: I have ______ money than you.</w:t>
      </w:r>
    </w:p>
    <w:p>
      <w:pPr>
        <w:pStyle w:val="ListParagraph"/>
      </w:pPr>
      <w:r>
        <w:rPr>
          <w:sz w:val="22"/>
        </w:rPr>
        <w:t>A. less</w:t>
      </w:r>
    </w:p>
    <w:p>
      <w:pPr>
        <w:pStyle w:val="ListParagraph"/>
      </w:pPr>
      <w:r>
        <w:rPr>
          <w:sz w:val="22"/>
        </w:rPr>
        <w:t>B. fewer</w:t>
      </w:r>
    </w:p>
    <w:p>
      <w:pPr>
        <w:pStyle w:val="ListParagraph"/>
      </w:pPr>
      <w:r>
        <w:rPr>
          <w:sz w:val="22"/>
        </w:rPr>
        <w:t>C. little</w:t>
      </w:r>
    </w:p>
    <w:p>
      <w:pPr>
        <w:pStyle w:val="ListParagraph"/>
      </w:pPr>
      <w:r>
        <w:rPr>
          <w:sz w:val="22"/>
        </w:rPr>
        <w:t>D. few</w:t>
      </w:r>
    </w:p>
    <w:p/>
    <w:p>
      <w:r>
        <w:rPr>
          <w:b/>
          <w:sz w:val="24"/>
        </w:rPr>
        <w:t>Câu 58: There are ______ students in the class than before.</w:t>
      </w:r>
    </w:p>
    <w:p>
      <w:pPr>
        <w:pStyle w:val="ListParagraph"/>
      </w:pPr>
      <w:r>
        <w:rPr>
          <w:sz w:val="22"/>
        </w:rPr>
        <w:t>A. less</w:t>
      </w:r>
    </w:p>
    <w:p>
      <w:pPr>
        <w:pStyle w:val="ListParagraph"/>
      </w:pPr>
      <w:r>
        <w:rPr>
          <w:sz w:val="22"/>
        </w:rPr>
        <w:t>B. fewer</w:t>
      </w:r>
    </w:p>
    <w:p>
      <w:pPr>
        <w:pStyle w:val="ListParagraph"/>
      </w:pPr>
      <w:r>
        <w:rPr>
          <w:sz w:val="22"/>
        </w:rPr>
        <w:t>C. little</w:t>
      </w:r>
    </w:p>
    <w:p>
      <w:pPr>
        <w:pStyle w:val="ListParagraph"/>
      </w:pPr>
      <w:r>
        <w:rPr>
          <w:sz w:val="22"/>
        </w:rPr>
        <w:t>D. few</w:t>
      </w:r>
    </w:p>
    <w:p/>
    <w:p>
      <w:r>
        <w:rPr>
          <w:b/>
          <w:sz w:val="24"/>
        </w:rPr>
        <w:t>Câu 59: She is ______ than her sister.</w:t>
      </w:r>
    </w:p>
    <w:p>
      <w:pPr>
        <w:pStyle w:val="ListParagraph"/>
      </w:pPr>
      <w:r>
        <w:rPr>
          <w:sz w:val="22"/>
        </w:rPr>
        <w:t>A. tall</w:t>
      </w:r>
    </w:p>
    <w:p>
      <w:pPr>
        <w:pStyle w:val="ListParagraph"/>
      </w:pPr>
      <w:r>
        <w:rPr>
          <w:sz w:val="22"/>
        </w:rPr>
        <w:t>B. taller</w:t>
      </w:r>
    </w:p>
    <w:p>
      <w:pPr>
        <w:pStyle w:val="ListParagraph"/>
      </w:pPr>
      <w:r>
        <w:rPr>
          <w:sz w:val="22"/>
        </w:rPr>
        <w:t>C. tallest</w:t>
      </w:r>
    </w:p>
    <w:p>
      <w:pPr>
        <w:pStyle w:val="ListParagraph"/>
      </w:pPr>
      <w:r>
        <w:rPr>
          <w:sz w:val="22"/>
        </w:rPr>
        <w:t>D. more tall</w:t>
      </w:r>
    </w:p>
    <w:p/>
    <w:p>
      <w:r>
        <w:rPr>
          <w:b/>
          <w:sz w:val="24"/>
        </w:rPr>
        <w:t>Câu 60: This is the ______ movie I've ever seen.</w:t>
      </w:r>
    </w:p>
    <w:p>
      <w:pPr>
        <w:pStyle w:val="ListParagraph"/>
      </w:pPr>
      <w:r>
        <w:rPr>
          <w:sz w:val="22"/>
        </w:rPr>
        <w:t>A. bad</w:t>
      </w:r>
    </w:p>
    <w:p>
      <w:pPr>
        <w:pStyle w:val="ListParagraph"/>
      </w:pPr>
      <w:r>
        <w:rPr>
          <w:sz w:val="22"/>
        </w:rPr>
        <w:t>B. worse</w:t>
      </w:r>
    </w:p>
    <w:p>
      <w:pPr>
        <w:pStyle w:val="ListParagraph"/>
      </w:pPr>
      <w:r>
        <w:rPr>
          <w:sz w:val="22"/>
        </w:rPr>
        <w:t>C. worst</w:t>
      </w:r>
    </w:p>
    <w:p>
      <w:pPr>
        <w:pStyle w:val="ListParagraph"/>
      </w:pPr>
      <w:r>
        <w:rPr>
          <w:sz w:val="22"/>
        </w:rPr>
        <w:t>D. badly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B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B</w:t>
      </w:r>
    </w:p>
    <w:p>
      <w:r>
        <w:rPr>
          <w:b/>
        </w:rPr>
        <w:t>Câu 36: Đáp án đúng: B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B</w:t>
      </w:r>
    </w:p>
    <w:p>
      <w:r>
        <w:rPr>
          <w:b/>
        </w:rPr>
        <w:t>Câu 39: Đáp án đúng: B</w:t>
      </w:r>
    </w:p>
    <w:p>
      <w:r>
        <w:rPr>
          <w:b/>
        </w:rPr>
        <w:t>Câu 40: Đáp án đúng: B</w:t>
      </w:r>
    </w:p>
    <w:p>
      <w:r>
        <w:rPr>
          <w:b/>
        </w:rPr>
        <w:t>Câu 41: Đáp án đúng: C</w:t>
      </w:r>
    </w:p>
    <w:p>
      <w:r>
        <w:rPr>
          <w:b/>
        </w:rPr>
        <w:t>Câu 42: Đáp án đúng: B</w:t>
      </w:r>
    </w:p>
    <w:p>
      <w:r>
        <w:rPr>
          <w:b/>
        </w:rPr>
        <w:t>Câu 43: Đáp án đúng: B</w:t>
      </w:r>
    </w:p>
    <w:p>
      <w:r>
        <w:rPr>
          <w:b/>
        </w:rPr>
        <w:t>Câu 44: Đáp án đúng: C</w:t>
      </w:r>
    </w:p>
    <w:p>
      <w:r>
        <w:rPr>
          <w:b/>
        </w:rPr>
        <w:t>Câu 45: Đáp án đúng: B</w:t>
      </w:r>
    </w:p>
    <w:p>
      <w:r>
        <w:rPr>
          <w:b/>
        </w:rPr>
        <w:t>Câu 46: Đáp án đúng: C</w:t>
      </w:r>
    </w:p>
    <w:p>
      <w:r>
        <w:rPr>
          <w:b/>
        </w:rPr>
        <w:t>Câu 47: Đáp án đúng: B</w:t>
      </w:r>
    </w:p>
    <w:p>
      <w:r>
        <w:rPr>
          <w:b/>
        </w:rPr>
        <w:t>Câu 48: Đáp án đúng: A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A</w:t>
      </w:r>
    </w:p>
    <w:p>
      <w:r>
        <w:rPr>
          <w:b/>
        </w:rPr>
        <w:t>Câu 51: Đáp án đúng: B</w:t>
      </w:r>
    </w:p>
    <w:p>
      <w:r>
        <w:rPr>
          <w:b/>
        </w:rPr>
        <w:t>Câu 52: Đáp án đúng: B</w:t>
      </w:r>
    </w:p>
    <w:p>
      <w:r>
        <w:rPr>
          <w:b/>
        </w:rPr>
        <w:t>Câu 53: Đáp án đúng: A</w:t>
      </w:r>
    </w:p>
    <w:p>
      <w:r>
        <w:rPr>
          <w:b/>
        </w:rPr>
        <w:t>Câu 54: Đáp án đúng: B</w:t>
      </w:r>
    </w:p>
    <w:p>
      <w:r>
        <w:rPr>
          <w:b/>
        </w:rPr>
        <w:t>Câu 55: Đáp án đúng: C</w:t>
      </w:r>
    </w:p>
    <w:p>
      <w:r>
        <w:rPr>
          <w:b/>
        </w:rPr>
        <w:t>Câu 56: Đáp án đúng: D</w:t>
      </w:r>
    </w:p>
    <w:p>
      <w:r>
        <w:rPr>
          <w:b/>
        </w:rPr>
        <w:t>Câu 57: Đáp án đúng: A</w:t>
      </w:r>
    </w:p>
    <w:p>
      <w:r>
        <w:rPr>
          <w:b/>
        </w:rPr>
        <w:t>Câu 58: Đáp án đúng: B</w:t>
      </w:r>
    </w:p>
    <w:p>
      <w:r>
        <w:rPr>
          <w:b/>
        </w:rPr>
        <w:t>Câu 59: Đáp án đúng: B</w:t>
      </w:r>
    </w:p>
    <w:p>
      <w:r>
        <w:rPr>
          <w:b/>
        </w:rPr>
        <w:t>Câu 60: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