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2 liên</w:t>
      </w:r>
    </w:p>
    <w:p>
      <w:pPr>
        <w:jc w:val="center"/>
      </w:pPr>
      <w:r>
        <w:rPr>
          <w:sz w:val="22"/>
        </w:rPr>
        <w:t>Số câu: 30    Thời gian: _____ phút    Họ và tên: _________________________</w:t>
      </w:r>
    </w:p>
    <w:p/>
    <w:p>
      <w:r>
        <w:rPr>
          <w:b/>
          <w:sz w:val="24"/>
        </w:rPr>
        <w:t>Câu 1: Hội nghị I-an-ta được diễn ra trong thời gian nào?</w:t>
      </w:r>
    </w:p>
    <w:p>
      <w:pPr>
        <w:pStyle w:val="ListParagraph"/>
      </w:pPr>
      <w:r>
        <w:rPr>
          <w:sz w:val="22"/>
        </w:rPr>
        <w:t>A. 4–11/2/1945</w:t>
      </w:r>
    </w:p>
    <w:p>
      <w:pPr>
        <w:pStyle w:val="ListParagraph"/>
      </w:pPr>
      <w:r>
        <w:rPr>
          <w:sz w:val="22"/>
        </w:rPr>
        <w:t>B. 4–11/3/1945</w:t>
      </w:r>
    </w:p>
    <w:p>
      <w:pPr>
        <w:pStyle w:val="ListParagraph"/>
      </w:pPr>
      <w:r>
        <w:rPr>
          <w:sz w:val="22"/>
        </w:rPr>
        <w:t>C. 4–11/4/1945</w:t>
      </w:r>
    </w:p>
    <w:p/>
    <w:p>
      <w:r>
        <w:rPr>
          <w:b/>
          <w:sz w:val="24"/>
        </w:rPr>
        <w:t>Câu 2: Hội nghị I-an-ta được tổ chức ở đâu?</w:t>
      </w:r>
    </w:p>
    <w:p>
      <w:pPr>
        <w:pStyle w:val="ListParagraph"/>
      </w:pPr>
      <w:r>
        <w:rPr>
          <w:sz w:val="22"/>
        </w:rPr>
        <w:t>A. Mát-xcơ-va</w:t>
      </w:r>
    </w:p>
    <w:p>
      <w:pPr>
        <w:pStyle w:val="ListParagraph"/>
      </w:pPr>
      <w:r>
        <w:rPr>
          <w:sz w:val="22"/>
        </w:rPr>
        <w:t>B. I-an-ta</w:t>
      </w:r>
    </w:p>
    <w:p>
      <w:pPr>
        <w:pStyle w:val="ListParagraph"/>
      </w:pPr>
      <w:r>
        <w:rPr>
          <w:sz w:val="22"/>
        </w:rPr>
        <w:t>C. Oa-sinh-tơn</w:t>
      </w:r>
    </w:p>
    <w:p/>
    <w:p>
      <w:r>
        <w:rPr>
          <w:b/>
          <w:sz w:val="24"/>
        </w:rPr>
        <w:t>Câu 3: Hội nghị I-an-ta có sự tham gia của những nguyên thủ nào?</w:t>
      </w:r>
    </w:p>
    <w:p>
      <w:pPr>
        <w:pStyle w:val="ListParagraph"/>
      </w:pPr>
      <w:r>
        <w:rPr>
          <w:sz w:val="22"/>
        </w:rPr>
        <w:t>A. Mỹ, Anh, Pháp</w:t>
      </w:r>
    </w:p>
    <w:p>
      <w:pPr>
        <w:pStyle w:val="ListParagraph"/>
      </w:pPr>
      <w:r>
        <w:rPr>
          <w:sz w:val="22"/>
        </w:rPr>
        <w:t>B. Mỹ, Anh, Liên Xô</w:t>
      </w:r>
    </w:p>
    <w:p>
      <w:pPr>
        <w:pStyle w:val="ListParagraph"/>
      </w:pPr>
      <w:r>
        <w:rPr>
          <w:sz w:val="22"/>
        </w:rPr>
        <w:t>C. Anh, Pháp, Liên Xô</w:t>
      </w:r>
    </w:p>
    <w:p/>
    <w:p>
      <w:r>
        <w:rPr>
          <w:b/>
          <w:sz w:val="24"/>
        </w:rPr>
        <w:t>Câu 4: Hội nghị I-an-ta đã quyết định vấn đề nào sau đây?</w:t>
      </w:r>
    </w:p>
    <w:p>
      <w:pPr>
        <w:pStyle w:val="ListParagraph"/>
      </w:pPr>
      <w:r>
        <w:rPr>
          <w:sz w:val="22"/>
        </w:rPr>
        <w:t>A. Tiêu diệt chủ nghĩa phát xít Đức và Nhật Bản</w:t>
      </w:r>
    </w:p>
    <w:p>
      <w:pPr>
        <w:pStyle w:val="ListParagraph"/>
      </w:pPr>
      <w:r>
        <w:rPr>
          <w:sz w:val="22"/>
        </w:rPr>
        <w:t>B. Thành lập Liên minh châu Âu</w:t>
      </w:r>
    </w:p>
    <w:p>
      <w:pPr>
        <w:pStyle w:val="ListParagraph"/>
      </w:pPr>
      <w:r>
        <w:rPr>
          <w:sz w:val="22"/>
        </w:rPr>
        <w:t>C. Thành lập NATO</w:t>
      </w:r>
    </w:p>
    <w:p/>
    <w:p>
      <w:r>
        <w:rPr>
          <w:b/>
          <w:sz w:val="24"/>
        </w:rPr>
        <w:t>Câu 5: Sau Chiến tranh thế giới thứ hai, quân đội Liên Xô chiếm đóng khu vực nào của Đức?</w:t>
      </w:r>
    </w:p>
    <w:p>
      <w:pPr>
        <w:pStyle w:val="ListParagraph"/>
      </w:pPr>
      <w:r>
        <w:rPr>
          <w:sz w:val="22"/>
        </w:rPr>
        <w:t>A. Miền Nam</w:t>
      </w:r>
    </w:p>
    <w:p>
      <w:pPr>
        <w:pStyle w:val="ListParagraph"/>
      </w:pPr>
      <w:r>
        <w:rPr>
          <w:sz w:val="22"/>
        </w:rPr>
        <w:t>B. Miền Tây</w:t>
      </w:r>
    </w:p>
    <w:p>
      <w:pPr>
        <w:pStyle w:val="ListParagraph"/>
      </w:pPr>
      <w:r>
        <w:rPr>
          <w:sz w:val="22"/>
        </w:rPr>
        <w:t>C. Miền Đông</w:t>
      </w:r>
    </w:p>
    <w:p/>
    <w:p>
      <w:r>
        <w:rPr>
          <w:b/>
          <w:sz w:val="24"/>
        </w:rPr>
        <w:t>Câu 6: Theo quyết định của Hội nghị I-an-ta, Đông Âu thuộc phạm vi ảnh hưởng của nước nào?</w:t>
      </w:r>
    </w:p>
    <w:p>
      <w:pPr>
        <w:pStyle w:val="ListParagraph"/>
      </w:pPr>
      <w:r>
        <w:rPr>
          <w:sz w:val="22"/>
        </w:rPr>
        <w:t>A. Mỹ</w:t>
      </w:r>
    </w:p>
    <w:p>
      <w:pPr>
        <w:pStyle w:val="ListParagraph"/>
      </w:pPr>
      <w:r>
        <w:rPr>
          <w:sz w:val="22"/>
        </w:rPr>
        <w:t>B. Liên Xô</w:t>
      </w:r>
    </w:p>
    <w:p>
      <w:pPr>
        <w:pStyle w:val="ListParagraph"/>
      </w:pPr>
      <w:r>
        <w:rPr>
          <w:sz w:val="22"/>
        </w:rPr>
        <w:t>C. Anh</w:t>
      </w:r>
    </w:p>
    <w:p/>
    <w:p>
      <w:r>
        <w:rPr>
          <w:b/>
          <w:sz w:val="24"/>
        </w:rPr>
        <w:t>Câu 7: Theo quyết định của Hội nghị I-an-ta, Tây Âu thuộc phạm vi ảnh hưởng của nước nào?</w:t>
      </w:r>
    </w:p>
    <w:p>
      <w:pPr>
        <w:pStyle w:val="ListParagraph"/>
      </w:pPr>
      <w:r>
        <w:rPr>
          <w:sz w:val="22"/>
        </w:rPr>
        <w:t>A. Các nước phương Tây</w:t>
      </w:r>
    </w:p>
    <w:p>
      <w:pPr>
        <w:pStyle w:val="ListParagraph"/>
      </w:pPr>
      <w:r>
        <w:rPr>
          <w:sz w:val="22"/>
        </w:rPr>
        <w:t>B. Liên Xô</w:t>
      </w:r>
    </w:p>
    <w:p>
      <w:pPr>
        <w:pStyle w:val="ListParagraph"/>
      </w:pPr>
      <w:r>
        <w:rPr>
          <w:sz w:val="22"/>
        </w:rPr>
        <w:t>C. Trung Quốc</w:t>
      </w:r>
    </w:p>
    <w:p/>
    <w:p>
      <w:r>
        <w:rPr>
          <w:b/>
          <w:sz w:val="24"/>
        </w:rPr>
        <w:t>Câu 8: Hai quốc gia ở châu Âu được quyết định trở thành những nước trung lập là:</w:t>
      </w:r>
    </w:p>
    <w:p>
      <w:pPr>
        <w:pStyle w:val="ListParagraph"/>
      </w:pPr>
      <w:r>
        <w:rPr>
          <w:sz w:val="22"/>
        </w:rPr>
        <w:t>A. Đức và Ý</w:t>
      </w:r>
    </w:p>
    <w:p>
      <w:pPr>
        <w:pStyle w:val="ListParagraph"/>
      </w:pPr>
      <w:r>
        <w:rPr>
          <w:sz w:val="22"/>
        </w:rPr>
        <w:t>B. Áo và Phần Lan</w:t>
      </w:r>
    </w:p>
    <w:p>
      <w:pPr>
        <w:pStyle w:val="ListParagraph"/>
      </w:pPr>
      <w:r>
        <w:rPr>
          <w:sz w:val="22"/>
        </w:rPr>
        <w:t>C. Pháp và Anh</w:t>
      </w:r>
    </w:p>
    <w:p/>
    <w:p>
      <w:r>
        <w:rPr>
          <w:b/>
          <w:sz w:val="24"/>
        </w:rPr>
        <w:t>Câu 9: Các quốc gia Đông Nam Á, Tây Á và Nam Á thuộc phạm vi ảnh hưởng của:</w:t>
      </w:r>
    </w:p>
    <w:p>
      <w:pPr>
        <w:pStyle w:val="ListParagraph"/>
      </w:pPr>
      <w:r>
        <w:rPr>
          <w:sz w:val="22"/>
        </w:rPr>
        <w:t>A. Liên Xô</w:t>
      </w:r>
    </w:p>
    <w:p>
      <w:pPr>
        <w:pStyle w:val="ListParagraph"/>
      </w:pPr>
      <w:r>
        <w:rPr>
          <w:sz w:val="22"/>
        </w:rPr>
        <w:t>B. Các nước phương Tây</w:t>
      </w:r>
    </w:p>
    <w:p>
      <w:pPr>
        <w:pStyle w:val="ListParagraph"/>
      </w:pPr>
      <w:r>
        <w:rPr>
          <w:sz w:val="22"/>
        </w:rPr>
        <w:t>C. Trung Quốc</w:t>
      </w:r>
    </w:p>
    <w:p/>
    <w:p>
      <w:r>
        <w:rPr>
          <w:b/>
          <w:sz w:val="24"/>
        </w:rPr>
        <w:t>Câu 10: Điều kiện để Liên Xô tham chiến chống Nhật là:</w:t>
      </w:r>
    </w:p>
    <w:p>
      <w:pPr>
        <w:pStyle w:val="ListParagraph"/>
      </w:pPr>
      <w:r>
        <w:rPr>
          <w:sz w:val="22"/>
        </w:rPr>
        <w:t>A. Duy trì nguyên trạng Mông Cổ và nhận lại quyền lợi đã mất trong chiến tranh Nga–Nhật</w:t>
      </w:r>
    </w:p>
    <w:p>
      <w:pPr>
        <w:pStyle w:val="ListParagraph"/>
      </w:pPr>
      <w:r>
        <w:rPr>
          <w:sz w:val="22"/>
        </w:rPr>
        <w:t>B. Nhận toàn bộ Nhật Bản</w:t>
      </w:r>
    </w:p>
    <w:p>
      <w:pPr>
        <w:pStyle w:val="ListParagraph"/>
      </w:pPr>
      <w:r>
        <w:rPr>
          <w:sz w:val="22"/>
        </w:rPr>
        <w:t>C. Được kiểm soát Trung Quốc</w:t>
      </w:r>
    </w:p>
    <w:p/>
    <w:p>
      <w:r>
        <w:rPr>
          <w:b/>
          <w:sz w:val="24"/>
        </w:rPr>
        <w:t>Câu 11: Theo quyết định Hội nghị I-an-ta, nước nào cần trở thành quốc gia thống nhất và dân chủ?</w:t>
      </w:r>
    </w:p>
    <w:p>
      <w:pPr>
        <w:pStyle w:val="ListParagraph"/>
      </w:pPr>
      <w:r>
        <w:rPr>
          <w:sz w:val="22"/>
        </w:rPr>
        <w:t>A. Nhật Bản</w:t>
      </w:r>
    </w:p>
    <w:p>
      <w:pPr>
        <w:pStyle w:val="ListParagraph"/>
      </w:pPr>
      <w:r>
        <w:rPr>
          <w:sz w:val="22"/>
        </w:rPr>
        <w:t>B. Trung Quốc</w:t>
      </w:r>
    </w:p>
    <w:p>
      <w:pPr>
        <w:pStyle w:val="ListParagraph"/>
      </w:pPr>
      <w:r>
        <w:rPr>
          <w:sz w:val="22"/>
        </w:rPr>
        <w:t>C. Đức</w:t>
      </w:r>
    </w:p>
    <w:p/>
    <w:p>
      <w:r>
        <w:rPr>
          <w:b/>
          <w:sz w:val="24"/>
        </w:rPr>
        <w:t>Câu 12: Trung Quốc cần trở thành một quốc gia như thế nào?</w:t>
      </w:r>
    </w:p>
    <w:p>
      <w:pPr>
        <w:pStyle w:val="ListParagraph"/>
      </w:pPr>
      <w:r>
        <w:rPr>
          <w:sz w:val="22"/>
        </w:rPr>
        <w:t>A. Thống nhất và dân chủ</w:t>
      </w:r>
    </w:p>
    <w:p>
      <w:pPr>
        <w:pStyle w:val="ListParagraph"/>
      </w:pPr>
      <w:r>
        <w:rPr>
          <w:sz w:val="22"/>
        </w:rPr>
        <w:t>B. Quân chủ và độc lập</w:t>
      </w:r>
    </w:p>
    <w:p>
      <w:pPr>
        <w:pStyle w:val="ListParagraph"/>
      </w:pPr>
      <w:r>
        <w:rPr>
          <w:sz w:val="22"/>
        </w:rPr>
        <w:t>C. Liên bang và trung lập</w:t>
      </w:r>
    </w:p>
    <w:p/>
    <w:p>
      <w:r>
        <w:rPr>
          <w:b/>
          <w:sz w:val="24"/>
        </w:rPr>
        <w:t>Câu 13: Những vùng nào được trao trả cho Trung Quốc?</w:t>
      </w:r>
    </w:p>
    <w:p>
      <w:pPr>
        <w:pStyle w:val="ListParagraph"/>
      </w:pPr>
      <w:r>
        <w:rPr>
          <w:sz w:val="22"/>
        </w:rPr>
        <w:t>A. Mãn Châu, Đài Loan, Bành Hồ</w:t>
      </w:r>
    </w:p>
    <w:p>
      <w:pPr>
        <w:pStyle w:val="ListParagraph"/>
      </w:pPr>
      <w:r>
        <w:rPr>
          <w:sz w:val="22"/>
        </w:rPr>
        <w:t>B. Hồng Kông, Ma Cao, Đài Loan</w:t>
      </w:r>
    </w:p>
    <w:p>
      <w:pPr>
        <w:pStyle w:val="ListParagraph"/>
      </w:pPr>
      <w:r>
        <w:rPr>
          <w:sz w:val="22"/>
        </w:rPr>
        <w:t>C. Tây Tạng, Mãn Châu, Hồng Kông</w:t>
      </w:r>
    </w:p>
    <w:p/>
    <w:p>
      <w:r>
        <w:rPr>
          <w:b/>
          <w:sz w:val="24"/>
        </w:rPr>
        <w:t>Câu 14: Những nước nào có quyền lợi tại Trung Quốc theo quyết định của Hội nghị I-an-ta?</w:t>
      </w:r>
    </w:p>
    <w:p>
      <w:pPr>
        <w:pStyle w:val="ListParagraph"/>
      </w:pPr>
      <w:r>
        <w:rPr>
          <w:sz w:val="22"/>
        </w:rPr>
        <w:t>A. Mỹ và Anh</w:t>
      </w:r>
    </w:p>
    <w:p>
      <w:pPr>
        <w:pStyle w:val="ListParagraph"/>
      </w:pPr>
      <w:r>
        <w:rPr>
          <w:sz w:val="22"/>
        </w:rPr>
        <w:t>B. Mỹ và Liên Xô</w:t>
      </w:r>
    </w:p>
    <w:p>
      <w:pPr>
        <w:pStyle w:val="ListParagraph"/>
      </w:pPr>
      <w:r>
        <w:rPr>
          <w:sz w:val="22"/>
        </w:rPr>
        <w:t>C. Anh và Pháp</w:t>
      </w:r>
    </w:p>
    <w:p/>
    <w:p>
      <w:r>
        <w:rPr>
          <w:b/>
          <w:sz w:val="24"/>
        </w:rPr>
        <w:t>Câu 15: Trật tự thế giới được hình thành sau Chiến tranh thế giới thứ hai là:</w:t>
      </w:r>
    </w:p>
    <w:p>
      <w:pPr>
        <w:pStyle w:val="ListParagraph"/>
      </w:pPr>
      <w:r>
        <w:rPr>
          <w:sz w:val="22"/>
        </w:rPr>
        <w:t>A. Trật tự đơn cực</w:t>
      </w:r>
    </w:p>
    <w:p>
      <w:pPr>
        <w:pStyle w:val="ListParagraph"/>
      </w:pPr>
      <w:r>
        <w:rPr>
          <w:sz w:val="22"/>
        </w:rPr>
        <w:t>B. Trật tự hai cực I-an-ta</w:t>
      </w:r>
    </w:p>
    <w:p>
      <w:pPr>
        <w:pStyle w:val="ListParagraph"/>
      </w:pPr>
      <w:r>
        <w:rPr>
          <w:sz w:val="22"/>
        </w:rPr>
        <w:t>C. Trật tự đa cực</w:t>
      </w:r>
    </w:p>
    <w:p/>
    <w:p>
      <w:r>
        <w:rPr>
          <w:b/>
          <w:sz w:val="24"/>
        </w:rPr>
        <w:t>Câu 16: Trong trật tự thế giới I-an-ta, cơ sở đối đầu chính giữa hai hệ thống là:</w:t>
      </w:r>
    </w:p>
    <w:p>
      <w:pPr>
        <w:pStyle w:val="ListParagraph"/>
      </w:pPr>
      <w:r>
        <w:rPr>
          <w:sz w:val="22"/>
        </w:rPr>
        <w:t>A. Xã hội chủ nghĩa và tư bản chủ nghĩa</w:t>
      </w:r>
    </w:p>
    <w:p>
      <w:pPr>
        <w:pStyle w:val="ListParagraph"/>
      </w:pPr>
      <w:r>
        <w:rPr>
          <w:sz w:val="22"/>
        </w:rPr>
        <w:t>B. Phong kiến và tư bản chủ nghĩa</w:t>
      </w:r>
    </w:p>
    <w:p>
      <w:pPr>
        <w:pStyle w:val="ListParagraph"/>
      </w:pPr>
      <w:r>
        <w:rPr>
          <w:sz w:val="22"/>
        </w:rPr>
        <w:t>C. Thuộc địa và đế quốc</w:t>
      </w:r>
    </w:p>
    <w:p/>
    <w:p>
      <w:r>
        <w:rPr>
          <w:b/>
          <w:sz w:val="24"/>
        </w:rPr>
        <w:t>Câu 17: Hai cuộc chiến tranh cục bộ lớn ở châu Á là:</w:t>
      </w:r>
    </w:p>
    <w:p>
      <w:pPr>
        <w:pStyle w:val="ListParagraph"/>
      </w:pPr>
      <w:r>
        <w:rPr>
          <w:sz w:val="22"/>
        </w:rPr>
        <w:t>A. Chiến tranh Triều Tiên và chiến tranh Việt Nam</w:t>
      </w:r>
    </w:p>
    <w:p>
      <w:pPr>
        <w:pStyle w:val="ListParagraph"/>
      </w:pPr>
      <w:r>
        <w:rPr>
          <w:sz w:val="22"/>
        </w:rPr>
        <w:t>B. Chiến tranh Trung–Nhật và chiến tranh Việt Nam</w:t>
      </w:r>
    </w:p>
    <w:p>
      <w:pPr>
        <w:pStyle w:val="ListParagraph"/>
      </w:pPr>
      <w:r>
        <w:rPr>
          <w:sz w:val="22"/>
        </w:rPr>
        <w:t>C. Chiến tranh Triều Tiên và chiến tranh Trung–Nhật</w:t>
      </w:r>
    </w:p>
    <w:p/>
    <w:p>
      <w:r>
        <w:rPr>
          <w:b/>
          <w:sz w:val="24"/>
        </w:rPr>
        <w:t>Câu 18: Từ năm 1945 đến đầu những năm 70 của thế kỉ XX là giai đoạn:</w:t>
      </w:r>
    </w:p>
    <w:p>
      <w:pPr>
        <w:pStyle w:val="ListParagraph"/>
      </w:pPr>
      <w:r>
        <w:rPr>
          <w:sz w:val="22"/>
        </w:rPr>
        <w:t>A. Trật tự thế giới hai cực I-an-ta được xác lập và phát triển</w:t>
      </w:r>
    </w:p>
    <w:p>
      <w:pPr>
        <w:pStyle w:val="ListParagraph"/>
      </w:pPr>
      <w:r>
        <w:rPr>
          <w:sz w:val="22"/>
        </w:rPr>
        <w:t>B. Trật tự hai cực sụp đổ</w:t>
      </w:r>
    </w:p>
    <w:p>
      <w:pPr>
        <w:pStyle w:val="ListParagraph"/>
      </w:pPr>
      <w:r>
        <w:rPr>
          <w:sz w:val="22"/>
        </w:rPr>
        <w:t>C. Trật tự đa cực được hình thành hoàn chỉnh</w:t>
      </w:r>
    </w:p>
    <w:p/>
    <w:p>
      <w:r>
        <w:rPr>
          <w:b/>
          <w:sz w:val="24"/>
        </w:rPr>
        <w:t>Câu 19: Giai đoạn từ những năm 70 đến năm 1991 là:</w:t>
      </w:r>
    </w:p>
    <w:p>
      <w:pPr>
        <w:pStyle w:val="ListParagraph"/>
      </w:pPr>
      <w:r>
        <w:rPr>
          <w:sz w:val="22"/>
        </w:rPr>
        <w:t>A. Giai đoạn hình thành trật tự hai cực</w:t>
      </w:r>
    </w:p>
    <w:p>
      <w:pPr>
        <w:pStyle w:val="ListParagraph"/>
      </w:pPr>
      <w:r>
        <w:rPr>
          <w:sz w:val="22"/>
        </w:rPr>
        <w:t>B. Giai đoạn khủng hoảng và tan rã của trật tự hai cực I-an-ta</w:t>
      </w:r>
    </w:p>
    <w:p>
      <w:pPr>
        <w:pStyle w:val="ListParagraph"/>
      </w:pPr>
      <w:r>
        <w:rPr>
          <w:sz w:val="22"/>
        </w:rPr>
        <w:t>C. Giai đoạn phát triển mạnh của trật tự hai cực</w:t>
      </w:r>
    </w:p>
    <w:p/>
    <w:p>
      <w:r>
        <w:rPr>
          <w:b/>
          <w:sz w:val="24"/>
        </w:rPr>
        <w:t>Câu 20: Liên Xô và Mỹ cùng tuyên bố chấm dứt Chiến tranh lạnh vào:</w:t>
      </w:r>
    </w:p>
    <w:p>
      <w:pPr>
        <w:pStyle w:val="ListParagraph"/>
      </w:pPr>
      <w:r>
        <w:rPr>
          <w:sz w:val="22"/>
        </w:rPr>
        <w:t>A. Năm 1987</w:t>
      </w:r>
    </w:p>
    <w:p>
      <w:pPr>
        <w:pStyle w:val="ListParagraph"/>
      </w:pPr>
      <w:r>
        <w:rPr>
          <w:sz w:val="22"/>
        </w:rPr>
        <w:t>B. Năm 1989</w:t>
      </w:r>
    </w:p>
    <w:p>
      <w:pPr>
        <w:pStyle w:val="ListParagraph"/>
      </w:pPr>
      <w:r>
        <w:rPr>
          <w:sz w:val="22"/>
        </w:rPr>
        <w:t>C. Năm 1991</w:t>
      </w:r>
    </w:p>
    <w:p/>
    <w:p>
      <w:r>
        <w:rPr>
          <w:b/>
          <w:sz w:val="24"/>
        </w:rPr>
        <w:t>Câu 21: Sự kiện nào đánh dấu sự chấm dứt của trật tự thế giới hai cực I-an-ta?</w:t>
      </w:r>
    </w:p>
    <w:p>
      <w:pPr>
        <w:pStyle w:val="ListParagraph"/>
      </w:pPr>
      <w:r>
        <w:rPr>
          <w:sz w:val="22"/>
        </w:rPr>
        <w:t>A. Liên Xô tan rã năm 1991</w:t>
      </w:r>
    </w:p>
    <w:p>
      <w:pPr>
        <w:pStyle w:val="ListParagraph"/>
      </w:pPr>
      <w:r>
        <w:rPr>
          <w:sz w:val="22"/>
        </w:rPr>
        <w:t>B. NATO thành lập năm 1949</w:t>
      </w:r>
    </w:p>
    <w:p>
      <w:pPr>
        <w:pStyle w:val="ListParagraph"/>
      </w:pPr>
      <w:r>
        <w:rPr>
          <w:sz w:val="22"/>
        </w:rPr>
        <w:t>C. Hội nghị I-an-ta năm 1945</w:t>
      </w:r>
    </w:p>
    <w:p/>
    <w:p>
      <w:r>
        <w:rPr>
          <w:b/>
          <w:sz w:val="24"/>
        </w:rPr>
        <w:t>Câu 22: Vĩ tuyến 38 là ranh giới phân chia:</w:t>
      </w:r>
    </w:p>
    <w:p>
      <w:pPr>
        <w:pStyle w:val="ListParagraph"/>
      </w:pPr>
      <w:r>
        <w:rPr>
          <w:sz w:val="22"/>
        </w:rPr>
        <w:t>A. Đức</w:t>
      </w:r>
    </w:p>
    <w:p>
      <w:pPr>
        <w:pStyle w:val="ListParagraph"/>
      </w:pPr>
      <w:r>
        <w:rPr>
          <w:sz w:val="22"/>
        </w:rPr>
        <w:t>B. Triều Tiên</w:t>
      </w:r>
    </w:p>
    <w:p>
      <w:pPr>
        <w:pStyle w:val="ListParagraph"/>
      </w:pPr>
      <w:r>
        <w:rPr>
          <w:sz w:val="22"/>
        </w:rPr>
        <w:t>C. Việt Nam</w:t>
      </w:r>
    </w:p>
    <w:p/>
    <w:p>
      <w:r>
        <w:rPr>
          <w:b/>
          <w:sz w:val="24"/>
        </w:rPr>
        <w:t>Câu 23: Sau khi trật tự hai cực I-an-ta sụp đổ, Mỹ không thể thiết lập trật tự thế giới một cực vì:</w:t>
      </w:r>
    </w:p>
    <w:p>
      <w:pPr>
        <w:pStyle w:val="ListParagraph"/>
      </w:pPr>
      <w:r>
        <w:rPr>
          <w:sz w:val="22"/>
        </w:rPr>
        <w:t>A. Sự vươn lên của các cường quốc và trung tâm tổ chức quốc tế</w:t>
      </w:r>
    </w:p>
    <w:p>
      <w:pPr>
        <w:pStyle w:val="ListParagraph"/>
      </w:pPr>
      <w:r>
        <w:rPr>
          <w:sz w:val="22"/>
        </w:rPr>
        <w:t>B. Mỹ không còn quân đội</w:t>
      </w:r>
    </w:p>
    <w:p>
      <w:pPr>
        <w:pStyle w:val="ListParagraph"/>
      </w:pPr>
      <w:r>
        <w:rPr>
          <w:sz w:val="22"/>
        </w:rPr>
        <w:t>C. Liên Xô vẫn tồn tại</w:t>
      </w:r>
    </w:p>
    <w:p/>
    <w:p>
      <w:r>
        <w:rPr>
          <w:b/>
          <w:sz w:val="24"/>
        </w:rPr>
        <w:t>Câu 24: Quyết định của Hội nghị I-an-ta có ảnh hưởng lớn đến tình hình thế giới sau Chiến tranh thế giới thứ hai là:</w:t>
      </w:r>
    </w:p>
    <w:p>
      <w:pPr>
        <w:pStyle w:val="ListParagraph"/>
      </w:pPr>
      <w:r>
        <w:rPr>
          <w:sz w:val="22"/>
        </w:rPr>
        <w:t>A. Phân chia phạm vi ảnh hưởng ở châu Âu và châu Á</w:t>
      </w:r>
    </w:p>
    <w:p>
      <w:pPr>
        <w:pStyle w:val="ListParagraph"/>
      </w:pPr>
      <w:r>
        <w:rPr>
          <w:sz w:val="22"/>
        </w:rPr>
        <w:t>B. Thành lập Liên minh châu Âu</w:t>
      </w:r>
    </w:p>
    <w:p>
      <w:pPr>
        <w:pStyle w:val="ListParagraph"/>
      </w:pPr>
      <w:r>
        <w:rPr>
          <w:sz w:val="22"/>
        </w:rPr>
        <w:t>C. Giải thể Liên hợp quốc</w:t>
      </w:r>
    </w:p>
    <w:p/>
    <w:p>
      <w:r>
        <w:rPr>
          <w:b/>
          <w:sz w:val="24"/>
        </w:rPr>
        <w:t>Câu 25: Sau Chiến tranh thế giới thứ hai, nước nào có nhiệm vụ chiếm đóng Nhật Bản?</w:t>
      </w:r>
    </w:p>
    <w:p>
      <w:pPr>
        <w:pStyle w:val="ListParagraph"/>
      </w:pPr>
      <w:r>
        <w:rPr>
          <w:sz w:val="22"/>
        </w:rPr>
        <w:t>A. Mỹ</w:t>
      </w:r>
    </w:p>
    <w:p>
      <w:pPr>
        <w:pStyle w:val="ListParagraph"/>
      </w:pPr>
      <w:r>
        <w:rPr>
          <w:sz w:val="22"/>
        </w:rPr>
        <w:t>B. Liên Xô</w:t>
      </w:r>
    </w:p>
    <w:p>
      <w:pPr>
        <w:pStyle w:val="ListParagraph"/>
      </w:pPr>
      <w:r>
        <w:rPr>
          <w:sz w:val="22"/>
        </w:rPr>
        <w:t>C. Trung Quốc</w:t>
      </w:r>
    </w:p>
    <w:p/>
    <w:p>
      <w:r>
        <w:rPr>
          <w:b/>
          <w:sz w:val="24"/>
        </w:rPr>
        <w:t>Câu 26: Hai khối quân sự đối đầu trong trật tự thế giới hai cực I-an-ta là:</w:t>
      </w:r>
    </w:p>
    <w:p>
      <w:pPr>
        <w:pStyle w:val="ListParagraph"/>
      </w:pPr>
      <w:r>
        <w:rPr>
          <w:sz w:val="22"/>
        </w:rPr>
        <w:t>A. NATO và Vác-sa-va</w:t>
      </w:r>
    </w:p>
    <w:p>
      <w:pPr>
        <w:pStyle w:val="ListParagraph"/>
      </w:pPr>
      <w:r>
        <w:rPr>
          <w:sz w:val="22"/>
        </w:rPr>
        <w:t>B. NATO và ASEAN</w:t>
      </w:r>
    </w:p>
    <w:p>
      <w:pPr>
        <w:pStyle w:val="ListParagraph"/>
      </w:pPr>
      <w:r>
        <w:rPr>
          <w:sz w:val="22"/>
        </w:rPr>
        <w:t>C. Vác-sa-va và EU</w:t>
      </w:r>
    </w:p>
    <w:p/>
    <w:p>
      <w:r>
        <w:rPr>
          <w:b/>
          <w:sz w:val="24"/>
        </w:rPr>
        <w:t>Câu 27: NATO là tên viết tắt của:</w:t>
      </w:r>
    </w:p>
    <w:p>
      <w:pPr>
        <w:pStyle w:val="ListParagraph"/>
      </w:pPr>
      <w:r>
        <w:rPr>
          <w:sz w:val="22"/>
        </w:rPr>
        <w:t>A. Liên minh quân sự Bắc Đại Tây Dương</w:t>
      </w:r>
    </w:p>
    <w:p>
      <w:pPr>
        <w:pStyle w:val="ListParagraph"/>
      </w:pPr>
      <w:r>
        <w:rPr>
          <w:sz w:val="22"/>
        </w:rPr>
        <w:t>B. Liên minh quân sự Đông Nam Á</w:t>
      </w:r>
    </w:p>
    <w:p>
      <w:pPr>
        <w:pStyle w:val="ListParagraph"/>
      </w:pPr>
      <w:r>
        <w:rPr>
          <w:sz w:val="22"/>
        </w:rPr>
        <w:t>C. Tổ chức hợp tác kinh tế châu Âu</w:t>
      </w:r>
    </w:p>
    <w:p/>
    <w:p>
      <w:r>
        <w:rPr>
          <w:b/>
          <w:sz w:val="24"/>
        </w:rPr>
        <w:t>Câu 28: Biểu hiện của xu thế hòa hoãn Đông – Tây là:</w:t>
      </w:r>
    </w:p>
    <w:p>
      <w:pPr>
        <w:pStyle w:val="ListParagraph"/>
      </w:pPr>
      <w:r>
        <w:rPr>
          <w:sz w:val="22"/>
        </w:rPr>
        <w:t>A. Hạn chế vũ khí tiến công chiến lược</w:t>
      </w:r>
    </w:p>
    <w:p>
      <w:pPr>
        <w:pStyle w:val="ListParagraph"/>
      </w:pPr>
      <w:r>
        <w:rPr>
          <w:sz w:val="22"/>
        </w:rPr>
        <w:t>B. Tăng cường chạy đua vũ trang</w:t>
      </w:r>
    </w:p>
    <w:p>
      <w:pPr>
        <w:pStyle w:val="ListParagraph"/>
      </w:pPr>
      <w:r>
        <w:rPr>
          <w:sz w:val="22"/>
        </w:rPr>
        <w:t>C. Thành lập thêm các khối quân sự</w:t>
      </w:r>
    </w:p>
    <w:p/>
    <w:p>
      <w:r>
        <w:rPr>
          <w:b/>
          <w:sz w:val="24"/>
        </w:rPr>
        <w:t>Câu 29: Nguyên nhân quan trọng dẫn đến sự sụp đổ của trật tự thế giới hai cực I-an-ta là:</w:t>
      </w:r>
    </w:p>
    <w:p>
      <w:pPr>
        <w:pStyle w:val="ListParagraph"/>
      </w:pPr>
      <w:r>
        <w:rPr>
          <w:sz w:val="22"/>
        </w:rPr>
        <w:t>A. Liên Xô khủng hoảng, tan rã và Mỹ suy giảm tương đối</w:t>
      </w:r>
    </w:p>
    <w:p>
      <w:pPr>
        <w:pStyle w:val="ListParagraph"/>
      </w:pPr>
      <w:r>
        <w:rPr>
          <w:sz w:val="22"/>
        </w:rPr>
        <w:t>B. Chiến tranh thế giới thứ hai bùng nổ</w:t>
      </w:r>
    </w:p>
    <w:p>
      <w:pPr>
        <w:pStyle w:val="ListParagraph"/>
      </w:pPr>
      <w:r>
        <w:rPr>
          <w:sz w:val="22"/>
        </w:rPr>
        <w:t>C. NATO bị giải thể</w:t>
      </w:r>
    </w:p>
    <w:p/>
    <w:p>
      <w:r>
        <w:rPr>
          <w:b/>
          <w:sz w:val="24"/>
        </w:rPr>
        <w:t>Câu 30: Tác động của sự sụp đổ trật tự thế giới hai cực I-an-ta là:</w:t>
      </w:r>
    </w:p>
    <w:p>
      <w:pPr>
        <w:pStyle w:val="ListParagraph"/>
      </w:pPr>
      <w:r>
        <w:rPr>
          <w:sz w:val="22"/>
        </w:rPr>
        <w:t>A. Mở ra thời kì mới trong quan hệ quốc tế</w:t>
      </w:r>
    </w:p>
    <w:p>
      <w:pPr>
        <w:pStyle w:val="ListParagraph"/>
      </w:pPr>
      <w:r>
        <w:rPr>
          <w:sz w:val="22"/>
        </w:rPr>
        <w:t>B. Thế giới hoàn toàn ổn định</w:t>
      </w:r>
    </w:p>
    <w:p>
      <w:pPr>
        <w:pStyle w:val="ListParagraph"/>
      </w:pPr>
      <w:r>
        <w:rPr>
          <w:sz w:val="22"/>
        </w:rPr>
        <w:t>C. Một trật tự đơn cực được xác lập hoàn chỉnh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