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1</w:t>
      </w:r>
    </w:p>
    <w:p>
      <w:pPr>
        <w:jc w:val="center"/>
      </w:pPr>
      <w:r>
        <w:rPr>
          <w:sz w:val="22"/>
        </w:rPr>
        <w:t>Số câu: 90    Thời gian: _____ phút    Họ và tên: _________________________</w:t>
      </w:r>
    </w:p>
    <w:p/>
    <w:p>
      <w:r>
        <w:rPr>
          <w:b/>
          <w:sz w:val="24"/>
        </w:rPr>
        <w:t>Câu 1: $2+2$ bằng bao nhiêu?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2: $5 \times 6$ bằng bao nhiêu?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25</w:t>
      </w:r>
    </w:p>
    <w:p>
      <w:pPr>
        <w:pStyle w:val="ListParagraph"/>
      </w:pPr>
      <w:r>
        <w:rPr>
          <w:sz w:val="22"/>
        </w:rPr>
        <w:t>C. 35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3: $12 : 4$ bằng bao nhiêu?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4: $7+8$ bằng bao nhiêu?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5: $9-4$ bằng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6: $3^2$ bằng bao nhiêu?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7: 10% của 200 bằng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8: 15% của 100 bằng bao nhiêu?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9: Số nguyên tố nhỏ nhất là số nào?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10: Số chẵn nhỏ nhất có hai chữ số là số nào?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11: $2^3$ bằng bao nhiêu?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12: $5^2$ bằng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30</w:t>
      </w:r>
    </w:p>
    <w:p/>
    <w:p>
      <w:r>
        <w:rPr>
          <w:b/>
          <w:sz w:val="24"/>
        </w:rPr>
        <w:t>Câu 13: $100-25$ bằng bao nhiêu?</w:t>
      </w:r>
    </w:p>
    <w:p>
      <w:pPr>
        <w:pStyle w:val="ListParagraph"/>
      </w:pPr>
      <w:r>
        <w:rPr>
          <w:sz w:val="22"/>
        </w:rPr>
        <w:t>A. 75</w:t>
      </w:r>
    </w:p>
    <w:p>
      <w:pPr>
        <w:pStyle w:val="ListParagraph"/>
      </w:pPr>
      <w:r>
        <w:rPr>
          <w:sz w:val="22"/>
        </w:rPr>
        <w:t>B. 85</w:t>
      </w:r>
    </w:p>
    <w:p>
      <w:pPr>
        <w:pStyle w:val="ListParagraph"/>
      </w:pPr>
      <w:r>
        <w:rPr>
          <w:sz w:val="22"/>
        </w:rPr>
        <w:t>C. 65</w:t>
      </w:r>
    </w:p>
    <w:p>
      <w:pPr>
        <w:pStyle w:val="ListParagraph"/>
      </w:pPr>
      <w:r>
        <w:rPr>
          <w:sz w:val="22"/>
        </w:rPr>
        <w:t>D. 70</w:t>
      </w:r>
    </w:p>
    <w:p/>
    <w:p>
      <w:r>
        <w:rPr>
          <w:b/>
          <w:sz w:val="24"/>
        </w:rPr>
        <w:t>Câu 14: $8 \times 7$ bằng bao nhiêu?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58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15: $81 : 9$ bằng bao nhiêu?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16: 1 km bằng bao nhiêu mét?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10000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17: 1 giờ bằng bao nhiêu phút?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60</w:t>
      </w:r>
    </w:p>
    <w:p>
      <w:pPr>
        <w:pStyle w:val="ListParagraph"/>
      </w:pPr>
      <w:r>
        <w:rPr>
          <w:sz w:val="22"/>
        </w:rPr>
        <w:t>C. 90</w:t>
      </w:r>
    </w:p>
    <w:p>
      <w:pPr>
        <w:pStyle w:val="ListParagraph"/>
      </w:pPr>
      <w:r>
        <w:rPr>
          <w:sz w:val="22"/>
        </w:rPr>
        <w:t>D. 120</w:t>
      </w:r>
    </w:p>
    <w:p/>
    <w:p>
      <w:r>
        <w:rPr>
          <w:b/>
          <w:sz w:val="24"/>
        </w:rPr>
        <w:t>Câu 18: 1 phút bằng bao nhiêu giây?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60</w:t>
      </w:r>
    </w:p>
    <w:p>
      <w:pPr>
        <w:pStyle w:val="ListParagraph"/>
      </w:pPr>
      <w:r>
        <w:rPr>
          <w:sz w:val="22"/>
        </w:rPr>
        <w:t>C. 90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19: Tam giác có mấy cạnh?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20: Hình vuông có mấy cạnh?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21: $3 + 4 \times 2$ bằng bao nhiêu?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22: $(3+4) \times 2$ bằng bao nhiêu?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23: Nếu $2x + 3 = 7$ thì $x$ bằng bao nhiêu?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24: Nếu $5x = 20$ thì $x$ bằng bao nhiêu?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25: Nếu $x/2 = 6$ thì $x$ bằng bao nhiêu?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26: Nếu $7 + x = 10$ thì $x$ bằng bao nhiêu?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27: Nếu $12 - x = 5$ thì $x$ bằng bao nhiêu?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28: $4^2$ bằng bao nhiêu?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29: $6^2$ bằng bao nhiêu?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24</w:t>
      </w:r>
    </w:p>
    <w:p>
      <w:pPr>
        <w:pStyle w:val="ListParagraph"/>
      </w:pPr>
      <w:r>
        <w:rPr>
          <w:sz w:val="22"/>
        </w:rPr>
        <w:t>C. 36</w:t>
      </w:r>
    </w:p>
    <w:p>
      <w:pPr>
        <w:pStyle w:val="ListParagraph"/>
      </w:pPr>
      <w:r>
        <w:rPr>
          <w:sz w:val="22"/>
        </w:rPr>
        <w:t>D. 48</w:t>
      </w:r>
    </w:p>
    <w:p/>
    <w:p>
      <w:r>
        <w:rPr>
          <w:b/>
          <w:sz w:val="24"/>
        </w:rPr>
        <w:t>Câu 30: $2^4$ bằng bao nhiêu?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31: $3^3$ bằng bao nhiêu?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27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81</w:t>
      </w:r>
    </w:p>
    <w:p/>
    <w:p>
      <w:r>
        <w:rPr>
          <w:b/>
          <w:sz w:val="24"/>
        </w:rPr>
        <w:t>Câu 32: $10^3$ bằng bao nhiêu?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10000</w:t>
      </w:r>
    </w:p>
    <w:p>
      <w:pPr>
        <w:pStyle w:val="ListParagraph"/>
      </w:pPr>
      <w:r>
        <w:rPr>
          <w:sz w:val="22"/>
        </w:rPr>
        <w:t>D. 100000</w:t>
      </w:r>
    </w:p>
    <w:p/>
    <w:p>
      <w:r>
        <w:rPr>
          <w:b/>
          <w:sz w:val="24"/>
        </w:rPr>
        <w:t>Câu 33: Căn bậc hai của 16 là bao nhiêu?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34: Căn bậc hai của 25 là bao nhiêu?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35: $1/2 + 1/4$ bằng bao nhiêu?</w:t>
      </w:r>
    </w:p>
    <w:p>
      <w:pPr>
        <w:pStyle w:val="ListParagraph"/>
      </w:pPr>
      <w:r>
        <w:rPr>
          <w:sz w:val="22"/>
        </w:rPr>
        <w:t>A. $3/4$</w:t>
      </w:r>
    </w:p>
    <w:p>
      <w:pPr>
        <w:pStyle w:val="ListParagraph"/>
      </w:pPr>
      <w:r>
        <w:rPr>
          <w:sz w:val="22"/>
        </w:rPr>
        <w:t>B. $2/6$</w:t>
      </w:r>
    </w:p>
    <w:p>
      <w:pPr>
        <w:pStyle w:val="ListParagraph"/>
      </w:pPr>
      <w:r>
        <w:rPr>
          <w:sz w:val="22"/>
        </w:rPr>
        <w:t>C. $1/6$</w:t>
      </w:r>
    </w:p>
    <w:p>
      <w:pPr>
        <w:pStyle w:val="ListParagraph"/>
      </w:pPr>
      <w:r>
        <w:rPr>
          <w:sz w:val="22"/>
        </w:rPr>
        <w:t>D. $2/4$</w:t>
      </w:r>
    </w:p>
    <w:p/>
    <w:p>
      <w:r>
        <w:rPr>
          <w:b/>
          <w:sz w:val="24"/>
        </w:rPr>
        <w:t>Câu 36: $2/3 + 1/3$ bằng bao nhiêu?</w:t>
      </w:r>
    </w:p>
    <w:p>
      <w:pPr>
        <w:pStyle w:val="ListParagraph"/>
      </w:pPr>
      <w:r>
        <w:rPr>
          <w:sz w:val="22"/>
        </w:rPr>
        <w:t>A. $1$</w:t>
      </w:r>
    </w:p>
    <w:p>
      <w:pPr>
        <w:pStyle w:val="ListParagraph"/>
      </w:pPr>
      <w:r>
        <w:rPr>
          <w:sz w:val="22"/>
        </w:rPr>
        <w:t>B. $1/3$</w:t>
      </w:r>
    </w:p>
    <w:p>
      <w:pPr>
        <w:pStyle w:val="ListParagraph"/>
      </w:pPr>
      <w:r>
        <w:rPr>
          <w:sz w:val="22"/>
        </w:rPr>
        <w:t>C. $2/3$</w:t>
      </w:r>
    </w:p>
    <w:p>
      <w:pPr>
        <w:pStyle w:val="ListParagraph"/>
      </w:pPr>
      <w:r>
        <w:rPr>
          <w:sz w:val="22"/>
        </w:rPr>
        <w:t>D. $3/6$</w:t>
      </w:r>
    </w:p>
    <w:p/>
    <w:p>
      <w:r>
        <w:rPr>
          <w:b/>
          <w:sz w:val="24"/>
        </w:rPr>
        <w:t>Câu 37: $5/10$ rút gọn bằng bao nhiêu?</w:t>
      </w:r>
    </w:p>
    <w:p>
      <w:pPr>
        <w:pStyle w:val="ListParagraph"/>
      </w:pPr>
      <w:r>
        <w:rPr>
          <w:sz w:val="22"/>
        </w:rPr>
        <w:t>A. $1/2$</w:t>
      </w:r>
    </w:p>
    <w:p>
      <w:pPr>
        <w:pStyle w:val="ListParagraph"/>
      </w:pPr>
      <w:r>
        <w:rPr>
          <w:sz w:val="22"/>
        </w:rPr>
        <w:t>B. $1/5$</w:t>
      </w:r>
    </w:p>
    <w:p>
      <w:pPr>
        <w:pStyle w:val="ListParagraph"/>
      </w:pPr>
      <w:r>
        <w:rPr>
          <w:sz w:val="22"/>
        </w:rPr>
        <w:t>C. $2/5$</w:t>
      </w:r>
    </w:p>
    <w:p>
      <w:pPr>
        <w:pStyle w:val="ListParagraph"/>
      </w:pPr>
      <w:r>
        <w:rPr>
          <w:sz w:val="22"/>
        </w:rPr>
        <w:t>D. $5/1$</w:t>
      </w:r>
    </w:p>
    <w:p/>
    <w:p>
      <w:r>
        <w:rPr>
          <w:b/>
          <w:sz w:val="24"/>
        </w:rPr>
        <w:t>Câu 38: $0,5$ bằng phân số nào?</w:t>
      </w:r>
    </w:p>
    <w:p>
      <w:pPr>
        <w:pStyle w:val="ListParagraph"/>
      </w:pPr>
      <w:r>
        <w:rPr>
          <w:sz w:val="22"/>
        </w:rPr>
        <w:t>A. $1/2$</w:t>
      </w:r>
    </w:p>
    <w:p>
      <w:pPr>
        <w:pStyle w:val="ListParagraph"/>
      </w:pPr>
      <w:r>
        <w:rPr>
          <w:sz w:val="22"/>
        </w:rPr>
        <w:t>B. $1/3$</w:t>
      </w:r>
    </w:p>
    <w:p>
      <w:pPr>
        <w:pStyle w:val="ListParagraph"/>
      </w:pPr>
      <w:r>
        <w:rPr>
          <w:sz w:val="22"/>
        </w:rPr>
        <w:t>C. $1/4$</w:t>
      </w:r>
    </w:p>
    <w:p>
      <w:pPr>
        <w:pStyle w:val="ListParagraph"/>
      </w:pPr>
      <w:r>
        <w:rPr>
          <w:sz w:val="22"/>
        </w:rPr>
        <w:t>D. $2/3$</w:t>
      </w:r>
    </w:p>
    <w:p/>
    <w:p>
      <w:r>
        <w:rPr>
          <w:b/>
          <w:sz w:val="24"/>
        </w:rPr>
        <w:t>Câu 39: 25% bằng phân số nào?</w:t>
      </w:r>
    </w:p>
    <w:p>
      <w:pPr>
        <w:pStyle w:val="ListParagraph"/>
      </w:pPr>
      <w:r>
        <w:rPr>
          <w:sz w:val="22"/>
        </w:rPr>
        <w:t>A. $1/4$</w:t>
      </w:r>
    </w:p>
    <w:p>
      <w:pPr>
        <w:pStyle w:val="ListParagraph"/>
      </w:pPr>
      <w:r>
        <w:rPr>
          <w:sz w:val="22"/>
        </w:rPr>
        <w:t>B. $1/2$</w:t>
      </w:r>
    </w:p>
    <w:p>
      <w:pPr>
        <w:pStyle w:val="ListParagraph"/>
      </w:pPr>
      <w:r>
        <w:rPr>
          <w:sz w:val="22"/>
        </w:rPr>
        <w:t>C. $1/5$</w:t>
      </w:r>
    </w:p>
    <w:p>
      <w:pPr>
        <w:pStyle w:val="ListParagraph"/>
      </w:pPr>
      <w:r>
        <w:rPr>
          <w:sz w:val="22"/>
        </w:rPr>
        <w:t>D. $2/5$</w:t>
      </w:r>
    </w:p>
    <w:p/>
    <w:p>
      <w:r>
        <w:rPr>
          <w:b/>
          <w:sz w:val="24"/>
        </w:rPr>
        <w:t>Câu 40: 20% của 50 bằng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41: 30% của 90 bằng bao nhiêu?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30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42: 45% của 200 bằng bao nhiêu?</w:t>
      </w:r>
    </w:p>
    <w:p>
      <w:pPr>
        <w:pStyle w:val="ListParagraph"/>
      </w:pPr>
      <w:r>
        <w:rPr>
          <w:sz w:val="22"/>
        </w:rPr>
        <w:t>A. 90</w:t>
      </w:r>
    </w:p>
    <w:p>
      <w:pPr>
        <w:pStyle w:val="ListParagraph"/>
      </w:pPr>
      <w:r>
        <w:rPr>
          <w:sz w:val="22"/>
        </w:rPr>
        <w:t>B. 80</w:t>
      </w:r>
    </w:p>
    <w:p>
      <w:pPr>
        <w:pStyle w:val="ListParagraph"/>
      </w:pPr>
      <w:r>
        <w:rPr>
          <w:sz w:val="22"/>
        </w:rPr>
        <w:t>C. 70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43: 1 tá bằng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20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44: 1 năm không nhuận có bao nhiêu ngày?</w:t>
      </w:r>
    </w:p>
    <w:p>
      <w:pPr>
        <w:pStyle w:val="ListParagraph"/>
      </w:pPr>
      <w:r>
        <w:rPr>
          <w:sz w:val="22"/>
        </w:rPr>
        <w:t>A. 365</w:t>
      </w:r>
    </w:p>
    <w:p>
      <w:pPr>
        <w:pStyle w:val="ListParagraph"/>
      </w:pPr>
      <w:r>
        <w:rPr>
          <w:sz w:val="22"/>
        </w:rPr>
        <w:t>B. 366</w:t>
      </w:r>
    </w:p>
    <w:p>
      <w:pPr>
        <w:pStyle w:val="ListParagraph"/>
      </w:pPr>
      <w:r>
        <w:rPr>
          <w:sz w:val="22"/>
        </w:rPr>
        <w:t>C. 360</w:t>
      </w:r>
    </w:p>
    <w:p>
      <w:pPr>
        <w:pStyle w:val="ListParagraph"/>
      </w:pPr>
      <w:r>
        <w:rPr>
          <w:sz w:val="22"/>
        </w:rPr>
        <w:t>D. 364</w:t>
      </w:r>
    </w:p>
    <w:p/>
    <w:p>
      <w:r>
        <w:rPr>
          <w:b/>
          <w:sz w:val="24"/>
        </w:rPr>
        <w:t>Câu 45: 1 tuần có bao nhiêu ngày?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46: 1 thế kỷ bằng bao nhiêu năm?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50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1000</w:t>
      </w:r>
    </w:p>
    <w:p/>
    <w:p>
      <w:r>
        <w:rPr>
          <w:b/>
          <w:sz w:val="24"/>
        </w:rPr>
        <w:t>Câu 47: 1 thiên niên kỷ bằng bao nhiêu năm?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100</w:t>
      </w:r>
    </w:p>
    <w:p>
      <w:pPr>
        <w:pStyle w:val="ListParagraph"/>
      </w:pPr>
      <w:r>
        <w:rPr>
          <w:sz w:val="22"/>
        </w:rPr>
        <w:t>C. 1000</w:t>
      </w:r>
    </w:p>
    <w:p>
      <w:pPr>
        <w:pStyle w:val="ListParagraph"/>
      </w:pPr>
      <w:r>
        <w:rPr>
          <w:sz w:val="22"/>
        </w:rPr>
        <w:t>D. 10000</w:t>
      </w:r>
    </w:p>
    <w:p/>
    <w:p>
      <w:r>
        <w:rPr>
          <w:b/>
          <w:sz w:val="24"/>
        </w:rPr>
        <w:t>Câu 48: Số La Mã V có giá trị là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50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49: Số La Mã X có giá trị là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50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50: Số La Mã L có giá trị là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50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51: Số La Mã C có giá trị là bao nhiêu?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500</w:t>
      </w:r>
    </w:p>
    <w:p>
      <w:pPr>
        <w:pStyle w:val="ListParagraph"/>
      </w:pPr>
      <w:r>
        <w:rPr>
          <w:sz w:val="22"/>
        </w:rPr>
        <w:t>C. 1000</w:t>
      </w:r>
    </w:p>
    <w:p>
      <w:pPr>
        <w:pStyle w:val="ListParagraph"/>
      </w:pPr>
      <w:r>
        <w:rPr>
          <w:sz w:val="22"/>
        </w:rPr>
        <w:t>D. 50</w:t>
      </w:r>
    </w:p>
    <w:p/>
    <w:p>
      <w:r>
        <w:rPr>
          <w:b/>
          <w:sz w:val="24"/>
        </w:rPr>
        <w:t>Câu 52: Số La Mã D có giá trị là bao nhiêu?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500</w:t>
      </w:r>
    </w:p>
    <w:p>
      <w:pPr>
        <w:pStyle w:val="ListParagraph"/>
      </w:pPr>
      <w:r>
        <w:rPr>
          <w:sz w:val="22"/>
        </w:rPr>
        <w:t>C. 1000</w:t>
      </w:r>
    </w:p>
    <w:p>
      <w:pPr>
        <w:pStyle w:val="ListParagraph"/>
      </w:pPr>
      <w:r>
        <w:rPr>
          <w:sz w:val="22"/>
        </w:rPr>
        <w:t>D. 50</w:t>
      </w:r>
    </w:p>
    <w:p/>
    <w:p>
      <w:r>
        <w:rPr>
          <w:b/>
          <w:sz w:val="24"/>
        </w:rPr>
        <w:t>Câu 53: Số La Mã M có giá trị là bao nhiêu?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500</w:t>
      </w:r>
    </w:p>
    <w:p>
      <w:pPr>
        <w:pStyle w:val="ListParagraph"/>
      </w:pPr>
      <w:r>
        <w:rPr>
          <w:sz w:val="22"/>
        </w:rPr>
        <w:t>C. 1000</w:t>
      </w:r>
    </w:p>
    <w:p>
      <w:pPr>
        <w:pStyle w:val="ListParagraph"/>
      </w:pPr>
      <w:r>
        <w:rPr>
          <w:sz w:val="22"/>
        </w:rPr>
        <w:t>D. 50</w:t>
      </w:r>
    </w:p>
    <w:p/>
    <w:p>
      <w:r>
        <w:rPr>
          <w:b/>
          <w:sz w:val="24"/>
        </w:rPr>
        <w:t>Câu 54: Hình tròn có bao nhiêu góc?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55: Hình chữ nhật có mấy góc vuông?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56: Diện tích hình vuông cạnh 5 bằng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30</w:t>
      </w:r>
    </w:p>
    <w:p/>
    <w:p>
      <w:r>
        <w:rPr>
          <w:b/>
          <w:sz w:val="24"/>
        </w:rPr>
        <w:t>Câu 57: Chu vi hình vuông cạnh 4 bằng bao nhiêu?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58: Diện tích hình chữ nhật có chiều dài 3, chiều rộng 4 bằng bao nhiêu?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59: Chu vi hình chữ nhật có chiều dài 3, chiều rộng 4 bằng bao nhiêu?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60: Thể tích hình lập phương cạnh 2 bằng bao nhiêu?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61: 1 m bằng bao nhiêu cm?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100</w:t>
      </w:r>
    </w:p>
    <w:p>
      <w:pPr>
        <w:pStyle w:val="ListParagraph"/>
      </w:pPr>
      <w:r>
        <w:rPr>
          <w:sz w:val="22"/>
        </w:rPr>
        <w:t>C. 1000</w:t>
      </w:r>
    </w:p>
    <w:p>
      <w:pPr>
        <w:pStyle w:val="ListParagraph"/>
      </w:pPr>
      <w:r>
        <w:rPr>
          <w:sz w:val="22"/>
        </w:rPr>
        <w:t>D. 10000</w:t>
      </w:r>
    </w:p>
    <w:p/>
    <w:p>
      <w:r>
        <w:rPr>
          <w:b/>
          <w:sz w:val="24"/>
        </w:rPr>
        <w:t>Câu 62: 1 kg bằng bao nhiêu gam?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10000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63: 1 lít bằng bao nhiêu ml?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100</w:t>
      </w:r>
    </w:p>
    <w:p>
      <w:pPr>
        <w:pStyle w:val="ListParagraph"/>
      </w:pPr>
      <w:r>
        <w:rPr>
          <w:sz w:val="22"/>
        </w:rPr>
        <w:t>C. 1000</w:t>
      </w:r>
    </w:p>
    <w:p>
      <w:pPr>
        <w:pStyle w:val="ListParagraph"/>
      </w:pPr>
      <w:r>
        <w:rPr>
          <w:sz w:val="22"/>
        </w:rPr>
        <w:t>D. 10000</w:t>
      </w:r>
    </w:p>
    <w:p/>
    <w:p>
      <w:r>
        <w:rPr>
          <w:b/>
          <w:sz w:val="24"/>
        </w:rPr>
        <w:t>Câu 64: 1 tấn bằng bao nhiêu kg?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10000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65: 1 ha bằng bao nhiêu $m^2$?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10000</w:t>
      </w:r>
    </w:p>
    <w:p>
      <w:pPr>
        <w:pStyle w:val="ListParagraph"/>
      </w:pPr>
      <w:r>
        <w:rPr>
          <w:sz w:val="22"/>
        </w:rPr>
        <w:t>D. 100000</w:t>
      </w:r>
    </w:p>
    <w:p/>
    <w:p>
      <w:r>
        <w:rPr>
          <w:b/>
          <w:sz w:val="24"/>
        </w:rPr>
        <w:t>Câu 66: 1 KB bằng bao nhiêu byte?</w:t>
      </w:r>
    </w:p>
    <w:p>
      <w:pPr>
        <w:pStyle w:val="ListParagraph"/>
      </w:pPr>
      <w:r>
        <w:rPr>
          <w:sz w:val="22"/>
        </w:rPr>
        <w:t>A. 1000</w:t>
      </w:r>
    </w:p>
    <w:p>
      <w:pPr>
        <w:pStyle w:val="ListParagraph"/>
      </w:pPr>
      <w:r>
        <w:rPr>
          <w:sz w:val="22"/>
        </w:rPr>
        <w:t>B. 1024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512</w:t>
      </w:r>
    </w:p>
    <w:p/>
    <w:p>
      <w:r>
        <w:rPr>
          <w:b/>
          <w:sz w:val="24"/>
        </w:rPr>
        <w:t>Câu 67: 1 MB bằng bao nhiêu KB?</w:t>
      </w:r>
    </w:p>
    <w:p>
      <w:pPr>
        <w:pStyle w:val="ListParagraph"/>
      </w:pPr>
      <w:r>
        <w:rPr>
          <w:sz w:val="22"/>
        </w:rPr>
        <w:t>A. 1000</w:t>
      </w:r>
    </w:p>
    <w:p>
      <w:pPr>
        <w:pStyle w:val="ListParagraph"/>
      </w:pPr>
      <w:r>
        <w:rPr>
          <w:sz w:val="22"/>
        </w:rPr>
        <w:t>B. 1024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512</w:t>
      </w:r>
    </w:p>
    <w:p/>
    <w:p>
      <w:r>
        <w:rPr>
          <w:b/>
          <w:sz w:val="24"/>
        </w:rPr>
        <w:t>Câu 68: 1 GB bằng bao nhiêu MB?</w:t>
      </w:r>
    </w:p>
    <w:p>
      <w:pPr>
        <w:pStyle w:val="ListParagraph"/>
      </w:pPr>
      <w:r>
        <w:rPr>
          <w:sz w:val="22"/>
        </w:rPr>
        <w:t>A. 1000</w:t>
      </w:r>
    </w:p>
    <w:p>
      <w:pPr>
        <w:pStyle w:val="ListParagraph"/>
      </w:pPr>
      <w:r>
        <w:rPr>
          <w:sz w:val="22"/>
        </w:rPr>
        <w:t>B. 1024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512</w:t>
      </w:r>
    </w:p>
    <w:p/>
    <w:p>
      <w:r>
        <w:rPr>
          <w:b/>
          <w:sz w:val="24"/>
        </w:rPr>
        <w:t>Câu 69: Thiết bị nhập chuẩn của máy tính là gì?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Bàn phím</w:t>
      </w:r>
    </w:p>
    <w:p>
      <w:pPr>
        <w:pStyle w:val="ListParagraph"/>
      </w:pPr>
      <w:r>
        <w:rPr>
          <w:sz w:val="22"/>
        </w:rPr>
        <w:t>C. Máy in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70: Thiết bị xuất chuẩn của máy tính là gì?</w:t>
      </w:r>
    </w:p>
    <w:p>
      <w:pPr>
        <w:pStyle w:val="ListParagraph"/>
      </w:pPr>
      <w:r>
        <w:rPr>
          <w:sz w:val="22"/>
        </w:rPr>
        <w:t>A. Bàn phím</w:t>
      </w:r>
    </w:p>
    <w:p>
      <w:pPr>
        <w:pStyle w:val="ListParagraph"/>
      </w:pPr>
      <w:r>
        <w:rPr>
          <w:sz w:val="22"/>
        </w:rPr>
        <w:t>B. Chuột</w:t>
      </w:r>
    </w:p>
    <w:p>
      <w:pPr>
        <w:pStyle w:val="ListParagraph"/>
      </w:pPr>
      <w:r>
        <w:rPr>
          <w:sz w:val="22"/>
        </w:rPr>
        <w:t>C. Màn hình</w:t>
      </w:r>
    </w:p>
    <w:p>
      <w:pPr>
        <w:pStyle w:val="ListParagraph"/>
      </w:pPr>
      <w:r>
        <w:rPr>
          <w:sz w:val="22"/>
        </w:rPr>
        <w:t>D. Máy quét</w:t>
      </w:r>
    </w:p>
    <w:p/>
    <w:p>
      <w:r>
        <w:rPr>
          <w:b/>
          <w:sz w:val="24"/>
        </w:rPr>
        <w:t>Câu 71: CPU là gì?</w:t>
      </w:r>
    </w:p>
    <w:p>
      <w:pPr>
        <w:pStyle w:val="ListParagraph"/>
      </w:pPr>
      <w:r>
        <w:rPr>
          <w:sz w:val="22"/>
        </w:rPr>
        <w:t>A. Bộ nhớ</w:t>
      </w:r>
    </w:p>
    <w:p>
      <w:pPr>
        <w:pStyle w:val="ListParagraph"/>
      </w:pPr>
      <w:r>
        <w:rPr>
          <w:sz w:val="22"/>
        </w:rPr>
        <w:t>B. Bộ xử lý trung tâm</w:t>
      </w:r>
    </w:p>
    <w:p>
      <w:pPr>
        <w:pStyle w:val="ListParagraph"/>
      </w:pPr>
      <w:r>
        <w:rPr>
          <w:sz w:val="22"/>
        </w:rPr>
        <w:t>C. Ổ cứng</w:t>
      </w:r>
    </w:p>
    <w:p>
      <w:pPr>
        <w:pStyle w:val="ListParagraph"/>
      </w:pPr>
      <w:r>
        <w:rPr>
          <w:sz w:val="22"/>
        </w:rPr>
        <w:t>D. Chuột</w:t>
      </w:r>
    </w:p>
    <w:p/>
    <w:p>
      <w:r>
        <w:rPr>
          <w:b/>
          <w:sz w:val="24"/>
        </w:rPr>
        <w:t>Câu 72: RAM là gì?</w:t>
      </w:r>
    </w:p>
    <w:p>
      <w:pPr>
        <w:pStyle w:val="ListParagraph"/>
      </w:pPr>
      <w:r>
        <w:rPr>
          <w:sz w:val="22"/>
        </w:rPr>
        <w:t>A. Bộ nhớ trong</w:t>
      </w:r>
    </w:p>
    <w:p>
      <w:pPr>
        <w:pStyle w:val="ListParagraph"/>
      </w:pPr>
      <w:r>
        <w:rPr>
          <w:sz w:val="22"/>
        </w:rPr>
        <w:t>B. Bộ nhớ ngoài</w:t>
      </w:r>
    </w:p>
    <w:p>
      <w:pPr>
        <w:pStyle w:val="ListParagraph"/>
      </w:pPr>
      <w:r>
        <w:rPr>
          <w:sz w:val="22"/>
        </w:rPr>
        <w:t>C. CPU</w:t>
      </w:r>
    </w:p>
    <w:p>
      <w:pPr>
        <w:pStyle w:val="ListParagraph"/>
      </w:pPr>
      <w:r>
        <w:rPr>
          <w:sz w:val="22"/>
        </w:rPr>
        <w:t>D. Màn hình</w:t>
      </w:r>
    </w:p>
    <w:p/>
    <w:p>
      <w:r>
        <w:rPr>
          <w:b/>
          <w:sz w:val="24"/>
        </w:rPr>
        <w:t>Câu 73: ROM là gì?</w:t>
      </w:r>
    </w:p>
    <w:p>
      <w:pPr>
        <w:pStyle w:val="ListParagraph"/>
      </w:pPr>
      <w:r>
        <w:rPr>
          <w:sz w:val="22"/>
        </w:rPr>
        <w:t>A. Bộ nhớ chỉ đọc</w:t>
      </w:r>
    </w:p>
    <w:p>
      <w:pPr>
        <w:pStyle w:val="ListParagraph"/>
      </w:pPr>
      <w:r>
        <w:rPr>
          <w:sz w:val="22"/>
        </w:rPr>
        <w:t>B. Bộ nhớ ghi</w:t>
      </w:r>
    </w:p>
    <w:p>
      <w:pPr>
        <w:pStyle w:val="ListParagraph"/>
      </w:pPr>
      <w:r>
        <w:rPr>
          <w:sz w:val="22"/>
        </w:rPr>
        <w:t>C. CPU</w:t>
      </w:r>
    </w:p>
    <w:p>
      <w:pPr>
        <w:pStyle w:val="ListParagraph"/>
      </w:pPr>
      <w:r>
        <w:rPr>
          <w:sz w:val="22"/>
        </w:rPr>
        <w:t>D. Ổ cứng</w:t>
      </w:r>
    </w:p>
    <w:p/>
    <w:p>
      <w:r>
        <w:rPr>
          <w:b/>
          <w:sz w:val="24"/>
        </w:rPr>
        <w:t>Câu 74: Đơn vị đo tốc độ CPU thường là gì?</w:t>
      </w:r>
    </w:p>
    <w:p>
      <w:pPr>
        <w:pStyle w:val="ListParagraph"/>
      </w:pPr>
      <w:r>
        <w:rPr>
          <w:sz w:val="22"/>
        </w:rPr>
        <w:t>A. Hz</w:t>
      </w:r>
    </w:p>
    <w:p>
      <w:pPr>
        <w:pStyle w:val="ListParagraph"/>
      </w:pPr>
      <w:r>
        <w:rPr>
          <w:sz w:val="22"/>
        </w:rPr>
        <w:t>B. Byte</w:t>
      </w:r>
    </w:p>
    <w:p>
      <w:pPr>
        <w:pStyle w:val="ListParagraph"/>
      </w:pPr>
      <w:r>
        <w:rPr>
          <w:sz w:val="22"/>
        </w:rPr>
        <w:t>C. Bit</w:t>
      </w:r>
    </w:p>
    <w:p>
      <w:pPr>
        <w:pStyle w:val="ListParagraph"/>
      </w:pPr>
      <w:r>
        <w:rPr>
          <w:sz w:val="22"/>
        </w:rPr>
        <w:t>D. MB</w:t>
      </w:r>
    </w:p>
    <w:p/>
    <w:p>
      <w:r>
        <w:rPr>
          <w:b/>
          <w:sz w:val="24"/>
        </w:rPr>
        <w:t>Câu 75: Hệ điều hành nào phổ biến trên máy tính cá nhân?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Word</w:t>
      </w:r>
    </w:p>
    <w:p>
      <w:pPr>
        <w:pStyle w:val="ListParagraph"/>
      </w:pPr>
      <w:r>
        <w:rPr>
          <w:sz w:val="22"/>
        </w:rPr>
        <w:t>C. Excel</w:t>
      </w:r>
    </w:p>
    <w:p>
      <w:pPr>
        <w:pStyle w:val="ListParagraph"/>
      </w:pPr>
      <w:r>
        <w:rPr>
          <w:sz w:val="22"/>
        </w:rPr>
        <w:t>D. Chrome</w:t>
      </w:r>
    </w:p>
    <w:p/>
    <w:p>
      <w:r>
        <w:rPr>
          <w:b/>
          <w:sz w:val="24"/>
        </w:rPr>
        <w:t>Câu 76: Trình duyệt web là phần mềm nào?</w:t>
      </w:r>
    </w:p>
    <w:p>
      <w:pPr>
        <w:pStyle w:val="ListParagraph"/>
      </w:pPr>
      <w:r>
        <w:rPr>
          <w:sz w:val="22"/>
        </w:rPr>
        <w:t>A. Chrome</w:t>
      </w:r>
    </w:p>
    <w:p>
      <w:pPr>
        <w:pStyle w:val="ListParagraph"/>
      </w:pPr>
      <w:r>
        <w:rPr>
          <w:sz w:val="22"/>
        </w:rPr>
        <w:t>B. Word</w:t>
      </w:r>
    </w:p>
    <w:p>
      <w:pPr>
        <w:pStyle w:val="ListParagraph"/>
      </w:pPr>
      <w:r>
        <w:rPr>
          <w:sz w:val="22"/>
        </w:rPr>
        <w:t>C. Excel</w:t>
      </w:r>
    </w:p>
    <w:p>
      <w:pPr>
        <w:pStyle w:val="ListParagraph"/>
      </w:pPr>
      <w:r>
        <w:rPr>
          <w:sz w:val="22"/>
        </w:rPr>
        <w:t>D. Notepad</w:t>
      </w:r>
    </w:p>
    <w:p/>
    <w:p>
      <w:r>
        <w:rPr>
          <w:b/>
          <w:sz w:val="24"/>
        </w:rPr>
        <w:t>Câu 77: Phần mềm soạn thảo văn bản là phần mềm nào?</w:t>
      </w:r>
    </w:p>
    <w:p>
      <w:pPr>
        <w:pStyle w:val="ListParagraph"/>
      </w:pPr>
      <w:r>
        <w:rPr>
          <w:sz w:val="22"/>
        </w:rPr>
        <w:t>A. Word</w:t>
      </w:r>
    </w:p>
    <w:p>
      <w:pPr>
        <w:pStyle w:val="ListParagraph"/>
      </w:pPr>
      <w:r>
        <w:rPr>
          <w:sz w:val="22"/>
        </w:rPr>
        <w:t>B. Excel</w:t>
      </w:r>
    </w:p>
    <w:p>
      <w:pPr>
        <w:pStyle w:val="ListParagraph"/>
      </w:pPr>
      <w:r>
        <w:rPr>
          <w:sz w:val="22"/>
        </w:rPr>
        <w:t>C. Chrome</w:t>
      </w:r>
    </w:p>
    <w:p>
      <w:pPr>
        <w:pStyle w:val="ListParagraph"/>
      </w:pPr>
      <w:r>
        <w:rPr>
          <w:sz w:val="22"/>
        </w:rPr>
        <w:t>D. Paint</w:t>
      </w:r>
    </w:p>
    <w:p/>
    <w:p>
      <w:r>
        <w:rPr>
          <w:b/>
          <w:sz w:val="24"/>
        </w:rPr>
        <w:t>Câu 78: Phần mềm bảng tính là phần mềm nào?</w:t>
      </w:r>
    </w:p>
    <w:p>
      <w:pPr>
        <w:pStyle w:val="ListParagraph"/>
      </w:pPr>
      <w:r>
        <w:rPr>
          <w:sz w:val="22"/>
        </w:rPr>
        <w:t>A. Word</w:t>
      </w:r>
    </w:p>
    <w:p>
      <w:pPr>
        <w:pStyle w:val="ListParagraph"/>
      </w:pPr>
      <w:r>
        <w:rPr>
          <w:sz w:val="22"/>
        </w:rPr>
        <w:t>B. Excel</w:t>
      </w:r>
    </w:p>
    <w:p>
      <w:pPr>
        <w:pStyle w:val="ListParagraph"/>
      </w:pPr>
      <w:r>
        <w:rPr>
          <w:sz w:val="22"/>
        </w:rPr>
        <w:t>C. Chrome</w:t>
      </w:r>
    </w:p>
    <w:p>
      <w:pPr>
        <w:pStyle w:val="ListParagraph"/>
      </w:pPr>
      <w:r>
        <w:rPr>
          <w:sz w:val="22"/>
        </w:rPr>
        <w:t>D. Paint</w:t>
      </w:r>
    </w:p>
    <w:p/>
    <w:p>
      <w:r>
        <w:rPr>
          <w:b/>
          <w:sz w:val="24"/>
        </w:rPr>
        <w:t>Câu 79: Internet là gì?</w:t>
      </w:r>
    </w:p>
    <w:p>
      <w:pPr>
        <w:pStyle w:val="ListParagraph"/>
      </w:pPr>
      <w:r>
        <w:rPr>
          <w:sz w:val="22"/>
        </w:rPr>
        <w:t>A. Mạng toàn cầu</w:t>
      </w:r>
    </w:p>
    <w:p>
      <w:pPr>
        <w:pStyle w:val="ListParagraph"/>
      </w:pPr>
      <w:r>
        <w:rPr>
          <w:sz w:val="22"/>
        </w:rPr>
        <w:t>B. Mạng LAN</w:t>
      </w:r>
    </w:p>
    <w:p>
      <w:pPr>
        <w:pStyle w:val="ListParagraph"/>
      </w:pPr>
      <w:r>
        <w:rPr>
          <w:sz w:val="22"/>
        </w:rPr>
        <w:t>C. Mạng WAN</w:t>
      </w:r>
    </w:p>
    <w:p>
      <w:pPr>
        <w:pStyle w:val="ListParagraph"/>
      </w:pPr>
      <w:r>
        <w:rPr>
          <w:sz w:val="22"/>
        </w:rPr>
        <w:t>D. Mạng cá nhân</w:t>
      </w:r>
    </w:p>
    <w:p/>
    <w:p>
      <w:r>
        <w:rPr>
          <w:b/>
          <w:sz w:val="24"/>
        </w:rPr>
        <w:t>Câu 80: WWW là viết tắt của cụm từ nào?</w:t>
      </w:r>
    </w:p>
    <w:p>
      <w:pPr>
        <w:pStyle w:val="ListParagraph"/>
      </w:pPr>
      <w:r>
        <w:rPr>
          <w:sz w:val="22"/>
        </w:rPr>
        <w:t>A. World Wide Web</w:t>
      </w:r>
    </w:p>
    <w:p>
      <w:pPr>
        <w:pStyle w:val="ListParagraph"/>
      </w:pPr>
      <w:r>
        <w:rPr>
          <w:sz w:val="22"/>
        </w:rPr>
        <w:t>B. World Web Wide</w:t>
      </w:r>
    </w:p>
    <w:p>
      <w:pPr>
        <w:pStyle w:val="ListParagraph"/>
      </w:pPr>
      <w:r>
        <w:rPr>
          <w:sz w:val="22"/>
        </w:rPr>
        <w:t>C. Wide World Web</w:t>
      </w:r>
    </w:p>
    <w:p>
      <w:pPr>
        <w:pStyle w:val="ListParagraph"/>
      </w:pPr>
      <w:r>
        <w:rPr>
          <w:sz w:val="22"/>
        </w:rPr>
        <w:t>D. Web World Wide</w:t>
      </w:r>
    </w:p>
    <w:p/>
    <w:p>
      <w:r>
        <w:rPr>
          <w:b/>
          <w:sz w:val="24"/>
        </w:rPr>
        <w:t>Câu 81: HTML là ngôn ngữ gì?</w:t>
      </w:r>
    </w:p>
    <w:p>
      <w:pPr>
        <w:pStyle w:val="ListParagraph"/>
      </w:pPr>
      <w:r>
        <w:rPr>
          <w:sz w:val="22"/>
        </w:rPr>
        <w:t>A. Lập trình</w:t>
      </w:r>
    </w:p>
    <w:p>
      <w:pPr>
        <w:pStyle w:val="ListParagraph"/>
      </w:pPr>
      <w:r>
        <w:rPr>
          <w:sz w:val="22"/>
        </w:rPr>
        <w:t>B. Đánh dấu</w:t>
      </w:r>
    </w:p>
    <w:p>
      <w:pPr>
        <w:pStyle w:val="ListParagraph"/>
      </w:pPr>
      <w:r>
        <w:rPr>
          <w:sz w:val="22"/>
        </w:rPr>
        <w:t>C. Cơ sở dữ liệu</w:t>
      </w:r>
    </w:p>
    <w:p>
      <w:pPr>
        <w:pStyle w:val="ListParagraph"/>
      </w:pPr>
      <w:r>
        <w:rPr>
          <w:sz w:val="22"/>
        </w:rPr>
        <w:t>D. Hệ điều hành</w:t>
      </w:r>
    </w:p>
    <w:p/>
    <w:p>
      <w:r>
        <w:rPr>
          <w:b/>
          <w:sz w:val="24"/>
        </w:rPr>
        <w:t>Câu 82: URL là gì?</w:t>
      </w:r>
    </w:p>
    <w:p>
      <w:pPr>
        <w:pStyle w:val="ListParagraph"/>
      </w:pPr>
      <w:r>
        <w:rPr>
          <w:sz w:val="22"/>
        </w:rPr>
        <w:t>A. Địa chỉ web</w:t>
      </w:r>
    </w:p>
    <w:p>
      <w:pPr>
        <w:pStyle w:val="ListParagraph"/>
      </w:pPr>
      <w:r>
        <w:rPr>
          <w:sz w:val="22"/>
        </w:rPr>
        <w:t>B. Tên miền</w:t>
      </w:r>
    </w:p>
    <w:p>
      <w:pPr>
        <w:pStyle w:val="ListParagraph"/>
      </w:pPr>
      <w:r>
        <w:rPr>
          <w:sz w:val="22"/>
        </w:rPr>
        <w:t>C. Giao thức</w:t>
      </w:r>
    </w:p>
    <w:p>
      <w:pPr>
        <w:pStyle w:val="ListParagraph"/>
      </w:pPr>
      <w:r>
        <w:rPr>
          <w:sz w:val="22"/>
        </w:rPr>
        <w:t>D. Trình duyệt</w:t>
      </w:r>
    </w:p>
    <w:p/>
    <w:p>
      <w:r>
        <w:rPr>
          <w:b/>
          <w:sz w:val="24"/>
        </w:rPr>
        <w:t>Câu 83: Email là gì?</w:t>
      </w:r>
    </w:p>
    <w:p>
      <w:pPr>
        <w:pStyle w:val="ListParagraph"/>
      </w:pPr>
      <w:r>
        <w:rPr>
          <w:sz w:val="22"/>
        </w:rPr>
        <w:t>A. Thư điện tử</w:t>
      </w:r>
    </w:p>
    <w:p>
      <w:pPr>
        <w:pStyle w:val="ListParagraph"/>
      </w:pPr>
      <w:r>
        <w:rPr>
          <w:sz w:val="22"/>
        </w:rPr>
        <w:t>B. Trò chuyện</w:t>
      </w:r>
    </w:p>
    <w:p>
      <w:pPr>
        <w:pStyle w:val="ListParagraph"/>
      </w:pPr>
      <w:r>
        <w:rPr>
          <w:sz w:val="22"/>
        </w:rPr>
        <w:t>C. Tìm kiếm</w:t>
      </w:r>
    </w:p>
    <w:p>
      <w:pPr>
        <w:pStyle w:val="ListParagraph"/>
      </w:pPr>
      <w:r>
        <w:rPr>
          <w:sz w:val="22"/>
        </w:rPr>
        <w:t>D. Lưu trữ</w:t>
      </w:r>
    </w:p>
    <w:p/>
    <w:p>
      <w:r>
        <w:rPr>
          <w:b/>
          <w:sz w:val="24"/>
        </w:rPr>
        <w:t>Câu 84: Google là gì?</w:t>
      </w:r>
    </w:p>
    <w:p>
      <w:pPr>
        <w:pStyle w:val="ListParagraph"/>
      </w:pPr>
      <w:r>
        <w:rPr>
          <w:sz w:val="22"/>
        </w:rPr>
        <w:t>A. Công cụ tìm kiếm</w:t>
      </w:r>
    </w:p>
    <w:p>
      <w:pPr>
        <w:pStyle w:val="ListParagraph"/>
      </w:pPr>
      <w:r>
        <w:rPr>
          <w:sz w:val="22"/>
        </w:rPr>
        <w:t>B. Trình duyệt</w:t>
      </w:r>
    </w:p>
    <w:p>
      <w:pPr>
        <w:pStyle w:val="ListParagraph"/>
      </w:pPr>
      <w:r>
        <w:rPr>
          <w:sz w:val="22"/>
        </w:rPr>
        <w:t>C. Hệ điều hành</w:t>
      </w:r>
    </w:p>
    <w:p>
      <w:pPr>
        <w:pStyle w:val="ListParagraph"/>
      </w:pPr>
      <w:r>
        <w:rPr>
          <w:sz w:val="22"/>
        </w:rPr>
        <w:t>D. Phần mềm văn phòng</w:t>
      </w:r>
    </w:p>
    <w:p/>
    <w:p>
      <w:r>
        <w:rPr>
          <w:b/>
          <w:sz w:val="24"/>
        </w:rPr>
        <w:t>Câu 85: Facebook là gì?</w:t>
      </w:r>
    </w:p>
    <w:p>
      <w:pPr>
        <w:pStyle w:val="ListParagraph"/>
      </w:pPr>
      <w:r>
        <w:rPr>
          <w:sz w:val="22"/>
        </w:rPr>
        <w:t>A. Mạng xã hội</w:t>
      </w:r>
    </w:p>
    <w:p>
      <w:pPr>
        <w:pStyle w:val="ListParagraph"/>
      </w:pPr>
      <w:r>
        <w:rPr>
          <w:sz w:val="22"/>
        </w:rPr>
        <w:t>B. Công cụ tìm kiếm</w:t>
      </w:r>
    </w:p>
    <w:p>
      <w:pPr>
        <w:pStyle w:val="ListParagraph"/>
      </w:pPr>
      <w:r>
        <w:rPr>
          <w:sz w:val="22"/>
        </w:rPr>
        <w:t>C. Trình duyệt</w:t>
      </w:r>
    </w:p>
    <w:p>
      <w:pPr>
        <w:pStyle w:val="ListParagraph"/>
      </w:pPr>
      <w:r>
        <w:rPr>
          <w:sz w:val="22"/>
        </w:rPr>
        <w:t>D. Hệ điều hành</w:t>
      </w:r>
    </w:p>
    <w:p/>
    <w:p>
      <w:r>
        <w:rPr>
          <w:b/>
          <w:sz w:val="24"/>
        </w:rPr>
        <w:t>Câu 86: Virus máy tính là gì?</w:t>
      </w:r>
    </w:p>
    <w:p>
      <w:pPr>
        <w:pStyle w:val="ListParagraph"/>
      </w:pPr>
      <w:r>
        <w:rPr>
          <w:sz w:val="22"/>
        </w:rPr>
        <w:t>A. Chương trình độc hại</w:t>
      </w:r>
    </w:p>
    <w:p>
      <w:pPr>
        <w:pStyle w:val="ListParagraph"/>
      </w:pPr>
      <w:r>
        <w:rPr>
          <w:sz w:val="22"/>
        </w:rPr>
        <w:t>B. Phần mềm văn phòng</w:t>
      </w:r>
    </w:p>
    <w:p>
      <w:pPr>
        <w:pStyle w:val="ListParagraph"/>
      </w:pPr>
      <w:r>
        <w:rPr>
          <w:sz w:val="22"/>
        </w:rPr>
        <w:t>C. Hệ điều hành</w:t>
      </w:r>
    </w:p>
    <w:p>
      <w:pPr>
        <w:pStyle w:val="ListParagraph"/>
      </w:pPr>
      <w:r>
        <w:rPr>
          <w:sz w:val="22"/>
        </w:rPr>
        <w:t>D. Trình duyệt</w:t>
      </w:r>
    </w:p>
    <w:p/>
    <w:p>
      <w:r>
        <w:rPr>
          <w:b/>
          <w:sz w:val="24"/>
        </w:rPr>
        <w:t>Câu 87: Antivirus là gì?</w:t>
      </w:r>
    </w:p>
    <w:p>
      <w:pPr>
        <w:pStyle w:val="ListParagraph"/>
      </w:pPr>
      <w:r>
        <w:rPr>
          <w:sz w:val="22"/>
        </w:rPr>
        <w:t>A. Phần mềm diệt virus</w:t>
      </w:r>
    </w:p>
    <w:p>
      <w:pPr>
        <w:pStyle w:val="ListParagraph"/>
      </w:pPr>
      <w:r>
        <w:rPr>
          <w:sz w:val="22"/>
        </w:rPr>
        <w:t>B. Virus</w:t>
      </w:r>
    </w:p>
    <w:p>
      <w:pPr>
        <w:pStyle w:val="ListParagraph"/>
      </w:pPr>
      <w:r>
        <w:rPr>
          <w:sz w:val="22"/>
        </w:rPr>
        <w:t>C. Hệ điều hành</w:t>
      </w:r>
    </w:p>
    <w:p>
      <w:pPr>
        <w:pStyle w:val="ListParagraph"/>
      </w:pPr>
      <w:r>
        <w:rPr>
          <w:sz w:val="22"/>
        </w:rPr>
        <w:t>D. Trình duyệt</w:t>
      </w:r>
    </w:p>
    <w:p/>
    <w:p>
      <w:r>
        <w:rPr>
          <w:b/>
          <w:sz w:val="24"/>
        </w:rPr>
        <w:t>Câu 88: Mật khẩu mạnh nên có đặc điểm nào?</w:t>
      </w:r>
    </w:p>
    <w:p>
      <w:pPr>
        <w:pStyle w:val="ListParagraph"/>
      </w:pPr>
      <w:r>
        <w:rPr>
          <w:sz w:val="22"/>
        </w:rPr>
        <w:t>A. Chữ, số, ký tự đặc biệt</w:t>
      </w:r>
    </w:p>
    <w:p>
      <w:pPr>
        <w:pStyle w:val="ListParagraph"/>
      </w:pPr>
      <w:r>
        <w:rPr>
          <w:sz w:val="22"/>
        </w:rPr>
        <w:t>B. Chỉ chữ</w:t>
      </w:r>
    </w:p>
    <w:p>
      <w:pPr>
        <w:pStyle w:val="ListParagraph"/>
      </w:pPr>
      <w:r>
        <w:rPr>
          <w:sz w:val="22"/>
        </w:rPr>
        <w:t>C. Chỉ số</w:t>
      </w:r>
    </w:p>
    <w:p>
      <w:pPr>
        <w:pStyle w:val="ListParagraph"/>
      </w:pPr>
      <w:r>
        <w:rPr>
          <w:sz w:val="22"/>
        </w:rPr>
        <w:t>D. Tên mình</w:t>
      </w:r>
    </w:p>
    <w:p/>
    <w:p>
      <w:r>
        <w:rPr>
          <w:b/>
          <w:sz w:val="24"/>
        </w:rPr>
        <w:t>Câu 89: Thông tin nào không nên chia sẻ công khai?</w:t>
      </w:r>
    </w:p>
    <w:p>
      <w:pPr>
        <w:pStyle w:val="ListParagraph"/>
      </w:pPr>
      <w:r>
        <w:rPr>
          <w:sz w:val="22"/>
        </w:rPr>
        <w:t>A. Mật khẩu</w:t>
      </w:r>
    </w:p>
    <w:p>
      <w:pPr>
        <w:pStyle w:val="ListParagraph"/>
      </w:pPr>
      <w:r>
        <w:rPr>
          <w:sz w:val="22"/>
        </w:rPr>
        <w:t>B. Tên</w:t>
      </w:r>
    </w:p>
    <w:p>
      <w:pPr>
        <w:pStyle w:val="ListParagraph"/>
      </w:pPr>
      <w:r>
        <w:rPr>
          <w:sz w:val="22"/>
        </w:rPr>
        <w:t>C. Sở thích</w:t>
      </w:r>
    </w:p>
    <w:p>
      <w:pPr>
        <w:pStyle w:val="ListParagraph"/>
      </w:pPr>
      <w:r>
        <w:rPr>
          <w:sz w:val="22"/>
        </w:rPr>
        <w:t>D. Lớp</w:t>
      </w:r>
    </w:p>
    <w:p/>
    <w:p>
      <w:r>
        <w:rPr>
          <w:b/>
          <w:sz w:val="24"/>
        </w:rPr>
        <w:t>Câu 90: Khi nhận được email lạ, em nên làm gì?</w:t>
      </w:r>
    </w:p>
    <w:p>
      <w:pPr>
        <w:pStyle w:val="ListParagraph"/>
      </w:pPr>
      <w:r>
        <w:rPr>
          <w:sz w:val="22"/>
        </w:rPr>
        <w:t>A. Mở ngay</w:t>
      </w:r>
    </w:p>
    <w:p>
      <w:pPr>
        <w:pStyle w:val="ListParagraph"/>
      </w:pPr>
      <w:r>
        <w:rPr>
          <w:sz w:val="22"/>
        </w:rPr>
        <w:t>B. Không mở, xóa</w:t>
      </w:r>
    </w:p>
    <w:p>
      <w:pPr>
        <w:pStyle w:val="ListParagraph"/>
      </w:pPr>
      <w:r>
        <w:rPr>
          <w:sz w:val="22"/>
        </w:rPr>
        <w:t>C. Trả lời</w:t>
      </w:r>
    </w:p>
    <w:p>
      <w:pPr>
        <w:pStyle w:val="ListParagraph"/>
      </w:pPr>
      <w:r>
        <w:rPr>
          <w:sz w:val="22"/>
        </w:rPr>
        <w:t>D. Chuyển tiếp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C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C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C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C</w:t>
      </w:r>
    </w:p>
    <w:p>
      <w:r>
        <w:rPr>
          <w:b/>
        </w:rPr>
        <w:t>Câu 56: Đáp án đúng: C</w:t>
      </w:r>
    </w:p>
    <w:p>
      <w:r>
        <w:rPr>
          <w:b/>
        </w:rPr>
        <w:t>Câu 57: Đáp án đúng: C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C</w:t>
      </w:r>
    </w:p>
    <w:p>
      <w:r>
        <w:rPr>
          <w:b/>
        </w:rPr>
        <w:t>Câu 60: Đáp án đúng: C</w:t>
      </w:r>
    </w:p>
    <w:p>
      <w:r>
        <w:rPr>
          <w:b/>
        </w:rPr>
        <w:t>Câu 61: Đáp án đúng: B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C</w:t>
      </w:r>
    </w:p>
    <w:p>
      <w:r>
        <w:rPr>
          <w:b/>
        </w:rPr>
        <w:t>Câu 64: Đáp án đúng: B</w:t>
      </w:r>
    </w:p>
    <w:p>
      <w:r>
        <w:rPr>
          <w:b/>
        </w:rPr>
        <w:t>Câu 65: Đáp án đúng: C</w:t>
      </w:r>
    </w:p>
    <w:p>
      <w:r>
        <w:rPr>
          <w:b/>
        </w:rPr>
        <w:t>Câu 66: Đáp án đúng: B</w:t>
      </w:r>
    </w:p>
    <w:p>
      <w:r>
        <w:rPr>
          <w:b/>
        </w:rPr>
        <w:t>Câu 67: Đáp án đúng: B</w:t>
      </w:r>
    </w:p>
    <w:p>
      <w:r>
        <w:rPr>
          <w:b/>
        </w:rPr>
        <w:t>Câu 68: Đáp án đúng: B</w:t>
      </w:r>
    </w:p>
    <w:p>
      <w:r>
        <w:rPr>
          <w:b/>
        </w:rPr>
        <w:t>Câu 69: Đáp án đúng: B</w:t>
      </w:r>
    </w:p>
    <w:p>
      <w:r>
        <w:rPr>
          <w:b/>
        </w:rPr>
        <w:t>Câu 70: Đáp án đúng: C</w:t>
      </w:r>
    </w:p>
    <w:p>
      <w:r>
        <w:rPr>
          <w:b/>
        </w:rPr>
        <w:t>Câu 71: Đáp án đúng: B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A</w:t>
      </w:r>
    </w:p>
    <w:p>
      <w:r>
        <w:rPr>
          <w:b/>
        </w:rPr>
        <w:t>Câu 76: Đáp án đúng: A</w:t>
      </w:r>
    </w:p>
    <w:p>
      <w:r>
        <w:rPr>
          <w:b/>
        </w:rPr>
        <w:t>Câu 77: Đáp án đúng: A</w:t>
      </w:r>
    </w:p>
    <w:p>
      <w:r>
        <w:rPr>
          <w:b/>
        </w:rPr>
        <w:t>Câu 78: Đáp án đúng: B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A</w:t>
      </w:r>
    </w:p>
    <w:p>
      <w:r>
        <w:rPr>
          <w:b/>
        </w:rPr>
        <w:t>Câu 81: Đáp án đúng: B</w:t>
      </w:r>
    </w:p>
    <w:p>
      <w:r>
        <w:rPr>
          <w:b/>
        </w:rPr>
        <w:t>Câu 82: Đáp án đúng: A</w:t>
      </w:r>
    </w:p>
    <w:p>
      <w:r>
        <w:rPr>
          <w:b/>
        </w:rPr>
        <w:t>Câu 83: Đáp án đúng: A</w:t>
      </w:r>
    </w:p>
    <w:p>
      <w:r>
        <w:rPr>
          <w:b/>
        </w:rPr>
        <w:t>Câu 84: Đáp án đúng: A</w:t>
      </w:r>
    </w:p>
    <w:p>
      <w:r>
        <w:rPr>
          <w:b/>
        </w:rPr>
        <w:t>Câu 85: Đáp án đúng: A</w:t>
      </w:r>
    </w:p>
    <w:p>
      <w:r>
        <w:rPr>
          <w:b/>
        </w:rPr>
        <w:t>Câu 86: Đáp án đúng: A</w:t>
      </w:r>
    </w:p>
    <w:p>
      <w:r>
        <w:rPr>
          <w:b/>
        </w:rPr>
        <w:t>Câu 87: Đáp án đúng: A</w:t>
      </w:r>
    </w:p>
    <w:p>
      <w:r>
        <w:rPr>
          <w:b/>
        </w:rPr>
        <w:t>Câu 88: Đáp án đúng: A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