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môn địa lí 9 từ bài 1- 5 sách kết nối tri thức gôg 20 câu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Theo sách Kết nối tri thức, dân số Việt Nam năm 2021 khoảng bao nhiêu triệu người?</w:t>
      </w:r>
    </w:p>
    <w:p>
      <w:pPr>
        <w:pStyle w:val="ListParagraph"/>
      </w:pPr>
      <w:r>
        <w:rPr>
          <w:sz w:val="22"/>
        </w:rPr>
        <w:t>A. 96,2 triệu người</w:t>
      </w:r>
    </w:p>
    <w:p>
      <w:pPr>
        <w:pStyle w:val="ListParagraph"/>
      </w:pPr>
      <w:r>
        <w:rPr>
          <w:sz w:val="22"/>
        </w:rPr>
        <w:t>B. 98,5 triệu người</w:t>
      </w:r>
    </w:p>
    <w:p>
      <w:pPr>
        <w:pStyle w:val="ListParagraph"/>
      </w:pPr>
      <w:r>
        <w:rPr>
          <w:sz w:val="22"/>
        </w:rPr>
        <w:t>C. 100,3 triệu người</w:t>
      </w:r>
    </w:p>
    <w:p>
      <w:pPr>
        <w:pStyle w:val="ListParagraph"/>
      </w:pPr>
      <w:r>
        <w:rPr>
          <w:sz w:val="22"/>
        </w:rPr>
        <w:t>D. 90,0 triệu người</w:t>
      </w:r>
    </w:p>
    <w:p/>
    <w:p>
      <w:r>
        <w:rPr>
          <w:b/>
          <w:sz w:val="24"/>
        </w:rPr>
        <w:t>Câu 2: Gia tăng dân số tự nhiên chịu ảnh hưởng trực tiếp của hai yếu tố nào?</w:t>
      </w:r>
    </w:p>
    <w:p>
      <w:pPr>
        <w:pStyle w:val="ListParagraph"/>
      </w:pPr>
      <w:r>
        <w:rPr>
          <w:sz w:val="22"/>
        </w:rPr>
        <w:t>A. Sinh đẻ và tử vong</w:t>
      </w:r>
    </w:p>
    <w:p>
      <w:pPr>
        <w:pStyle w:val="ListParagraph"/>
      </w:pPr>
      <w:r>
        <w:rPr>
          <w:sz w:val="22"/>
        </w:rPr>
        <w:t>B. Sinh đẻ và di cư</w:t>
      </w:r>
    </w:p>
    <w:p>
      <w:pPr>
        <w:pStyle w:val="ListParagraph"/>
      </w:pPr>
      <w:r>
        <w:rPr>
          <w:sz w:val="22"/>
        </w:rPr>
        <w:t>C. Tử vong và di cư</w:t>
      </w:r>
    </w:p>
    <w:p>
      <w:pPr>
        <w:pStyle w:val="ListParagraph"/>
      </w:pPr>
      <w:r>
        <w:rPr>
          <w:sz w:val="22"/>
        </w:rPr>
        <w:t>D. Xuất cư và nhập cư</w:t>
      </w:r>
    </w:p>
    <w:p/>
    <w:p>
      <w:r>
        <w:rPr>
          <w:b/>
          <w:sz w:val="24"/>
        </w:rPr>
        <w:t>Câu 3: Tỉ lệ gia tăng dân số tự nhiên của nước ta hiện nay có xu hướng nào sau đây?</w:t>
      </w:r>
    </w:p>
    <w:p>
      <w:pPr>
        <w:pStyle w:val="ListParagraph"/>
      </w:pPr>
      <w:r>
        <w:rPr>
          <w:sz w:val="22"/>
        </w:rPr>
        <w:t>A. Tăng nhanh</w:t>
      </w:r>
    </w:p>
    <w:p>
      <w:pPr>
        <w:pStyle w:val="ListParagraph"/>
      </w:pPr>
      <w:r>
        <w:rPr>
          <w:sz w:val="22"/>
        </w:rPr>
        <w:t>B. Giảm dần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Tăng nhẹ</w:t>
      </w:r>
    </w:p>
    <w:p/>
    <w:p>
      <w:r>
        <w:rPr>
          <w:b/>
          <w:sz w:val="24"/>
        </w:rPr>
        <w:t>Câu 4: Cơ cấu dân số theo nhóm tuổi của nước ta đang biến đổi theo hướng nào?</w:t>
      </w:r>
    </w:p>
    <w:p>
      <w:pPr>
        <w:pStyle w:val="ListParagraph"/>
      </w:pPr>
      <w:r>
        <w:rPr>
          <w:sz w:val="22"/>
        </w:rPr>
        <w:t>A. Trẻ hóa</w:t>
      </w:r>
    </w:p>
    <w:p>
      <w:pPr>
        <w:pStyle w:val="ListParagraph"/>
      </w:pPr>
      <w:r>
        <w:rPr>
          <w:sz w:val="22"/>
        </w:rPr>
        <w:t>B. Già hóa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Trẻ hóa nhanh</w:t>
      </w:r>
    </w:p>
    <w:p/>
    <w:p>
      <w:r>
        <w:rPr>
          <w:b/>
          <w:sz w:val="24"/>
        </w:rPr>
        <w:t>Câu 5: Tỉ số giới tính của dân số nước ta năm 2021 khoảng bao nhiêu nam/100 nữ?</w:t>
      </w:r>
    </w:p>
    <w:p>
      <w:pPr>
        <w:pStyle w:val="ListParagraph"/>
      </w:pPr>
      <w:r>
        <w:rPr>
          <w:sz w:val="22"/>
        </w:rPr>
        <w:t>A. 95,4</w:t>
      </w:r>
    </w:p>
    <w:p>
      <w:pPr>
        <w:pStyle w:val="ListParagraph"/>
      </w:pPr>
      <w:r>
        <w:rPr>
          <w:sz w:val="22"/>
        </w:rPr>
        <w:t>B. 99,4</w:t>
      </w:r>
    </w:p>
    <w:p>
      <w:pPr>
        <w:pStyle w:val="ListParagraph"/>
      </w:pPr>
      <w:r>
        <w:rPr>
          <w:sz w:val="22"/>
        </w:rPr>
        <w:t>C. 105,0</w:t>
      </w:r>
    </w:p>
    <w:p>
      <w:pPr>
        <w:pStyle w:val="ListParagraph"/>
      </w:pPr>
      <w:r>
        <w:rPr>
          <w:sz w:val="22"/>
        </w:rPr>
        <w:t>D. 112,0</w:t>
      </w:r>
    </w:p>
    <w:p/>
    <w:p>
      <w:r>
        <w:rPr>
          <w:b/>
          <w:sz w:val="24"/>
        </w:rPr>
        <w:t>Câu 6: Nguyên nhân chủ yếu làm giảm tỉ lệ gia tăng dân số tự nhiên ở nước ta là</w:t>
      </w:r>
    </w:p>
    <w:p>
      <w:pPr>
        <w:pStyle w:val="ListParagraph"/>
      </w:pPr>
      <w:r>
        <w:rPr>
          <w:sz w:val="22"/>
        </w:rPr>
        <w:t>A. Thực hiện tốt chính sách dân số</w:t>
      </w:r>
    </w:p>
    <w:p>
      <w:pPr>
        <w:pStyle w:val="ListParagraph"/>
      </w:pPr>
      <w:r>
        <w:rPr>
          <w:sz w:val="22"/>
        </w:rPr>
        <w:t>B. Thiên tai thường xuyên</w:t>
      </w:r>
    </w:p>
    <w:p>
      <w:pPr>
        <w:pStyle w:val="ListParagraph"/>
      </w:pPr>
      <w:r>
        <w:rPr>
          <w:sz w:val="22"/>
        </w:rPr>
        <w:t>C. Dịch bệnh kéo dài</w:t>
      </w:r>
    </w:p>
    <w:p>
      <w:pPr>
        <w:pStyle w:val="ListParagraph"/>
      </w:pPr>
      <w:r>
        <w:rPr>
          <w:sz w:val="22"/>
        </w:rPr>
        <w:t>D. Chiến tranh</w:t>
      </w:r>
    </w:p>
    <w:p/>
    <w:p>
      <w:r>
        <w:rPr>
          <w:b/>
          <w:sz w:val="24"/>
        </w:rPr>
        <w:t>Câu 7: Dân cư nước ta phân bố không đều, tập trung đông nhất ở</w:t>
      </w:r>
    </w:p>
    <w:p>
      <w:pPr>
        <w:pStyle w:val="ListParagraph"/>
      </w:pPr>
      <w:r>
        <w:rPr>
          <w:sz w:val="22"/>
        </w:rPr>
        <w:t>A. Đồng bằng và ven biển</w:t>
      </w:r>
    </w:p>
    <w:p>
      <w:pPr>
        <w:pStyle w:val="ListParagraph"/>
      </w:pPr>
      <w:r>
        <w:rPr>
          <w:sz w:val="22"/>
        </w:rPr>
        <w:t>B. Miền núi cao</w:t>
      </w:r>
    </w:p>
    <w:p>
      <w:pPr>
        <w:pStyle w:val="ListParagraph"/>
      </w:pPr>
      <w:r>
        <w:rPr>
          <w:sz w:val="22"/>
        </w:rPr>
        <w:t>C. Tây Nguyên</w:t>
      </w:r>
    </w:p>
    <w:p>
      <w:pPr>
        <w:pStyle w:val="ListParagraph"/>
      </w:pPr>
      <w:r>
        <w:rPr>
          <w:sz w:val="22"/>
        </w:rPr>
        <w:t>D. Vùng núi phía Bắc</w:t>
      </w:r>
    </w:p>
    <w:p/>
    <w:p>
      <w:r>
        <w:rPr>
          <w:b/>
          <w:sz w:val="24"/>
        </w:rPr>
        <w:t>Câu 8: Mật độ dân số trung bình của nước ta năm 2021 khoảng</w:t>
      </w:r>
    </w:p>
    <w:p>
      <w:pPr>
        <w:pStyle w:val="ListParagraph"/>
      </w:pPr>
      <w:r>
        <w:rPr>
          <w:sz w:val="22"/>
        </w:rPr>
        <w:t>A. 197 người/km²</w:t>
      </w:r>
    </w:p>
    <w:p>
      <w:pPr>
        <w:pStyle w:val="ListParagraph"/>
      </w:pPr>
      <w:r>
        <w:rPr>
          <w:sz w:val="22"/>
        </w:rPr>
        <w:t>B. 297 người/km²</w:t>
      </w:r>
    </w:p>
    <w:p>
      <w:pPr>
        <w:pStyle w:val="ListParagraph"/>
      </w:pPr>
      <w:r>
        <w:rPr>
          <w:sz w:val="22"/>
        </w:rPr>
        <w:t>C. 397 người/km²</w:t>
      </w:r>
    </w:p>
    <w:p>
      <w:pPr>
        <w:pStyle w:val="ListParagraph"/>
      </w:pPr>
      <w:r>
        <w:rPr>
          <w:sz w:val="22"/>
        </w:rPr>
        <w:t>D. 497 người/km²</w:t>
      </w:r>
    </w:p>
    <w:p/>
    <w:p>
      <w:r>
        <w:rPr>
          <w:b/>
          <w:sz w:val="24"/>
        </w:rPr>
        <w:t>Câu 9: Vùng có mật độ dân số cao nhất nước ta hiện nay là</w:t>
      </w:r>
    </w:p>
    <w:p>
      <w:pPr>
        <w:pStyle w:val="ListParagraph"/>
      </w:pPr>
      <w:r>
        <w:rPr>
          <w:sz w:val="22"/>
        </w:rPr>
        <w:t>A. Đồng bằng sông Hồng</w:t>
      </w:r>
    </w:p>
    <w:p>
      <w:pPr>
        <w:pStyle w:val="ListParagraph"/>
      </w:pPr>
      <w:r>
        <w:rPr>
          <w:sz w:val="22"/>
        </w:rPr>
        <w:t>B. Đông Nam Bộ</w:t>
      </w:r>
    </w:p>
    <w:p>
      <w:pPr>
        <w:pStyle w:val="ListParagraph"/>
      </w:pPr>
      <w:r>
        <w:rPr>
          <w:sz w:val="22"/>
        </w:rPr>
        <w:t>C. Đồng bằng sông Cửu Long</w:t>
      </w:r>
    </w:p>
    <w:p>
      <w:pPr>
        <w:pStyle w:val="ListParagraph"/>
      </w:pPr>
      <w:r>
        <w:rPr>
          <w:sz w:val="22"/>
        </w:rPr>
        <w:t>D. Duyên hải Nam Trung Bộ</w:t>
      </w:r>
    </w:p>
    <w:p/>
    <w:p>
      <w:r>
        <w:rPr>
          <w:b/>
          <w:sz w:val="24"/>
        </w:rPr>
        <w:t>Câu 10: Loại hình quần cư nào thường gắn với hoạt động công nghiệp và dịch vụ?</w:t>
      </w:r>
    </w:p>
    <w:p>
      <w:pPr>
        <w:pStyle w:val="ListParagraph"/>
      </w:pPr>
      <w:r>
        <w:rPr>
          <w:sz w:val="22"/>
        </w:rPr>
        <w:t>A. Quần cư nông thôn</w:t>
      </w:r>
    </w:p>
    <w:p>
      <w:pPr>
        <w:pStyle w:val="ListParagraph"/>
      </w:pPr>
      <w:r>
        <w:rPr>
          <w:sz w:val="22"/>
        </w:rPr>
        <w:t>B. Quần cư thành thị</w:t>
      </w:r>
    </w:p>
    <w:p>
      <w:pPr>
        <w:pStyle w:val="ListParagraph"/>
      </w:pPr>
      <w:r>
        <w:rPr>
          <w:sz w:val="22"/>
        </w:rPr>
        <w:t>C. Quần cư làng chài</w:t>
      </w:r>
    </w:p>
    <w:p>
      <w:pPr>
        <w:pStyle w:val="ListParagraph"/>
      </w:pPr>
      <w:r>
        <w:rPr>
          <w:sz w:val="22"/>
        </w:rPr>
        <w:t>D. Quần cư bản làng</w:t>
      </w:r>
    </w:p>
    <w:p/>
    <w:p>
      <w:r>
        <w:rPr>
          <w:b/>
          <w:sz w:val="24"/>
        </w:rPr>
        <w:t>Câu 11: Tỉ lệ dân thành thị của nước ta năm 2021 khoảng</w:t>
      </w:r>
    </w:p>
    <w:p>
      <w:pPr>
        <w:pStyle w:val="ListParagraph"/>
      </w:pPr>
      <w:r>
        <w:rPr>
          <w:sz w:val="22"/>
        </w:rPr>
        <w:t>A. 30,5%</w:t>
      </w:r>
    </w:p>
    <w:p>
      <w:pPr>
        <w:pStyle w:val="ListParagraph"/>
      </w:pPr>
      <w:r>
        <w:rPr>
          <w:sz w:val="22"/>
        </w:rPr>
        <w:t>B. 40,5%</w:t>
      </w:r>
    </w:p>
    <w:p>
      <w:pPr>
        <w:pStyle w:val="ListParagraph"/>
      </w:pPr>
      <w:r>
        <w:rPr>
          <w:sz w:val="22"/>
        </w:rPr>
        <w:t>C. 50,5%</w:t>
      </w:r>
    </w:p>
    <w:p>
      <w:pPr>
        <w:pStyle w:val="ListParagraph"/>
      </w:pPr>
      <w:r>
        <w:rPr>
          <w:sz w:val="22"/>
        </w:rPr>
        <w:t>D. 60,5%</w:t>
      </w:r>
    </w:p>
    <w:p/>
    <w:p>
      <w:r>
        <w:rPr>
          <w:b/>
          <w:sz w:val="24"/>
        </w:rPr>
        <w:t>Câu 12: Đặc điểm nổi bật của nguồn lao động nước ta hiện nay là</w:t>
      </w:r>
    </w:p>
    <w:p>
      <w:pPr>
        <w:pStyle w:val="ListParagraph"/>
      </w:pPr>
      <w:r>
        <w:rPr>
          <w:sz w:val="22"/>
        </w:rPr>
        <w:t>A. Dồi dào và chất lượng ngày càng nâng lên</w:t>
      </w:r>
    </w:p>
    <w:p>
      <w:pPr>
        <w:pStyle w:val="ListParagraph"/>
      </w:pPr>
      <w:r>
        <w:rPr>
          <w:sz w:val="22"/>
        </w:rPr>
        <w:t>B. Thiếu hụt nghiêm trọng</w:t>
      </w:r>
    </w:p>
    <w:p>
      <w:pPr>
        <w:pStyle w:val="ListParagraph"/>
      </w:pPr>
      <w:r>
        <w:rPr>
          <w:sz w:val="22"/>
        </w:rPr>
        <w:t>C. Chủ yếu là lao động già</w:t>
      </w:r>
    </w:p>
    <w:p>
      <w:pPr>
        <w:pStyle w:val="ListParagraph"/>
      </w:pPr>
      <w:r>
        <w:rPr>
          <w:sz w:val="22"/>
        </w:rPr>
        <w:t>D. Quy mô nhỏ</w:t>
      </w:r>
    </w:p>
    <w:p/>
    <w:p>
      <w:r>
        <w:rPr>
          <w:b/>
          <w:sz w:val="24"/>
        </w:rPr>
        <w:t>Câu 13: Cơ cấu lao động theo ngành của nước ta đang chuyển dịch theo hướng</w:t>
      </w:r>
    </w:p>
    <w:p>
      <w:pPr>
        <w:pStyle w:val="ListParagraph"/>
      </w:pPr>
      <w:r>
        <w:rPr>
          <w:sz w:val="22"/>
        </w:rPr>
        <w:t>A. Tăng tỉ trọng nông nghiệp, giảm công nghiệp</w:t>
      </w:r>
    </w:p>
    <w:p>
      <w:pPr>
        <w:pStyle w:val="ListParagraph"/>
      </w:pPr>
      <w:r>
        <w:rPr>
          <w:sz w:val="22"/>
        </w:rPr>
        <w:t>B. Giảm tỉ trọng nông nghiệp, tăng công nghiệp và dịch vụ</w:t>
      </w:r>
    </w:p>
    <w:p>
      <w:pPr>
        <w:pStyle w:val="ListParagraph"/>
      </w:pPr>
      <w:r>
        <w:rPr>
          <w:sz w:val="22"/>
        </w:rPr>
        <w:t>C. Tăng nông nghiệp và dịch vụ</w:t>
      </w:r>
    </w:p>
    <w:p>
      <w:pPr>
        <w:pStyle w:val="ListParagraph"/>
      </w:pPr>
      <w:r>
        <w:rPr>
          <w:sz w:val="22"/>
        </w:rPr>
        <w:t>D. Không thay đổi</w:t>
      </w:r>
    </w:p>
    <w:p/>
    <w:p>
      <w:r>
        <w:rPr>
          <w:b/>
          <w:sz w:val="24"/>
        </w:rPr>
        <w:t>Câu 14: Vấn đề cấp bách đặt ra đối với lao động, việc làm ở nước ta là</w:t>
      </w:r>
    </w:p>
    <w:p>
      <w:pPr>
        <w:pStyle w:val="ListParagraph"/>
      </w:pPr>
      <w:r>
        <w:rPr>
          <w:sz w:val="22"/>
        </w:rPr>
        <w:t>A. Thiếu lao động trầm trọng</w:t>
      </w:r>
    </w:p>
    <w:p>
      <w:pPr>
        <w:pStyle w:val="ListParagraph"/>
      </w:pPr>
      <w:r>
        <w:rPr>
          <w:sz w:val="22"/>
        </w:rPr>
        <w:t>B. Giải quyết việc làm và nâng cao chất lượng lao động</w:t>
      </w:r>
    </w:p>
    <w:p>
      <w:pPr>
        <w:pStyle w:val="ListParagraph"/>
      </w:pPr>
      <w:r>
        <w:rPr>
          <w:sz w:val="22"/>
        </w:rPr>
        <w:t>C. Chỉ thiếu việc làm ở thành thị</w:t>
      </w:r>
    </w:p>
    <w:p>
      <w:pPr>
        <w:pStyle w:val="ListParagraph"/>
      </w:pPr>
      <w:r>
        <w:rPr>
          <w:sz w:val="22"/>
        </w:rPr>
        <w:t>D. Không cần đào tạo nghề</w:t>
      </w:r>
    </w:p>
    <w:p/>
    <w:p>
      <w:r>
        <w:rPr>
          <w:b/>
          <w:sz w:val="24"/>
        </w:rPr>
        <w:t>Câu 15: Chất lượng cuộc sống của người dân nước ta trong những năm gần đây</w:t>
      </w:r>
    </w:p>
    <w:p>
      <w:pPr>
        <w:pStyle w:val="ListParagraph"/>
      </w:pPr>
      <w:r>
        <w:rPr>
          <w:sz w:val="22"/>
        </w:rPr>
        <w:t>A. Ngày càng giảm</w:t>
      </w:r>
    </w:p>
    <w:p>
      <w:pPr>
        <w:pStyle w:val="ListParagraph"/>
      </w:pPr>
      <w:r>
        <w:rPr>
          <w:sz w:val="22"/>
        </w:rPr>
        <w:t>B. Ngày càng được cải thiện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Suy giảm mạnh</w:t>
      </w:r>
    </w:p>
    <w:p/>
    <w:p>
      <w:r>
        <w:rPr>
          <w:b/>
          <w:sz w:val="24"/>
        </w:rPr>
        <w:t>Câu 16: Chỉ số phát triển con người (HDI) của nước ta năm 2021 đạt khoảng</w:t>
      </w:r>
    </w:p>
    <w:p>
      <w:pPr>
        <w:pStyle w:val="ListParagraph"/>
      </w:pPr>
      <w:r>
        <w:rPr>
          <w:sz w:val="22"/>
        </w:rPr>
        <w:t>A. 0,503</w:t>
      </w:r>
    </w:p>
    <w:p>
      <w:pPr>
        <w:pStyle w:val="ListParagraph"/>
      </w:pPr>
      <w:r>
        <w:rPr>
          <w:sz w:val="22"/>
        </w:rPr>
        <w:t>B. 0,603</w:t>
      </w:r>
    </w:p>
    <w:p>
      <w:pPr>
        <w:pStyle w:val="ListParagraph"/>
      </w:pPr>
      <w:r>
        <w:rPr>
          <w:sz w:val="22"/>
        </w:rPr>
        <w:t>C. 0,703</w:t>
      </w:r>
    </w:p>
    <w:p>
      <w:pPr>
        <w:pStyle w:val="ListParagraph"/>
      </w:pPr>
      <w:r>
        <w:rPr>
          <w:sz w:val="22"/>
        </w:rPr>
        <w:t>D. 0,803</w:t>
      </w:r>
    </w:p>
    <w:p/>
    <w:p>
      <w:r>
        <w:rPr>
          <w:b/>
          <w:sz w:val="24"/>
        </w:rPr>
        <w:t>Câu 17: Tuổi thọ trung bình của dân số nước ta năm 2021 khoảng</w:t>
      </w:r>
    </w:p>
    <w:p>
      <w:pPr>
        <w:pStyle w:val="ListParagraph"/>
      </w:pPr>
      <w:r>
        <w:rPr>
          <w:sz w:val="22"/>
        </w:rPr>
        <w:t>A. 63,6 tuổi</w:t>
      </w:r>
    </w:p>
    <w:p>
      <w:pPr>
        <w:pStyle w:val="ListParagraph"/>
      </w:pPr>
      <w:r>
        <w:rPr>
          <w:sz w:val="22"/>
        </w:rPr>
        <w:t>B. 73,6 tuổi</w:t>
      </w:r>
    </w:p>
    <w:p>
      <w:pPr>
        <w:pStyle w:val="ListParagraph"/>
      </w:pPr>
      <w:r>
        <w:rPr>
          <w:sz w:val="22"/>
        </w:rPr>
        <w:t>C. 83,6 tuổi</w:t>
      </w:r>
    </w:p>
    <w:p>
      <w:pPr>
        <w:pStyle w:val="ListParagraph"/>
      </w:pPr>
      <w:r>
        <w:rPr>
          <w:sz w:val="22"/>
        </w:rPr>
        <w:t>D. 53,6 tuổi</w:t>
      </w:r>
    </w:p>
    <w:p/>
    <w:p>
      <w:r>
        <w:rPr>
          <w:b/>
          <w:sz w:val="24"/>
        </w:rPr>
        <w:t>Câu 18: Thu nhập bình quân đầu người một tháng của nước ta năm 2021 khoảng</w:t>
      </w:r>
    </w:p>
    <w:p>
      <w:pPr>
        <w:pStyle w:val="ListParagraph"/>
      </w:pPr>
      <w:r>
        <w:rPr>
          <w:sz w:val="22"/>
        </w:rPr>
        <w:t>A. 3,2 triệu đồng</w:t>
      </w:r>
    </w:p>
    <w:p>
      <w:pPr>
        <w:pStyle w:val="ListParagraph"/>
      </w:pPr>
      <w:r>
        <w:rPr>
          <w:sz w:val="22"/>
        </w:rPr>
        <w:t>B. 4,2 triệu đồng</w:t>
      </w:r>
    </w:p>
    <w:p>
      <w:pPr>
        <w:pStyle w:val="ListParagraph"/>
      </w:pPr>
      <w:r>
        <w:rPr>
          <w:sz w:val="22"/>
        </w:rPr>
        <w:t>C. 5,2 triệu đồng</w:t>
      </w:r>
    </w:p>
    <w:p>
      <w:pPr>
        <w:pStyle w:val="ListParagraph"/>
      </w:pPr>
      <w:r>
        <w:rPr>
          <w:sz w:val="22"/>
        </w:rPr>
        <w:t>D. 6,2 triệu đồng</w:t>
      </w:r>
    </w:p>
    <w:p/>
    <w:p>
      <w:r>
        <w:rPr>
          <w:b/>
          <w:sz w:val="24"/>
        </w:rPr>
        <w:t>Câu 19: Tỉ lệ hộ nghèo ở nước ta trong những năm gần đây có xu hướng</w:t>
      </w:r>
    </w:p>
    <w:p>
      <w:pPr>
        <w:pStyle w:val="ListParagraph"/>
      </w:pPr>
      <w:r>
        <w:rPr>
          <w:sz w:val="22"/>
        </w:rPr>
        <w:t>A. Tăng nhanh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Tăng nhẹ</w:t>
      </w:r>
    </w:p>
    <w:p/>
    <w:p>
      <w:r>
        <w:rPr>
          <w:b/>
          <w:sz w:val="24"/>
        </w:rPr>
        <w:t>Câu 20: Nhân tố chủ yếu giúp nâng cao chất lượng cuộc sống của người dân nước ta là</w:t>
      </w:r>
    </w:p>
    <w:p>
      <w:pPr>
        <w:pStyle w:val="ListParagraph"/>
      </w:pPr>
      <w:r>
        <w:rPr>
          <w:sz w:val="22"/>
        </w:rPr>
        <w:t>A. Kinh tế phát triển và chính sách xã hội hiệu quả</w:t>
      </w:r>
    </w:p>
    <w:p>
      <w:pPr>
        <w:pStyle w:val="ListParagraph"/>
      </w:pPr>
      <w:r>
        <w:rPr>
          <w:sz w:val="22"/>
        </w:rPr>
        <w:t>B. Thiên tai xảy ra thường xuyên</w:t>
      </w:r>
    </w:p>
    <w:p>
      <w:pPr>
        <w:pStyle w:val="ListParagraph"/>
      </w:pPr>
      <w:r>
        <w:rPr>
          <w:sz w:val="22"/>
        </w:rPr>
        <w:t>C. Dân số tăng nhanh</w:t>
      </w:r>
    </w:p>
    <w:p>
      <w:pPr>
        <w:pStyle w:val="ListParagraph"/>
      </w:pPr>
      <w:r>
        <w:rPr>
          <w:sz w:val="22"/>
        </w:rPr>
        <w:t>D. Chiến tranh kéo dài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