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11 câu trắc nghiệm lớp11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Giới hạn $\lim_{x \to 0} \frac{\sin x}{x}$ bằng bao nhiêu?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$+\infty$</w:t>
      </w:r>
    </w:p>
    <w:p>
      <w:pPr>
        <w:pStyle w:val="ListParagraph"/>
      </w:pPr>
      <w:r>
        <w:rPr>
          <w:sz w:val="22"/>
        </w:rPr>
        <w:t>D. -1</w:t>
      </w:r>
    </w:p>
    <w:p/>
    <w:p>
      <w:r>
        <w:rPr>
          <w:b/>
          <w:sz w:val="24"/>
        </w:rPr>
        <w:t>Câu 2: Đạo hàm của hàm số $y = x^3 - 3x^2 + 2$ là:</w:t>
      </w:r>
    </w:p>
    <w:p>
      <w:pPr>
        <w:pStyle w:val="ListParagraph"/>
      </w:pPr>
      <w:r>
        <w:rPr>
          <w:sz w:val="22"/>
        </w:rPr>
        <w:t>A. $3x^2 - 6x$</w:t>
      </w:r>
    </w:p>
    <w:p>
      <w:pPr>
        <w:pStyle w:val="ListParagraph"/>
      </w:pPr>
      <w:r>
        <w:rPr>
          <w:sz w:val="22"/>
        </w:rPr>
        <w:t>B. $3x^2 - 6x + 2$</w:t>
      </w:r>
    </w:p>
    <w:p>
      <w:pPr>
        <w:pStyle w:val="ListParagraph"/>
      </w:pPr>
      <w:r>
        <w:rPr>
          <w:sz w:val="22"/>
        </w:rPr>
        <w:t>C. $x^2 - 6x$</w:t>
      </w:r>
    </w:p>
    <w:p>
      <w:pPr>
        <w:pStyle w:val="ListParagraph"/>
      </w:pPr>
      <w:r>
        <w:rPr>
          <w:sz w:val="22"/>
        </w:rPr>
        <w:t>D. $3x^2 - 3x$</w:t>
      </w:r>
    </w:p>
    <w:p/>
    <w:p>
      <w:r>
        <w:rPr>
          <w:b/>
          <w:sz w:val="24"/>
        </w:rPr>
        <w:t>Câu 3: Cường độ điện trường tại một điểm do điện tích điểm $Q$ gây ra được tính bằng công thức nào sau đây?</w:t>
      </w:r>
    </w:p>
    <w:p>
      <w:pPr>
        <w:pStyle w:val="ListParagraph"/>
      </w:pPr>
      <w:r>
        <w:rPr>
          <w:sz w:val="22"/>
        </w:rPr>
        <w:t>A. $E = k\frac{|Q|}{r^2}$</w:t>
      </w:r>
    </w:p>
    <w:p>
      <w:pPr>
        <w:pStyle w:val="ListParagraph"/>
      </w:pPr>
      <w:r>
        <w:rPr>
          <w:sz w:val="22"/>
        </w:rPr>
        <w:t>B. $E = k\frac{|Q|}{r}$</w:t>
      </w:r>
    </w:p>
    <w:p>
      <w:pPr>
        <w:pStyle w:val="ListParagraph"/>
      </w:pPr>
      <w:r>
        <w:rPr>
          <w:sz w:val="22"/>
        </w:rPr>
        <w:t>C. $E = k\frac{Q}{r^2}$</w:t>
      </w:r>
    </w:p>
    <w:p>
      <w:pPr>
        <w:pStyle w:val="ListParagraph"/>
      </w:pPr>
      <w:r>
        <w:rPr>
          <w:sz w:val="22"/>
        </w:rPr>
        <w:t>D. $E = k\frac{Q}{r}$</w:t>
      </w:r>
    </w:p>
    <w:p/>
    <w:p>
      <w:r>
        <w:rPr>
          <w:b/>
          <w:sz w:val="24"/>
        </w:rPr>
        <w:t>Câu 4: Từ thông qua diện tích $S$ đặt trong từ trường đều có cảm ứng từ $B$ hợp với pháp tuyến một góc $\alpha$ được xác định bởi:</w:t>
      </w:r>
    </w:p>
    <w:p>
      <w:pPr>
        <w:pStyle w:val="ListParagraph"/>
      </w:pPr>
      <w:r>
        <w:rPr>
          <w:sz w:val="22"/>
        </w:rPr>
        <w:t>A. $\Phi = B.S.\sin\alpha$</w:t>
      </w:r>
    </w:p>
    <w:p>
      <w:pPr>
        <w:pStyle w:val="ListParagraph"/>
      </w:pPr>
      <w:r>
        <w:rPr>
          <w:sz w:val="22"/>
        </w:rPr>
        <w:t>B. $\Phi = B.S.\cos\alpha$</w:t>
      </w:r>
    </w:p>
    <w:p>
      <w:pPr>
        <w:pStyle w:val="ListParagraph"/>
      </w:pPr>
      <w:r>
        <w:rPr>
          <w:sz w:val="22"/>
        </w:rPr>
        <w:t>C. $\Phi = B.S.\tan\alpha$</w:t>
      </w:r>
    </w:p>
    <w:p>
      <w:pPr>
        <w:pStyle w:val="ListParagraph"/>
      </w:pPr>
      <w:r>
        <w:rPr>
          <w:sz w:val="22"/>
        </w:rPr>
        <w:t>D. $\Phi = B.S.\cot\alpha$</w:t>
      </w:r>
    </w:p>
    <w:p/>
    <w:p>
      <w:r>
        <w:rPr>
          <w:b/>
          <w:sz w:val="24"/>
        </w:rPr>
        <w:t>Câu 5: Cấu hình electron của nguyên tử nitơ ($Z = 7$) là:</w:t>
      </w:r>
    </w:p>
    <w:p>
      <w:pPr>
        <w:pStyle w:val="ListParagraph"/>
      </w:pPr>
      <w:r>
        <w:rPr>
          <w:sz w:val="22"/>
        </w:rPr>
        <w:t>A. $1s^2 2s^2 2p^3$</w:t>
      </w:r>
    </w:p>
    <w:p>
      <w:pPr>
        <w:pStyle w:val="ListParagraph"/>
      </w:pPr>
      <w:r>
        <w:rPr>
          <w:sz w:val="22"/>
        </w:rPr>
        <w:t>B. $1s^2 2s^2 2p^4$</w:t>
      </w:r>
    </w:p>
    <w:p>
      <w:pPr>
        <w:pStyle w:val="ListParagraph"/>
      </w:pPr>
      <w:r>
        <w:rPr>
          <w:sz w:val="22"/>
        </w:rPr>
        <w:t>C. $1s^2 2s^2 2p^2$</w:t>
      </w:r>
    </w:p>
    <w:p>
      <w:pPr>
        <w:pStyle w:val="ListParagraph"/>
      </w:pPr>
      <w:r>
        <w:rPr>
          <w:sz w:val="22"/>
        </w:rPr>
        <w:t>D. $1s^2 2s^2 2p^5$</w:t>
      </w:r>
    </w:p>
    <w:p/>
    <w:p>
      <w:r>
        <w:rPr>
          <w:b/>
          <w:sz w:val="24"/>
        </w:rPr>
        <w:t>Câu 6: Chất nào sau đây là ancol?</w:t>
      </w:r>
    </w:p>
    <w:p>
      <w:pPr>
        <w:pStyle w:val="ListParagraph"/>
      </w:pPr>
      <w:r>
        <w:rPr>
          <w:sz w:val="22"/>
        </w:rPr>
        <w:t>A. $CH_3OH$</w:t>
      </w:r>
    </w:p>
    <w:p>
      <w:pPr>
        <w:pStyle w:val="ListParagraph"/>
      </w:pPr>
      <w:r>
        <w:rPr>
          <w:sz w:val="22"/>
        </w:rPr>
        <w:t>B. $CH_3COOH$</w:t>
      </w:r>
    </w:p>
    <w:p>
      <w:pPr>
        <w:pStyle w:val="ListParagraph"/>
      </w:pPr>
      <w:r>
        <w:rPr>
          <w:sz w:val="22"/>
        </w:rPr>
        <w:t>C. $CH_3CHO$</w:t>
      </w:r>
    </w:p>
    <w:p>
      <w:pPr>
        <w:pStyle w:val="ListParagraph"/>
      </w:pPr>
      <w:r>
        <w:rPr>
          <w:sz w:val="22"/>
        </w:rPr>
        <w:t>D. $CH_3COCH_3$</w:t>
      </w:r>
    </w:p>
    <w:p/>
    <w:p>
      <w:r>
        <w:rPr>
          <w:b/>
          <w:sz w:val="24"/>
        </w:rPr>
        <w:t>Câu 7: Ở người, bộ nhiễm sắc thể lưỡng bội bình thường có bao nhiêu nhiễm sắc thể?</w:t>
      </w:r>
    </w:p>
    <w:p>
      <w:pPr>
        <w:pStyle w:val="ListParagraph"/>
      </w:pPr>
      <w:r>
        <w:rPr>
          <w:sz w:val="22"/>
        </w:rPr>
        <w:t>A. 23</w:t>
      </w:r>
    </w:p>
    <w:p>
      <w:pPr>
        <w:pStyle w:val="ListParagraph"/>
      </w:pPr>
      <w:r>
        <w:rPr>
          <w:sz w:val="22"/>
        </w:rPr>
        <w:t>B. 46</w:t>
      </w:r>
    </w:p>
    <w:p>
      <w:pPr>
        <w:pStyle w:val="ListParagraph"/>
      </w:pPr>
      <w:r>
        <w:rPr>
          <w:sz w:val="22"/>
        </w:rPr>
        <w:t>C. 44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8: Tác phẩm nào sau đây không phải của Nguyễn Tuân?</w:t>
      </w:r>
    </w:p>
    <w:p>
      <w:pPr>
        <w:pStyle w:val="ListParagraph"/>
      </w:pPr>
      <w:r>
        <w:rPr>
          <w:sz w:val="22"/>
        </w:rPr>
        <w:t>A. Chữ người tử tù</w:t>
      </w:r>
    </w:p>
    <w:p>
      <w:pPr>
        <w:pStyle w:val="ListParagraph"/>
      </w:pPr>
      <w:r>
        <w:rPr>
          <w:sz w:val="22"/>
        </w:rPr>
        <w:t>B. Người lái đò sông Đà</w:t>
      </w:r>
    </w:p>
    <w:p>
      <w:pPr>
        <w:pStyle w:val="ListParagraph"/>
      </w:pPr>
      <w:r>
        <w:rPr>
          <w:sz w:val="22"/>
        </w:rPr>
        <w:t>C. Vang bóng một thời</w:t>
      </w:r>
    </w:p>
    <w:p>
      <w:pPr>
        <w:pStyle w:val="ListParagraph"/>
      </w:pPr>
      <w:r>
        <w:rPr>
          <w:sz w:val="22"/>
        </w:rPr>
        <w:t>D. Số đỏ</w:t>
      </w:r>
    </w:p>
    <w:p/>
    <w:p>
      <w:r>
        <w:rPr>
          <w:b/>
          <w:sz w:val="24"/>
        </w:rPr>
        <w:t>Câu 9: Choose the correct answer: If I ______ you, I would not do that.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10: Chiến thắng nào đã kết thúc cuộc kháng chiến chống Pháp của nhân dân Việt Nam (1945–1954)?</w:t>
      </w:r>
    </w:p>
    <w:p>
      <w:pPr>
        <w:pStyle w:val="ListParagraph"/>
      </w:pPr>
      <w:r>
        <w:rPr>
          <w:sz w:val="22"/>
        </w:rPr>
        <w:t>A. Việt Bắc 1947</w:t>
      </w:r>
    </w:p>
    <w:p>
      <w:pPr>
        <w:pStyle w:val="ListParagraph"/>
      </w:pPr>
      <w:r>
        <w:rPr>
          <w:sz w:val="22"/>
        </w:rPr>
        <w:t>B. Biên giới 1950</w:t>
      </w:r>
    </w:p>
    <w:p>
      <w:pPr>
        <w:pStyle w:val="ListParagraph"/>
      </w:pPr>
      <w:r>
        <w:rPr>
          <w:sz w:val="22"/>
        </w:rPr>
        <w:t>C. Điện Biên Phủ 1954</w:t>
      </w:r>
    </w:p>
    <w:p>
      <w:pPr>
        <w:pStyle w:val="ListParagraph"/>
      </w:pPr>
      <w:r>
        <w:rPr>
          <w:sz w:val="22"/>
        </w:rPr>
        <w:t>D. Tây Bắc 1952</w:t>
      </w:r>
    </w:p>
    <w:p/>
    <w:p>
      <w:r>
        <w:rPr>
          <w:b/>
          <w:sz w:val="24"/>
        </w:rPr>
        <w:t>Câu 11: Vùng nào có diện tích lớn nhất Việt Nam?</w:t>
      </w:r>
    </w:p>
    <w:p>
      <w:pPr>
        <w:pStyle w:val="ListParagraph"/>
      </w:pPr>
      <w:r>
        <w:rPr>
          <w:sz w:val="22"/>
        </w:rPr>
        <w:t>A. Tây Nguyên</w:t>
      </w:r>
    </w:p>
    <w:p>
      <w:pPr>
        <w:pStyle w:val="ListParagraph"/>
      </w:pPr>
      <w:r>
        <w:rPr>
          <w:sz w:val="22"/>
        </w:rPr>
        <w:t>B. Đông Nam Bộ</w:t>
      </w:r>
    </w:p>
    <w:p>
      <w:pPr>
        <w:pStyle w:val="ListParagraph"/>
      </w:pPr>
      <w:r>
        <w:rPr>
          <w:sz w:val="22"/>
        </w:rPr>
        <w:t>C. Bắc Trung Bộ</w:t>
      </w:r>
    </w:p>
    <w:p>
      <w:pPr>
        <w:pStyle w:val="ListParagraph"/>
      </w:pPr>
      <w:r>
        <w:rPr>
          <w:sz w:val="22"/>
        </w:rPr>
        <w:t>D. Trung du và miền núi Bắc Bộ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