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jc w:val="center"/>
      </w:pPr>
      <w:r>
        <w:rPr>
          <w:color w:val="0A2463"/>
          <w:sz w:val="32"/>
        </w:rPr>
        <w:t>Kinh tế pháp luật bài 3 bảo hiểm</w:t>
      </w:r>
    </w:p>
    <w:p>
      <w:pPr>
        <w:jc w:val="center"/>
      </w:pPr>
      <w:r>
        <w:rPr>
          <w:sz w:val="22"/>
        </w:rPr>
        <w:t>Số câu: 35    Thời gian: _____ phút    Họ và tên: _________________________</w:t>
      </w:r>
    </w:p>
    <w:p/>
    <w:p>
      <w:r>
        <w:rPr>
          <w:b/>
          <w:sz w:val="24"/>
        </w:rPr>
        <w:t>Câu 1: Bảo hiểm là gì?</w:t>
      </w:r>
    </w:p>
    <w:p>
      <w:pPr>
        <w:pStyle w:val="ListParagraph"/>
      </w:pPr>
      <w:r>
        <w:rPr>
          <w:sz w:val="22"/>
        </w:rPr>
        <w:t>A. Hoạt động cho vay tiền giữa các cá nhân.</w:t>
      </w:r>
    </w:p>
    <w:p>
      <w:pPr>
        <w:pStyle w:val="ListParagraph"/>
      </w:pPr>
      <w:r>
        <w:rPr>
          <w:sz w:val="22"/>
        </w:rPr>
        <w:t>B. Hoạt động nhằm bù đắp tổn thất tài chính khi xảy ra rủi ro.</w:t>
      </w:r>
    </w:p>
    <w:p>
      <w:pPr>
        <w:pStyle w:val="ListParagraph"/>
      </w:pPr>
      <w:r>
        <w:rPr>
          <w:sz w:val="22"/>
        </w:rPr>
        <w:t>C. Hoạt động gửi tiết kiệm tại ngân hàng.</w:t>
      </w:r>
    </w:p>
    <w:p>
      <w:pPr>
        <w:pStyle w:val="ListParagraph"/>
      </w:pPr>
      <w:r>
        <w:rPr>
          <w:sz w:val="22"/>
        </w:rPr>
        <w:t>D. Hoạt động mua bán hàng hóa.</w:t>
      </w:r>
    </w:p>
    <w:p/>
    <w:p>
      <w:r>
        <w:rPr>
          <w:b/>
          <w:sz w:val="24"/>
        </w:rPr>
        <w:t>Câu 2: Đối tượng nào sau đây có thể tham gia bảo hiểm?</w:t>
      </w:r>
    </w:p>
    <w:p>
      <w:pPr>
        <w:pStyle w:val="ListParagraph"/>
      </w:pPr>
      <w:r>
        <w:rPr>
          <w:sz w:val="22"/>
        </w:rPr>
        <w:t>A. Chỉ người lao động.</w:t>
      </w:r>
    </w:p>
    <w:p>
      <w:pPr>
        <w:pStyle w:val="ListParagraph"/>
      </w:pPr>
      <w:r>
        <w:rPr>
          <w:sz w:val="22"/>
        </w:rPr>
        <w:t>B. Chỉ người có thu nhập cao.</w:t>
      </w:r>
    </w:p>
    <w:p>
      <w:pPr>
        <w:pStyle w:val="ListParagraph"/>
      </w:pPr>
      <w:r>
        <w:rPr>
          <w:sz w:val="22"/>
        </w:rPr>
        <w:t>C. Cá nhân, tổ chức theo quy định của từng loại hình bảo hiểm.</w:t>
      </w:r>
    </w:p>
    <w:p>
      <w:pPr>
        <w:pStyle w:val="ListParagraph"/>
      </w:pPr>
      <w:r>
        <w:rPr>
          <w:sz w:val="22"/>
        </w:rPr>
        <w:t>D. Chỉ người làm việc trong cơ quan nhà nước.</w:t>
      </w:r>
    </w:p>
    <w:p/>
    <w:p>
      <w:r>
        <w:rPr>
          <w:b/>
          <w:sz w:val="24"/>
        </w:rPr>
        <w:t>Câu 3: Một trong những vai trò của bảo hiểm là gì?</w:t>
      </w:r>
    </w:p>
    <w:p>
      <w:pPr>
        <w:pStyle w:val="ListParagraph"/>
      </w:pPr>
      <w:r>
        <w:rPr>
          <w:sz w:val="22"/>
        </w:rPr>
        <w:t>A. Loại bỏ hoàn toàn mọi rủi ro.</w:t>
      </w:r>
    </w:p>
    <w:p>
      <w:pPr>
        <w:pStyle w:val="ListParagraph"/>
      </w:pPr>
      <w:r>
        <w:rPr>
          <w:sz w:val="22"/>
        </w:rPr>
        <w:t>B. Giúp ổn định tài chính khi gặp rủi ro.</w:t>
      </w:r>
    </w:p>
    <w:p>
      <w:pPr>
        <w:pStyle w:val="ListParagraph"/>
      </w:pPr>
      <w:r>
        <w:rPr>
          <w:sz w:val="22"/>
        </w:rPr>
        <w:t>C. Đảm bảo mọi người đều trở nên giàu có.</w:t>
      </w:r>
    </w:p>
    <w:p>
      <w:pPr>
        <w:pStyle w:val="ListParagraph"/>
      </w:pPr>
      <w:r>
        <w:rPr>
          <w:sz w:val="22"/>
        </w:rPr>
        <w:t>D. Thay thế hoàn toàn thu nhập của người lao động.</w:t>
      </w:r>
    </w:p>
    <w:p/>
    <w:p>
      <w:r>
        <w:rPr>
          <w:b/>
          <w:sz w:val="24"/>
        </w:rPr>
        <w:t>Câu 4: Bảo hiểm xã hội có vai trò chủ yếu nào sau đây?</w:t>
      </w:r>
    </w:p>
    <w:p>
      <w:pPr>
        <w:pStyle w:val="ListParagraph"/>
      </w:pPr>
      <w:r>
        <w:rPr>
          <w:sz w:val="22"/>
        </w:rPr>
        <w:t>A. Bảo vệ người lao động trước những rủi ro về thu nhập theo quy định.</w:t>
      </w:r>
    </w:p>
    <w:p>
      <w:pPr>
        <w:pStyle w:val="ListParagraph"/>
      </w:pPr>
      <w:r>
        <w:rPr>
          <w:sz w:val="22"/>
        </w:rPr>
        <w:t>B. Bảo vệ hàng hóa xuất khẩu.</w:t>
      </w:r>
    </w:p>
    <w:p>
      <w:pPr>
        <w:pStyle w:val="ListParagraph"/>
      </w:pPr>
      <w:r>
        <w:rPr>
          <w:sz w:val="22"/>
        </w:rPr>
        <w:t>C. Bảo vệ tài sản của doanh nghiệp trước mọi rủi ro.</w:t>
      </w:r>
    </w:p>
    <w:p>
      <w:pPr>
        <w:pStyle w:val="ListParagraph"/>
      </w:pPr>
      <w:r>
        <w:rPr>
          <w:sz w:val="22"/>
        </w:rPr>
        <w:t>D. Cung cấp dịch vụ gửi tiền tiết kiệm.</w:t>
      </w:r>
    </w:p>
    <w:p/>
    <w:p>
      <w:r>
        <w:rPr>
          <w:b/>
          <w:sz w:val="24"/>
        </w:rPr>
        <w:t>Câu 5: Bảo hiểm y tế giúp người tham gia chủ yếu trong trường hợp nào?</w:t>
      </w:r>
    </w:p>
    <w:p>
      <w:pPr>
        <w:pStyle w:val="ListParagraph"/>
      </w:pPr>
      <w:r>
        <w:rPr>
          <w:sz w:val="22"/>
        </w:rPr>
        <w:t>A. Khi mua nhà.</w:t>
      </w:r>
    </w:p>
    <w:p>
      <w:pPr>
        <w:pStyle w:val="ListParagraph"/>
      </w:pPr>
      <w:r>
        <w:rPr>
          <w:sz w:val="22"/>
        </w:rPr>
        <w:t>B. Khi đi du lịch.</w:t>
      </w:r>
    </w:p>
    <w:p>
      <w:pPr>
        <w:pStyle w:val="ListParagraph"/>
      </w:pPr>
      <w:r>
        <w:rPr>
          <w:sz w:val="22"/>
        </w:rPr>
        <w:t>C. Khi khám bệnh, chữa bệnh theo phạm vi được hưởng.</w:t>
      </w:r>
    </w:p>
    <w:p>
      <w:pPr>
        <w:pStyle w:val="ListParagraph"/>
      </w:pPr>
      <w:r>
        <w:rPr>
          <w:sz w:val="22"/>
        </w:rPr>
        <w:t>D. Khi mua xe máy.</w:t>
      </w:r>
    </w:p>
    <w:p/>
    <w:p>
      <w:r>
        <w:rPr>
          <w:b/>
          <w:sz w:val="24"/>
        </w:rPr>
        <w:t>Câu 6: Bảo hiểm thất nghiệp có ý nghĩa gì đối với người lao động đủ điều kiện hưởng?</w:t>
      </w:r>
    </w:p>
    <w:p>
      <w:pPr>
        <w:pStyle w:val="ListParagraph"/>
      </w:pPr>
      <w:r>
        <w:rPr>
          <w:sz w:val="22"/>
        </w:rPr>
        <w:t>A. Hỗ trợ khi mất việc làm theo quy định.</w:t>
      </w:r>
    </w:p>
    <w:p>
      <w:pPr>
        <w:pStyle w:val="ListParagraph"/>
      </w:pPr>
      <w:r>
        <w:rPr>
          <w:sz w:val="22"/>
        </w:rPr>
        <w:t>B. Đảm bảo có việc làm ngay lập tức.</w:t>
      </w:r>
    </w:p>
    <w:p>
      <w:pPr>
        <w:pStyle w:val="ListParagraph"/>
      </w:pPr>
      <w:r>
        <w:rPr>
          <w:sz w:val="22"/>
        </w:rPr>
        <w:t>C. Trả lương suốt đời.</w:t>
      </w:r>
    </w:p>
    <w:p>
      <w:pPr>
        <w:pStyle w:val="ListParagraph"/>
      </w:pPr>
      <w:r>
        <w:rPr>
          <w:sz w:val="22"/>
        </w:rPr>
        <w:t>D. Miễn mọi loại thuế.</w:t>
      </w:r>
    </w:p>
    <w:p/>
    <w:p>
      <w:r>
        <w:rPr>
          <w:b/>
          <w:sz w:val="24"/>
        </w:rPr>
        <w:t>Câu 7: Loại hình bảo hiểm nào sau đây thuộc bảo hiểm kinh doanh?</w:t>
      </w:r>
    </w:p>
    <w:p>
      <w:pPr>
        <w:pStyle w:val="ListParagraph"/>
      </w:pPr>
      <w:r>
        <w:rPr>
          <w:sz w:val="22"/>
        </w:rPr>
        <w:t>A. Bảo hiểm xã hội bắt buộc.</w:t>
      </w:r>
    </w:p>
    <w:p>
      <w:pPr>
        <w:pStyle w:val="ListParagraph"/>
      </w:pPr>
      <w:r>
        <w:rPr>
          <w:sz w:val="22"/>
        </w:rPr>
        <w:t>B. Bảo hiểm y tế do Nhà nước tổ chức.</w:t>
      </w:r>
    </w:p>
    <w:p>
      <w:pPr>
        <w:pStyle w:val="ListParagraph"/>
      </w:pPr>
      <w:r>
        <w:rPr>
          <w:sz w:val="22"/>
        </w:rPr>
        <w:t>C. Bảo hiểm thất nghiệp.</w:t>
      </w:r>
    </w:p>
    <w:p>
      <w:pPr>
        <w:pStyle w:val="ListParagraph"/>
      </w:pPr>
      <w:r>
        <w:rPr>
          <w:sz w:val="22"/>
        </w:rPr>
        <w:t>D. Bảo hiểm nhân thọ.</w:t>
      </w:r>
    </w:p>
    <w:p/>
    <w:p>
      <w:r>
        <w:rPr>
          <w:b/>
          <w:sz w:val="24"/>
        </w:rPr>
        <w:t>Câu 8: Bảo hiểm xã hội bắt buộc được thực hiện theo hình thức nào?</w:t>
      </w:r>
    </w:p>
    <w:p>
      <w:pPr>
        <w:pStyle w:val="ListParagraph"/>
      </w:pPr>
      <w:r>
        <w:rPr>
          <w:sz w:val="22"/>
        </w:rPr>
        <w:t>A. Chỉ người lao động tự nguyện tham gia.</w:t>
      </w:r>
    </w:p>
    <w:p>
      <w:pPr>
        <w:pStyle w:val="ListParagraph"/>
      </w:pPr>
      <w:r>
        <w:rPr>
          <w:sz w:val="22"/>
        </w:rPr>
        <w:t>B. Người lao động và người sử dụng lao động tham gia theo quy định pháp luật.</w:t>
      </w:r>
    </w:p>
    <w:p>
      <w:pPr>
        <w:pStyle w:val="ListParagraph"/>
      </w:pPr>
      <w:r>
        <w:rPr>
          <w:sz w:val="22"/>
        </w:rPr>
        <w:t>C. Chỉ người có thu nhập cao tham gia.</w:t>
      </w:r>
    </w:p>
    <w:p>
      <w:pPr>
        <w:pStyle w:val="ListParagraph"/>
      </w:pPr>
      <w:r>
        <w:rPr>
          <w:sz w:val="22"/>
        </w:rPr>
        <w:t>D. Chỉ học sinh, sinh viên tham gia.</w:t>
      </w:r>
    </w:p>
    <w:p/>
    <w:p>
      <w:r>
        <w:rPr>
          <w:b/>
          <w:sz w:val="24"/>
        </w:rPr>
        <w:t>Câu 9: Bảo hiểm tự nguyện là loại hình mà người tham gia:</w:t>
      </w:r>
    </w:p>
    <w:p>
      <w:pPr>
        <w:pStyle w:val="ListParagraph"/>
      </w:pPr>
      <w:r>
        <w:rPr>
          <w:sz w:val="22"/>
        </w:rPr>
        <w:t>A. Được tự lựa chọn tham gia theo điều kiện của loại hình bảo hiểm.</w:t>
      </w:r>
    </w:p>
    <w:p>
      <w:pPr>
        <w:pStyle w:val="ListParagraph"/>
      </w:pPr>
      <w:r>
        <w:rPr>
          <w:sz w:val="22"/>
        </w:rPr>
        <w:t>B. Không cần đóng bất kỳ khoản tiền nào.</w:t>
      </w:r>
    </w:p>
    <w:p>
      <w:pPr>
        <w:pStyle w:val="ListParagraph"/>
      </w:pPr>
      <w:r>
        <w:rPr>
          <w:sz w:val="22"/>
        </w:rPr>
        <w:t>C. Luôn được Nhà nước trả toàn bộ chi phí.</w:t>
      </w:r>
    </w:p>
    <w:p>
      <w:pPr>
        <w:pStyle w:val="ListParagraph"/>
      </w:pPr>
      <w:r>
        <w:rPr>
          <w:sz w:val="22"/>
        </w:rPr>
        <w:t>D. Không chịu sự điều chỉnh của pháp luật.</w:t>
      </w:r>
    </w:p>
    <w:p/>
    <w:p>
      <w:r>
        <w:rPr>
          <w:b/>
          <w:sz w:val="24"/>
        </w:rPr>
        <w:t>Câu 10: Bảo hiểm tài sản thường nhằm mục đích gì?</w:t>
      </w:r>
    </w:p>
    <w:p>
      <w:pPr>
        <w:pStyle w:val="ListParagraph"/>
      </w:pPr>
      <w:r>
        <w:rPr>
          <w:sz w:val="22"/>
        </w:rPr>
        <w:t>A. Bảo vệ tài sản trước những rủi ro thuộc phạm vi bảo hiểm.</w:t>
      </w:r>
    </w:p>
    <w:p>
      <w:pPr>
        <w:pStyle w:val="ListParagraph"/>
      </w:pPr>
      <w:r>
        <w:rPr>
          <w:sz w:val="22"/>
        </w:rPr>
        <w:t>B. Đảm bảo tài sản luôn tăng giá.</w:t>
      </w:r>
    </w:p>
    <w:p>
      <w:pPr>
        <w:pStyle w:val="ListParagraph"/>
      </w:pPr>
      <w:r>
        <w:rPr>
          <w:sz w:val="22"/>
        </w:rPr>
        <w:t>C. Giúp tài sản không bao giờ bị hư hỏng.</w:t>
      </w:r>
    </w:p>
    <w:p>
      <w:pPr>
        <w:pStyle w:val="ListParagraph"/>
      </w:pPr>
      <w:r>
        <w:rPr>
          <w:sz w:val="22"/>
        </w:rPr>
        <w:t>D. Tăng lương cho người lao động.</w:t>
      </w:r>
    </w:p>
    <w:p/>
    <w:p>
      <w:r>
        <w:rPr>
          <w:b/>
          <w:sz w:val="24"/>
        </w:rPr>
        <w:t>Câu 11: Vì sao bảo hiểm có thể giúp ổn định cuộc sống của người dân?</w:t>
      </w:r>
    </w:p>
    <w:p>
      <w:pPr>
        <w:pStyle w:val="ListParagraph"/>
      </w:pPr>
      <w:r>
        <w:rPr>
          <w:sz w:val="22"/>
        </w:rPr>
        <w:t>A. Vì bảo hiểm ngăn chặn mọi tai nạn.</w:t>
      </w:r>
    </w:p>
    <w:p>
      <w:pPr>
        <w:pStyle w:val="ListParagraph"/>
      </w:pPr>
      <w:r>
        <w:rPr>
          <w:sz w:val="22"/>
        </w:rPr>
        <w:t>B. Vì bảo hiểm giúp bù đắp hoặc hỗ trợ tài chính khi xảy ra sự kiện được bảo hiểm.</w:t>
      </w:r>
    </w:p>
    <w:p>
      <w:pPr>
        <w:pStyle w:val="ListParagraph"/>
      </w:pPr>
      <w:r>
        <w:rPr>
          <w:sz w:val="22"/>
        </w:rPr>
        <w:t>C. Vì bảo hiểm giúp mọi người không cần làm việc.</w:t>
      </w:r>
    </w:p>
    <w:p>
      <w:pPr>
        <w:pStyle w:val="ListParagraph"/>
      </w:pPr>
      <w:r>
        <w:rPr>
          <w:sz w:val="22"/>
        </w:rPr>
        <w:t>D. Vì bảo hiểm luôn mang lại lợi nhuận.</w:t>
      </w:r>
    </w:p>
    <w:p/>
    <w:p>
      <w:r>
        <w:rPr>
          <w:b/>
          <w:sz w:val="24"/>
        </w:rPr>
        <w:t>Câu 12: Điểm khác biệt cơ bản giữa bảo hiểm xã hội và bảo hiểm thương mại là gì?</w:t>
      </w:r>
    </w:p>
    <w:p>
      <w:pPr>
        <w:pStyle w:val="ListParagraph"/>
      </w:pPr>
      <w:r>
        <w:rPr>
          <w:sz w:val="22"/>
        </w:rPr>
        <w:t>A. Bảo hiểm xã hội chỉ dành cho người giàu.</w:t>
      </w:r>
    </w:p>
    <w:p>
      <w:pPr>
        <w:pStyle w:val="ListParagraph"/>
      </w:pPr>
      <w:r>
        <w:rPr>
          <w:sz w:val="22"/>
        </w:rPr>
        <w:t>B. Bảo hiểm thương mại không có hợp đồng.</w:t>
      </w:r>
    </w:p>
    <w:p>
      <w:pPr>
        <w:pStyle w:val="ListParagraph"/>
      </w:pPr>
      <w:r>
        <w:rPr>
          <w:sz w:val="22"/>
        </w:rPr>
        <w:t>C. Bảo hiểm xã hội thực hiện các chế độ an sinh theo quy định pháp luật; bảo hiểm thương mại hoạt động theo hợp đồng bảo hiểm và quy định pháp luật.</w:t>
      </w:r>
    </w:p>
    <w:p>
      <w:pPr>
        <w:pStyle w:val="ListParagraph"/>
      </w:pPr>
      <w:r>
        <w:rPr>
          <w:sz w:val="22"/>
        </w:rPr>
        <w:t>D. Hai loại bảo hiểm hoàn toàn giống nhau.</w:t>
      </w:r>
    </w:p>
    <w:p/>
    <w:p>
      <w:r>
        <w:rPr>
          <w:b/>
          <w:sz w:val="24"/>
        </w:rPr>
        <w:t>Câu 13: Khi tham gia bảo hiểm, người tham gia cần làm gì?</w:t>
      </w:r>
    </w:p>
    <w:p>
      <w:pPr>
        <w:pStyle w:val="ListParagraph"/>
      </w:pPr>
      <w:r>
        <w:rPr>
          <w:sz w:val="22"/>
        </w:rPr>
        <w:t>A. Cung cấp thông tin sai sự thật.</w:t>
      </w:r>
    </w:p>
    <w:p>
      <w:pPr>
        <w:pStyle w:val="ListParagraph"/>
      </w:pPr>
      <w:r>
        <w:rPr>
          <w:sz w:val="22"/>
        </w:rPr>
        <w:t>B. Không cần đọc hợp đồng.</w:t>
      </w:r>
    </w:p>
    <w:p>
      <w:pPr>
        <w:pStyle w:val="ListParagraph"/>
      </w:pPr>
      <w:r>
        <w:rPr>
          <w:sz w:val="22"/>
        </w:rPr>
        <w:t>C. Thực hiện đúng nghĩa vụ và cung cấp thông tin trung thực theo quy định.</w:t>
      </w:r>
    </w:p>
    <w:p>
      <w:pPr>
        <w:pStyle w:val="ListParagraph"/>
      </w:pPr>
      <w:r>
        <w:rPr>
          <w:sz w:val="22"/>
        </w:rPr>
        <w:t>D. Yêu cầu bồi thường trong mọi trường hợp.</w:t>
      </w:r>
    </w:p>
    <w:p/>
    <w:p>
      <w:r>
        <w:rPr>
          <w:b/>
          <w:sz w:val="24"/>
        </w:rPr>
        <w:t>Câu 14: Hành vi nào sau đây vi phạm nguyên tắc trung thực khi tham gia bảo hiểm?</w:t>
      </w:r>
    </w:p>
    <w:p>
      <w:pPr>
        <w:pStyle w:val="ListParagraph"/>
      </w:pPr>
      <w:r>
        <w:rPr>
          <w:sz w:val="22"/>
        </w:rPr>
        <w:t>A. Đọc kĩ hợp đồng trước khi kí.</w:t>
      </w:r>
    </w:p>
    <w:p>
      <w:pPr>
        <w:pStyle w:val="ListParagraph"/>
      </w:pPr>
      <w:r>
        <w:rPr>
          <w:sz w:val="22"/>
        </w:rPr>
        <w:t>B. Cung cấp chính xác thông tin theo yêu cầu.</w:t>
      </w:r>
    </w:p>
    <w:p>
      <w:pPr>
        <w:pStyle w:val="ListParagraph"/>
      </w:pPr>
      <w:r>
        <w:rPr>
          <w:sz w:val="22"/>
        </w:rPr>
        <w:t>C. Tìm hiểu quyền lợi bảo hiểm.</w:t>
      </w:r>
    </w:p>
    <w:p>
      <w:pPr>
        <w:pStyle w:val="ListParagraph"/>
      </w:pPr>
      <w:r>
        <w:rPr>
          <w:sz w:val="22"/>
        </w:rPr>
        <w:t>D. Cố tình khai báo sai thông tin để được chi trả bảo hiểm.</w:t>
      </w:r>
    </w:p>
    <w:p/>
    <w:p>
      <w:r>
        <w:rPr>
          <w:b/>
          <w:sz w:val="24"/>
        </w:rPr>
        <w:t>Câu 15: Bảo hiểm góp phần phát triển kinh tế như thế nào?</w:t>
      </w:r>
    </w:p>
    <w:p>
      <w:pPr>
        <w:pStyle w:val="ListParagraph"/>
      </w:pPr>
      <w:r>
        <w:rPr>
          <w:sz w:val="22"/>
        </w:rPr>
        <w:t>A. Hạn chế mọi hoạt động sản xuất.</w:t>
      </w:r>
    </w:p>
    <w:p>
      <w:pPr>
        <w:pStyle w:val="ListParagraph"/>
      </w:pPr>
      <w:r>
        <w:rPr>
          <w:sz w:val="22"/>
        </w:rPr>
        <w:t>B. Huy động nguồn lực tài chính và hỗ trợ ổn định hoạt động kinh tế.</w:t>
      </w:r>
    </w:p>
    <w:p>
      <w:pPr>
        <w:pStyle w:val="ListParagraph"/>
      </w:pPr>
      <w:r>
        <w:rPr>
          <w:sz w:val="22"/>
        </w:rPr>
        <w:t>C. Làm cho mọi doanh nghiệp không thể phá sản.</w:t>
      </w:r>
    </w:p>
    <w:p>
      <w:pPr>
        <w:pStyle w:val="ListParagraph"/>
      </w:pPr>
      <w:r>
        <w:rPr>
          <w:sz w:val="22"/>
        </w:rPr>
        <w:t>D. Loại bỏ hoàn toàn thất nghiệp.</w:t>
      </w:r>
    </w:p>
    <w:p/>
    <w:p>
      <w:r>
        <w:rPr>
          <w:b/>
          <w:sz w:val="24"/>
        </w:rPr>
        <w:t>Câu 16: Người lao động tham gia bảo hiểm xã hội có thể được hưởng chế độ nào khi đáp ứng đủ điều kiện?</w:t>
      </w:r>
    </w:p>
    <w:p>
      <w:pPr>
        <w:pStyle w:val="ListParagraph"/>
      </w:pPr>
      <w:r>
        <w:rPr>
          <w:sz w:val="22"/>
        </w:rPr>
        <w:t>A. Chế độ ốm đau, thai sản, hưu trí hoặc tử tuất theo quy định áp dụng.</w:t>
      </w:r>
    </w:p>
    <w:p>
      <w:pPr>
        <w:pStyle w:val="ListParagraph"/>
      </w:pPr>
      <w:r>
        <w:rPr>
          <w:sz w:val="22"/>
        </w:rPr>
        <w:t>B. Trợ cấp mua sắm không giới hạn.</w:t>
      </w:r>
    </w:p>
    <w:p>
      <w:pPr>
        <w:pStyle w:val="ListParagraph"/>
      </w:pPr>
      <w:r>
        <w:rPr>
          <w:sz w:val="22"/>
        </w:rPr>
        <w:t>C. Tiền thưởng hằng tháng từ Nhà nước.</w:t>
      </w:r>
    </w:p>
    <w:p>
      <w:pPr>
        <w:pStyle w:val="ListParagraph"/>
      </w:pPr>
      <w:r>
        <w:rPr>
          <w:sz w:val="22"/>
        </w:rPr>
        <w:t>D. Miễn toàn bộ chi phí sinh hoạt.</w:t>
      </w:r>
    </w:p>
    <w:p/>
    <w:p>
      <w:r>
        <w:rPr>
          <w:b/>
          <w:sz w:val="24"/>
        </w:rPr>
        <w:t>Câu 17: Đặc điểm nào sau đây đúng với bảo hiểm thương mại?</w:t>
      </w:r>
    </w:p>
    <w:p>
      <w:pPr>
        <w:pStyle w:val="ListParagraph"/>
      </w:pPr>
      <w:r>
        <w:rPr>
          <w:sz w:val="22"/>
        </w:rPr>
        <w:t>A. Chỉ áp dụng cho người làm việc trong cơ quan nhà nước.</w:t>
      </w:r>
    </w:p>
    <w:p>
      <w:pPr>
        <w:pStyle w:val="ListParagraph"/>
      </w:pPr>
      <w:r>
        <w:rPr>
          <w:sz w:val="22"/>
        </w:rPr>
        <w:t>B. Không cần đóng phí bảo hiểm.</w:t>
      </w:r>
    </w:p>
    <w:p>
      <w:pPr>
        <w:pStyle w:val="ListParagraph"/>
      </w:pPr>
      <w:r>
        <w:rPr>
          <w:sz w:val="22"/>
        </w:rPr>
        <w:t>C. Quyền lợi và nghĩa vụ được xác định theo hợp đồng và quy định pháp luật.</w:t>
      </w:r>
    </w:p>
    <w:p>
      <w:pPr>
        <w:pStyle w:val="ListParagraph"/>
      </w:pPr>
      <w:r>
        <w:rPr>
          <w:sz w:val="22"/>
        </w:rPr>
        <w:t>D. Mọi hợp đồng đều được bồi thường như nhau.</w:t>
      </w:r>
    </w:p>
    <w:p/>
    <w:p>
      <w:r>
        <w:rPr>
          <w:b/>
          <w:sz w:val="24"/>
        </w:rPr>
        <w:t>Câu 18: Vì sao người dân nên tìm hiểu kĩ hợp đồng bảo hiểm trước khi tham gia?</w:t>
      </w:r>
    </w:p>
    <w:p>
      <w:pPr>
        <w:pStyle w:val="ListParagraph"/>
      </w:pPr>
      <w:r>
        <w:rPr>
          <w:sz w:val="22"/>
        </w:rPr>
        <w:t>A. Để được miễn mọi khoản phí.</w:t>
      </w:r>
    </w:p>
    <w:p>
      <w:pPr>
        <w:pStyle w:val="ListParagraph"/>
      </w:pPr>
      <w:r>
        <w:rPr>
          <w:sz w:val="22"/>
        </w:rPr>
        <w:t>B. Để biết rõ quyền lợi, nghĩa vụ, điều kiện chi trả và các trường hợp loại trừ.</w:t>
      </w:r>
    </w:p>
    <w:p>
      <w:pPr>
        <w:pStyle w:val="ListParagraph"/>
      </w:pPr>
      <w:r>
        <w:rPr>
          <w:sz w:val="22"/>
        </w:rPr>
        <w:t>C. Để chắc chắn không gặp rủi ro.</w:t>
      </w:r>
    </w:p>
    <w:p>
      <w:pPr>
        <w:pStyle w:val="ListParagraph"/>
      </w:pPr>
      <w:r>
        <w:rPr>
          <w:sz w:val="22"/>
        </w:rPr>
        <w:t>D. Để có thể yêu cầu chi trả bất cứ lúc nào.</w:t>
      </w:r>
    </w:p>
    <w:p/>
    <w:p>
      <w:r>
        <w:rPr>
          <w:b/>
          <w:sz w:val="24"/>
        </w:rPr>
        <w:t>Câu 19: Bảo hiểm y tế có ý nghĩa xã hội nào sau đây?</w:t>
      </w:r>
    </w:p>
    <w:p>
      <w:pPr>
        <w:pStyle w:val="ListParagraph"/>
      </w:pPr>
      <w:r>
        <w:rPr>
          <w:sz w:val="22"/>
        </w:rPr>
        <w:t>A. Giúp người tham gia không bao giờ mắc bệnh.</w:t>
      </w:r>
    </w:p>
    <w:p>
      <w:pPr>
        <w:pStyle w:val="ListParagraph"/>
      </w:pPr>
      <w:r>
        <w:rPr>
          <w:sz w:val="22"/>
        </w:rPr>
        <w:t>B. Thay thế hoàn toàn dịch vụ y tế.</w:t>
      </w:r>
    </w:p>
    <w:p>
      <w:pPr>
        <w:pStyle w:val="ListParagraph"/>
      </w:pPr>
      <w:r>
        <w:rPr>
          <w:sz w:val="22"/>
        </w:rPr>
        <w:t>C. Góp phần chia sẻ chi phí khám, chữa bệnh và bảo đảm an sinh xã hội.</w:t>
      </w:r>
    </w:p>
    <w:p>
      <w:pPr>
        <w:pStyle w:val="ListParagraph"/>
      </w:pPr>
      <w:r>
        <w:rPr>
          <w:sz w:val="22"/>
        </w:rPr>
        <w:t>D. Chỉ hỗ trợ những người có thu nhập cao.</w:t>
      </w:r>
    </w:p>
    <w:p/>
    <w:p>
      <w:r>
        <w:rPr>
          <w:b/>
          <w:sz w:val="24"/>
        </w:rPr>
        <w:t>Câu 20: Nội dung nào sau đây thể hiện đúng vai trò của bảo hiểm đối với xã hội?</w:t>
      </w:r>
    </w:p>
    <w:p>
      <w:pPr>
        <w:pStyle w:val="ListParagraph"/>
      </w:pPr>
      <w:r>
        <w:rPr>
          <w:sz w:val="22"/>
        </w:rPr>
        <w:t>A. Làm gia tăng mọi rủi ro.</w:t>
      </w:r>
    </w:p>
    <w:p>
      <w:pPr>
        <w:pStyle w:val="ListParagraph"/>
      </w:pPr>
      <w:r>
        <w:rPr>
          <w:sz w:val="22"/>
        </w:rPr>
        <w:t>B. Xóa bỏ hoàn toàn khoảng cách giàu nghèo.</w:t>
      </w:r>
    </w:p>
    <w:p>
      <w:pPr>
        <w:pStyle w:val="ListParagraph"/>
      </w:pPr>
      <w:r>
        <w:rPr>
          <w:sz w:val="22"/>
        </w:rPr>
        <w:t>C. Đảm bảo mọi người có thu nhập bằng nhau.</w:t>
      </w:r>
    </w:p>
    <w:p>
      <w:pPr>
        <w:pStyle w:val="ListParagraph"/>
      </w:pPr>
      <w:r>
        <w:rPr>
          <w:sz w:val="22"/>
        </w:rPr>
        <w:t>D. Góp phần chia sẻ rủi ro, ổn định đời sống và thúc đẩy an sinh xã hội.</w:t>
      </w:r>
    </w:p>
    <w:p/>
    <w:p>
      <w:r>
        <w:rPr>
          <w:b/>
          <w:sz w:val="24"/>
        </w:rPr>
        <w:t>Câu 21: Anh A làm việc tại một doanh nghiệp thuộc đối tượng tham gia bảo hiểm xã hội bắt buộc. Anh A cho rằng mình có thể tự ý không tham gia. Nhận định nào đúng?</w:t>
      </w:r>
    </w:p>
    <w:p>
      <w:pPr>
        <w:pStyle w:val="ListParagraph"/>
      </w:pPr>
      <w:r>
        <w:rPr>
          <w:sz w:val="22"/>
        </w:rPr>
        <w:t>A. Anh A có quyền từ chối trong mọi trường hợp.</w:t>
      </w:r>
    </w:p>
    <w:p>
      <w:pPr>
        <w:pStyle w:val="ListParagraph"/>
      </w:pPr>
      <w:r>
        <w:rPr>
          <w:sz w:val="22"/>
        </w:rPr>
        <w:t>B. Anh A phải tham gia theo quy định pháp luật áp dụng cho mình.</w:t>
      </w:r>
    </w:p>
    <w:p>
      <w:pPr>
        <w:pStyle w:val="ListParagraph"/>
      </w:pPr>
      <w:r>
        <w:rPr>
          <w:sz w:val="22"/>
        </w:rPr>
        <w:t>C. Anh A chỉ cần tham gia khi đã nghỉ hưu.</w:t>
      </w:r>
    </w:p>
    <w:p>
      <w:pPr>
        <w:pStyle w:val="ListParagraph"/>
      </w:pPr>
      <w:r>
        <w:rPr>
          <w:sz w:val="22"/>
        </w:rPr>
        <w:t>D. Anh A không cần tham gia nếu có tiền tiết kiệm.</w:t>
      </w:r>
    </w:p>
    <w:p/>
    <w:p>
      <w:r>
        <w:rPr>
          <w:b/>
          <w:sz w:val="24"/>
        </w:rPr>
        <w:t>Câu 22: Chị B mua bảo hiểm cho chiếc xe máy của mình. Khi xảy ra sự kiện thuộc phạm vi bảo hiểm, chị cần làm gì?</w:t>
      </w:r>
    </w:p>
    <w:p>
      <w:pPr>
        <w:pStyle w:val="ListParagraph"/>
      </w:pPr>
      <w:r>
        <w:rPr>
          <w:sz w:val="22"/>
        </w:rPr>
        <w:t>A. Tự ý sửa chữa và không thông báo cho bên bảo hiểm trong mọi trường hợp.</w:t>
      </w:r>
    </w:p>
    <w:p>
      <w:pPr>
        <w:pStyle w:val="ListParagraph"/>
      </w:pPr>
      <w:r>
        <w:rPr>
          <w:sz w:val="22"/>
        </w:rPr>
        <w:t>B. Khai tăng thiệt hại để nhận nhiều tiền hơn.</w:t>
      </w:r>
    </w:p>
    <w:p>
      <w:pPr>
        <w:pStyle w:val="ListParagraph"/>
      </w:pPr>
      <w:r>
        <w:rPr>
          <w:sz w:val="22"/>
        </w:rPr>
        <w:t>C. Thông báo và thực hiện thủ tục yêu cầu giải quyết quyền lợi theo hợp đồng.</w:t>
      </w:r>
    </w:p>
    <w:p>
      <w:pPr>
        <w:pStyle w:val="ListParagraph"/>
      </w:pPr>
      <w:r>
        <w:rPr>
          <w:sz w:val="22"/>
        </w:rPr>
        <w:t>D. Yêu cầu chi trả dù sự kiện không thuộc phạm vi bảo hiểm.</w:t>
      </w:r>
    </w:p>
    <w:p/>
    <w:p>
      <w:r>
        <w:rPr>
          <w:b/>
          <w:sz w:val="24"/>
        </w:rPr>
        <w:t>Câu 23: Ông C đủ điều kiện hưởng lương hưu theo quy định. Khoản lương hưu có ý nghĩa chủ yếu nào?</w:t>
      </w:r>
    </w:p>
    <w:p>
      <w:pPr>
        <w:pStyle w:val="ListParagraph"/>
      </w:pPr>
      <w:r>
        <w:rPr>
          <w:sz w:val="22"/>
        </w:rPr>
        <w:t>A. Bảo đảm nguồn thu nhập khi tuổi cao theo chế độ bảo hiểm xã hội.</w:t>
      </w:r>
    </w:p>
    <w:p>
      <w:pPr>
        <w:pStyle w:val="ListParagraph"/>
      </w:pPr>
      <w:r>
        <w:rPr>
          <w:sz w:val="22"/>
        </w:rPr>
        <w:t>B. Giúp ông C không cần chi tiêu.</w:t>
      </w:r>
    </w:p>
    <w:p>
      <w:pPr>
        <w:pStyle w:val="ListParagraph"/>
      </w:pPr>
      <w:r>
        <w:rPr>
          <w:sz w:val="22"/>
        </w:rPr>
        <w:t>C. Là khoản tiền thưởng kinh doanh.</w:t>
      </w:r>
    </w:p>
    <w:p>
      <w:pPr>
        <w:pStyle w:val="ListParagraph"/>
      </w:pPr>
      <w:r>
        <w:rPr>
          <w:sz w:val="22"/>
        </w:rPr>
        <w:t>D. Là khoản vay phải hoàn trả hằng tháng.</w:t>
      </w:r>
    </w:p>
    <w:p/>
    <w:p>
      <w:r>
        <w:rPr>
          <w:b/>
          <w:sz w:val="24"/>
        </w:rPr>
        <w:t>Câu 24: Bạn D cho rằng học sinh không cần tìm hiểu về bảo hiểm vì chưa đi làm. Ý kiến nào hợp lí nhất?</w:t>
      </w:r>
    </w:p>
    <w:p>
      <w:pPr>
        <w:pStyle w:val="ListParagraph"/>
      </w:pPr>
      <w:r>
        <w:rPr>
          <w:sz w:val="22"/>
        </w:rPr>
        <w:t>A. Đúng, vì bảo hiểm chỉ liên quan đến người già.</w:t>
      </w:r>
    </w:p>
    <w:p>
      <w:pPr>
        <w:pStyle w:val="ListParagraph"/>
      </w:pPr>
      <w:r>
        <w:rPr>
          <w:sz w:val="22"/>
        </w:rPr>
        <w:t>B. Đúng, vì bảo hiểm không có vai trò với gia đình.</w:t>
      </w:r>
    </w:p>
    <w:p>
      <w:pPr>
        <w:pStyle w:val="ListParagraph"/>
      </w:pPr>
      <w:r>
        <w:rPr>
          <w:sz w:val="22"/>
        </w:rPr>
        <w:t>C. Đúng, vì chỉ doanh nghiệp mới cần bảo hiểm.</w:t>
      </w:r>
    </w:p>
    <w:p>
      <w:pPr>
        <w:pStyle w:val="ListParagraph"/>
      </w:pPr>
      <w:r>
        <w:rPr>
          <w:sz w:val="22"/>
        </w:rPr>
        <w:t>D. Không đúng, vì hiểu biết về bảo hiểm giúp học sinh có kiến thức bảo vệ bản thân và gia đình khi cần thiết.</w:t>
      </w:r>
    </w:p>
    <w:p/>
    <w:p>
      <w:r>
        <w:rPr>
          <w:b/>
          <w:sz w:val="24"/>
        </w:rPr>
        <w:t>Câu 25: Gia đình E có người phải điều trị bệnh với chi phí cao. Việc tham gia bảo hiểm y tế theo quy định có thể giúp gia đình như thế nào?</w:t>
      </w:r>
    </w:p>
    <w:p>
      <w:pPr>
        <w:pStyle w:val="ListParagraph"/>
      </w:pPr>
      <w:r>
        <w:rPr>
          <w:sz w:val="22"/>
        </w:rPr>
        <w:t>A. Được thanh toán mọi chi phí trong mọi trường hợp.</w:t>
      </w:r>
    </w:p>
    <w:p>
      <w:pPr>
        <w:pStyle w:val="ListParagraph"/>
      </w:pPr>
      <w:r>
        <w:rPr>
          <w:sz w:val="22"/>
        </w:rPr>
        <w:t>B. Được hỗ trợ chi phí khám, chữa bệnh trong phạm vi và mức hưởng theo quy định.</w:t>
      </w:r>
    </w:p>
    <w:p>
      <w:pPr>
        <w:pStyle w:val="ListParagraph"/>
      </w:pPr>
      <w:r>
        <w:rPr>
          <w:sz w:val="22"/>
        </w:rPr>
        <w:t>C. Không phải tuân thủ quy trình khám, chữa bệnh.</w:t>
      </w:r>
    </w:p>
    <w:p>
      <w:pPr>
        <w:pStyle w:val="ListParagraph"/>
      </w:pPr>
      <w:r>
        <w:rPr>
          <w:sz w:val="22"/>
        </w:rPr>
        <w:t>D. Được nhận tiền mặt bằng toàn bộ viện phí.</w:t>
      </w:r>
    </w:p>
    <w:p/>
    <w:p>
      <w:r>
        <w:rPr>
          <w:b/>
          <w:sz w:val="24"/>
        </w:rPr>
        <w:t>Câu 26: Một người cố tình làm giả hồ sơ để nhận tiền bảo hiểm. Hành vi đó thể hiện điều gì?</w:t>
      </w:r>
    </w:p>
    <w:p>
      <w:pPr>
        <w:pStyle w:val="ListParagraph"/>
      </w:pPr>
      <w:r>
        <w:rPr>
          <w:sz w:val="22"/>
        </w:rPr>
        <w:t>A. Có ý thức tiết kiệm.</w:t>
      </w:r>
    </w:p>
    <w:p>
      <w:pPr>
        <w:pStyle w:val="ListParagraph"/>
      </w:pPr>
      <w:r>
        <w:rPr>
          <w:sz w:val="22"/>
        </w:rPr>
        <w:t>B. Thực hiện đúng quyền lợi bảo hiểm.</w:t>
      </w:r>
    </w:p>
    <w:p>
      <w:pPr>
        <w:pStyle w:val="ListParagraph"/>
      </w:pPr>
      <w:r>
        <w:rPr>
          <w:sz w:val="22"/>
        </w:rPr>
        <w:t>C. Gian lận bảo hiểm, có thể bị xử lí theo quy định pháp luật.</w:t>
      </w:r>
    </w:p>
    <w:p>
      <w:pPr>
        <w:pStyle w:val="ListParagraph"/>
      </w:pPr>
      <w:r>
        <w:rPr>
          <w:sz w:val="22"/>
        </w:rPr>
        <w:t>D. Thể hiện tinh thần tương trợ.</w:t>
      </w:r>
    </w:p>
    <w:p/>
    <w:p>
      <w:r>
        <w:rPr>
          <w:b/>
          <w:sz w:val="24"/>
        </w:rPr>
        <w:t>Câu 27: Công ty F thực hiện đầy đủ nghĩa vụ đóng bảo hiểm cho người lao động thuộc diện bắt buộc. Việc làm này thể hiện điều gì?</w:t>
      </w:r>
    </w:p>
    <w:p>
      <w:pPr>
        <w:pStyle w:val="ListParagraph"/>
      </w:pPr>
      <w:r>
        <w:rPr>
          <w:sz w:val="22"/>
        </w:rPr>
        <w:t>A. Trách nhiệm của người sử dụng lao động trong việc bảo đảm quyền lợi cho người lao động.</w:t>
      </w:r>
    </w:p>
    <w:p>
      <w:pPr>
        <w:pStyle w:val="ListParagraph"/>
      </w:pPr>
      <w:r>
        <w:rPr>
          <w:sz w:val="22"/>
        </w:rPr>
        <w:t>B. Hoạt động từ thiện không liên quan đến pháp luật.</w:t>
      </w:r>
    </w:p>
    <w:p>
      <w:pPr>
        <w:pStyle w:val="ListParagraph"/>
      </w:pPr>
      <w:r>
        <w:rPr>
          <w:sz w:val="22"/>
        </w:rPr>
        <w:t>C. Quyền tự quyết định mức hưởng của người lao động.</w:t>
      </w:r>
    </w:p>
    <w:p>
      <w:pPr>
        <w:pStyle w:val="ListParagraph"/>
      </w:pPr>
      <w:r>
        <w:rPr>
          <w:sz w:val="22"/>
        </w:rPr>
        <w:t>D. Nghĩa vụ chỉ áp dụng với doanh nghiệp nhà nước.</w:t>
      </w:r>
    </w:p>
    <w:p/>
    <w:p>
      <w:r>
        <w:rPr>
          <w:b/>
          <w:sz w:val="24"/>
        </w:rPr>
        <w:t>Câu 28: Khi lựa chọn bảo hiểm thương mại, người dân nên ưu tiên điều gì?</w:t>
      </w:r>
    </w:p>
    <w:p>
      <w:pPr>
        <w:pStyle w:val="ListParagraph"/>
      </w:pPr>
      <w:r>
        <w:rPr>
          <w:sz w:val="22"/>
        </w:rPr>
        <w:t>A. Chỉ chọn hợp đồng có quảng cáo hấp dẫn.</w:t>
      </w:r>
    </w:p>
    <w:p>
      <w:pPr>
        <w:pStyle w:val="ListParagraph"/>
      </w:pPr>
      <w:r>
        <w:rPr>
          <w:sz w:val="22"/>
        </w:rPr>
        <w:t>B. Tin mọi lời cam kết miệng mà không kiểm tra.</w:t>
      </w:r>
    </w:p>
    <w:p>
      <w:pPr>
        <w:pStyle w:val="ListParagraph"/>
      </w:pPr>
      <w:r>
        <w:rPr>
          <w:sz w:val="22"/>
        </w:rPr>
        <w:t>C. Chọn hợp đồng có phí cao nhất.</w:t>
      </w:r>
    </w:p>
    <w:p>
      <w:pPr>
        <w:pStyle w:val="ListParagraph"/>
      </w:pPr>
      <w:r>
        <w:rPr>
          <w:sz w:val="22"/>
        </w:rPr>
        <w:t>D. Tìm hiểu nhu cầu, khả năng tài chính, quyền lợi và điều khoản hợp đồng.</w:t>
      </w:r>
    </w:p>
    <w:p/>
    <w:p>
      <w:r>
        <w:rPr>
          <w:b/>
          <w:sz w:val="24"/>
        </w:rPr>
        <w:t>Câu 29: Một người lao động mất việc làm và đáp ứng đầy đủ điều kiện hưởng trợ cấp thất nghiệp. Người đó nên thực hiện việc gì?</w:t>
      </w:r>
    </w:p>
    <w:p>
      <w:pPr>
        <w:pStyle w:val="ListParagraph"/>
      </w:pPr>
      <w:r>
        <w:rPr>
          <w:sz w:val="22"/>
        </w:rPr>
        <w:t>A. Chờ doanh nghiệp tự động trả trợ cấp trong mọi trường hợp.</w:t>
      </w:r>
    </w:p>
    <w:p>
      <w:pPr>
        <w:pStyle w:val="ListParagraph"/>
      </w:pPr>
      <w:r>
        <w:rPr>
          <w:sz w:val="22"/>
        </w:rPr>
        <w:t>B. Thực hiện thủ tục hưởng trợ cấp theo quy định.</w:t>
      </w:r>
    </w:p>
    <w:p>
      <w:pPr>
        <w:pStyle w:val="ListParagraph"/>
      </w:pPr>
      <w:r>
        <w:rPr>
          <w:sz w:val="22"/>
        </w:rPr>
        <w:t>C. Khai báo thông tin không chính xác để tăng trợ cấp.</w:t>
      </w:r>
    </w:p>
    <w:p>
      <w:pPr>
        <w:pStyle w:val="ListParagraph"/>
      </w:pPr>
      <w:r>
        <w:rPr>
          <w:sz w:val="22"/>
        </w:rPr>
        <w:t>D. Từ bỏ mọi quyền lợi của mình.</w:t>
      </w:r>
    </w:p>
    <w:p/>
    <w:p>
      <w:r>
        <w:rPr>
          <w:b/>
          <w:sz w:val="24"/>
        </w:rPr>
        <w:t>Câu 30: Hành động nào thể hiện trách nhiệm của công dân đối với chính sách bảo hiểm?</w:t>
      </w:r>
    </w:p>
    <w:p>
      <w:pPr>
        <w:pStyle w:val="ListParagraph"/>
      </w:pPr>
      <w:r>
        <w:rPr>
          <w:sz w:val="22"/>
        </w:rPr>
        <w:t>A. Trốn đóng bảo hiểm bắt buộc.</w:t>
      </w:r>
    </w:p>
    <w:p>
      <w:pPr>
        <w:pStyle w:val="ListParagraph"/>
      </w:pPr>
      <w:r>
        <w:rPr>
          <w:sz w:val="22"/>
        </w:rPr>
        <w:t>B. Tiếp tay cho hành vi gian lận bảo hiểm.</w:t>
      </w:r>
    </w:p>
    <w:p>
      <w:pPr>
        <w:pStyle w:val="ListParagraph"/>
      </w:pPr>
      <w:r>
        <w:rPr>
          <w:sz w:val="22"/>
        </w:rPr>
        <w:t>C. Tìm hiểu và thực hiện đúng quyền, nghĩa vụ bảo hiểm của mình.</w:t>
      </w:r>
    </w:p>
    <w:p>
      <w:pPr>
        <w:pStyle w:val="ListParagraph"/>
      </w:pPr>
      <w:r>
        <w:rPr>
          <w:sz w:val="22"/>
        </w:rPr>
        <w:t>D. Cung cấp thông tin sai lệch để được hưởng lợi.</w:t>
      </w:r>
    </w:p>
    <w:p/>
    <w:p>
      <w:r>
        <w:rPr>
          <w:b/>
          <w:sz w:val="24"/>
        </w:rPr>
        <w:t>Câu 31: Anh A cho rằng có bảo hiểm thì không cần đề phòng rủi ro nữa. Em đồng ý với quan điểm này không?</w:t>
      </w:r>
    </w:p>
    <w:p>
      <w:pPr>
        <w:pStyle w:val="ListParagraph"/>
      </w:pPr>
      <w:r>
        <w:rPr>
          <w:sz w:val="22"/>
        </w:rPr>
        <w:t>A. Đồng ý, vì bảo hiểm chịu trách nhiệm với mọi thiệt hại.</w:t>
      </w:r>
    </w:p>
    <w:p>
      <w:pPr>
        <w:pStyle w:val="ListParagraph"/>
      </w:pPr>
      <w:r>
        <w:rPr>
          <w:sz w:val="22"/>
        </w:rPr>
        <w:t>B. Đồng ý, vì bảo hiểm ngăn chặn mọi tai nạn.</w:t>
      </w:r>
    </w:p>
    <w:p>
      <w:pPr>
        <w:pStyle w:val="ListParagraph"/>
      </w:pPr>
      <w:r>
        <w:rPr>
          <w:sz w:val="22"/>
        </w:rPr>
        <w:t>C. Đồng ý, vì có bảo hiểm thì không cần tuân thủ pháp luật.</w:t>
      </w:r>
    </w:p>
    <w:p>
      <w:pPr>
        <w:pStyle w:val="ListParagraph"/>
      </w:pPr>
      <w:r>
        <w:rPr>
          <w:sz w:val="22"/>
        </w:rPr>
        <w:t>D. Không đồng ý, vì bảo hiểm chỉ hỗ trợ theo phạm vi quy định và mỗi người vẫn cần chủ động phòng ngừa rủi ro.</w:t>
      </w:r>
    </w:p>
    <w:p/>
    <w:p>
      <w:r>
        <w:rPr>
          <w:b/>
          <w:sz w:val="24"/>
        </w:rPr>
        <w:t>Câu 32: Một người mua bảo hiểm nhưng không đọc điều khoản loại trừ, sau đó yêu cầu chi trả cho sự kiện không thuộc phạm vi bảo hiểm. Nhận định nào đúng?</w:t>
      </w:r>
    </w:p>
    <w:p>
      <w:pPr>
        <w:pStyle w:val="ListParagraph"/>
      </w:pPr>
      <w:r>
        <w:rPr>
          <w:sz w:val="22"/>
        </w:rPr>
        <w:t>A. Doanh nghiệp bảo hiểm luôn phải chi trả.</w:t>
      </w:r>
    </w:p>
    <w:p>
      <w:pPr>
        <w:pStyle w:val="ListParagraph"/>
      </w:pPr>
      <w:r>
        <w:rPr>
          <w:sz w:val="22"/>
        </w:rPr>
        <w:t>B. Việc chi trả phụ thuộc vào hợp đồng và quy định pháp luật; người mua cần tìm hiểu điều khoản trước khi tham gia.</w:t>
      </w:r>
    </w:p>
    <w:p>
      <w:pPr>
        <w:pStyle w:val="ListParagraph"/>
      </w:pPr>
      <w:r>
        <w:rPr>
          <w:sz w:val="22"/>
        </w:rPr>
        <w:t>C. Người mua luôn được hoàn lại toàn bộ phí bảo hiểm.</w:t>
      </w:r>
    </w:p>
    <w:p>
      <w:pPr>
        <w:pStyle w:val="ListParagraph"/>
      </w:pPr>
      <w:r>
        <w:rPr>
          <w:sz w:val="22"/>
        </w:rPr>
        <w:t>D. Doanh nghiệp bảo hiểm phải trả gấp đôi số tiền thiệt hại.</w:t>
      </w:r>
    </w:p>
    <w:p/>
    <w:p>
      <w:r>
        <w:rPr>
          <w:b/>
          <w:sz w:val="24"/>
        </w:rPr>
        <w:t>Câu 33: Vì sao bảo hiểm được xem là một trong những công cụ góp phần thực hiện an sinh xã hội?</w:t>
      </w:r>
    </w:p>
    <w:p>
      <w:pPr>
        <w:pStyle w:val="ListParagraph"/>
      </w:pPr>
      <w:r>
        <w:rPr>
          <w:sz w:val="22"/>
        </w:rPr>
        <w:t>A. Vì bảo hiểm góp phần hỗ trợ con người khi gặp những rủi ro nhất định, ổn định đời sống và giảm gánh nặng tài chính.</w:t>
      </w:r>
    </w:p>
    <w:p>
      <w:pPr>
        <w:pStyle w:val="ListParagraph"/>
      </w:pPr>
      <w:r>
        <w:rPr>
          <w:sz w:val="22"/>
        </w:rPr>
        <w:t>B. Vì bảo hiểm bảo đảm mọi người có mức thu nhập như nhau.</w:t>
      </w:r>
    </w:p>
    <w:p>
      <w:pPr>
        <w:pStyle w:val="ListParagraph"/>
      </w:pPr>
      <w:r>
        <w:rPr>
          <w:sz w:val="22"/>
        </w:rPr>
        <w:t>C. Vì bảo hiểm loại bỏ hoàn toàn các vấn đề xã hội.</w:t>
      </w:r>
    </w:p>
    <w:p>
      <w:pPr>
        <w:pStyle w:val="ListParagraph"/>
      </w:pPr>
      <w:r>
        <w:rPr>
          <w:sz w:val="22"/>
        </w:rPr>
        <w:t>D. Vì bảo hiểm thay thế toàn bộ trách nhiệm của gia đình và Nhà nước.</w:t>
      </w:r>
    </w:p>
    <w:p/>
    <w:p>
      <w:r>
        <w:rPr>
          <w:b/>
          <w:sz w:val="24"/>
        </w:rPr>
        <w:t>Câu 34: Một doanh nghiệp cố tình không đóng bảo hiểm xã hội bắt buộc cho người lao động thuộc diện tham gia. Hậu quả nào có thể xảy ra?</w:t>
      </w:r>
    </w:p>
    <w:p>
      <w:pPr>
        <w:pStyle w:val="ListParagraph"/>
      </w:pPr>
      <w:r>
        <w:rPr>
          <w:sz w:val="22"/>
        </w:rPr>
        <w:t>A. Người lao động đương nhiên được tăng lương.</w:t>
      </w:r>
    </w:p>
    <w:p>
      <w:pPr>
        <w:pStyle w:val="ListParagraph"/>
      </w:pPr>
      <w:r>
        <w:rPr>
          <w:sz w:val="22"/>
        </w:rPr>
        <w:t>B. Doanh nghiệp tự động được miễn mọi nghĩa vụ.</w:t>
      </w:r>
    </w:p>
    <w:p>
      <w:pPr>
        <w:pStyle w:val="ListParagraph"/>
      </w:pPr>
      <w:r>
        <w:rPr>
          <w:sz w:val="22"/>
        </w:rPr>
        <w:t>C. Quyền lợi bảo hiểm của người lao động bị ảnh hưởng và doanh nghiệp có thể bị xử lí theo quy định.</w:t>
      </w:r>
    </w:p>
    <w:p>
      <w:pPr>
        <w:pStyle w:val="ListParagraph"/>
      </w:pPr>
      <w:r>
        <w:rPr>
          <w:sz w:val="22"/>
        </w:rPr>
        <w:t>D. Không có ảnh hưởng vì bảo hiểm xã hội là hoạt động hoàn toàn tự nguyện.</w:t>
      </w:r>
    </w:p>
    <w:p/>
    <w:p>
      <w:r>
        <w:rPr>
          <w:b/>
          <w:sz w:val="24"/>
        </w:rPr>
        <w:t>Câu 35: Phương án nào thể hiện đầy đủ nhất ý nghĩa của việc tham gia bảo hiểm?</w:t>
      </w:r>
    </w:p>
    <w:p>
      <w:pPr>
        <w:pStyle w:val="ListParagraph"/>
      </w:pPr>
      <w:r>
        <w:rPr>
          <w:sz w:val="22"/>
        </w:rPr>
        <w:t>A. Chỉ nhằm kiếm lợi nhuận cá nhân.</w:t>
      </w:r>
    </w:p>
    <w:p>
      <w:pPr>
        <w:pStyle w:val="ListParagraph"/>
      </w:pPr>
      <w:r>
        <w:rPr>
          <w:sz w:val="22"/>
        </w:rPr>
        <w:t>B. Giúp loại bỏ hoàn toàn mọi rủi ro trong cuộc sống.</w:t>
      </w:r>
    </w:p>
    <w:p>
      <w:pPr>
        <w:pStyle w:val="ListParagraph"/>
      </w:pPr>
      <w:r>
        <w:rPr>
          <w:sz w:val="22"/>
        </w:rPr>
        <w:t>C. Thay thế hoàn toàn việc tiết kiệm và phòng ngừa rủi ro.</w:t>
      </w:r>
    </w:p>
    <w:p>
      <w:pPr>
        <w:pStyle w:val="ListParagraph"/>
      </w:pPr>
      <w:r>
        <w:rPr>
          <w:sz w:val="22"/>
        </w:rPr>
        <w:t>D. Góp phần bảo vệ tài chính, chia sẻ rủi ro, ổn định cuộc sống và thực hiện an sinh xã hội.</w:t>
      </w:r>
    </w:p>
    <w:p/>
    <w:p>
      <w:r>
        <w:t>──────────────────────────────────────────────────</w:t>
      </w:r>
    </w:p>
    <w:p>
      <w:r>
        <w:rPr>
          <w:b/>
        </w:rPr>
        <w:t>BẢNG ĐÁP ÁN &amp; LỜI GIẢI CHI TIẾT</w:t>
      </w:r>
    </w:p>
    <w:p>
      <w:r>
        <w:rPr>
          <w:b/>
        </w:rPr>
        <w:t>Câu 1: Đáp án đúng: B</w:t>
      </w:r>
    </w:p>
    <w:p>
      <w:r>
        <w:rPr>
          <w:b/>
        </w:rPr>
        <w:t>Câu 2: Đáp án đúng: C</w:t>
      </w:r>
    </w:p>
    <w:p>
      <w:r>
        <w:rPr>
          <w:b/>
        </w:rPr>
        <w:t>Câu 3: Đáp án đúng: B</w:t>
      </w:r>
    </w:p>
    <w:p>
      <w:r>
        <w:rPr>
          <w:b/>
        </w:rPr>
        <w:t>Câu 4: Đáp án đúng: A</w:t>
      </w:r>
    </w:p>
    <w:p>
      <w:r>
        <w:rPr>
          <w:b/>
        </w:rPr>
        <w:t>Câu 5: Đáp án đúng: C</w:t>
      </w:r>
    </w:p>
    <w:p>
      <w:r>
        <w:rPr>
          <w:b/>
        </w:rPr>
        <w:t>Câu 6: Đáp án đúng: A</w:t>
      </w:r>
    </w:p>
    <w:p>
      <w:r>
        <w:rPr>
          <w:b/>
        </w:rPr>
        <w:t>Câu 7: Đáp án đúng: D</w:t>
      </w:r>
    </w:p>
    <w:p>
      <w:r>
        <w:rPr>
          <w:b/>
        </w:rPr>
        <w:t>Câu 8: Đáp án đúng: B</w:t>
      </w:r>
    </w:p>
    <w:p>
      <w:r>
        <w:rPr>
          <w:b/>
        </w:rPr>
        <w:t>Câu 9: Đáp án đúng: A</w:t>
      </w:r>
    </w:p>
    <w:p>
      <w:r>
        <w:rPr>
          <w:b/>
        </w:rPr>
        <w:t>Câu 10: Đáp án đúng: A</w:t>
      </w:r>
    </w:p>
    <w:p>
      <w:r>
        <w:rPr>
          <w:b/>
        </w:rPr>
        <w:t>Câu 11: Đáp án đúng: B</w:t>
      </w:r>
    </w:p>
    <w:p>
      <w:r>
        <w:rPr>
          <w:b/>
        </w:rPr>
        <w:t>Câu 12: Đáp án đúng: C</w:t>
      </w:r>
    </w:p>
    <w:p>
      <w:r>
        <w:rPr>
          <w:b/>
        </w:rPr>
        <w:t>Câu 13: Đáp án đúng: C</w:t>
      </w:r>
    </w:p>
    <w:p>
      <w:r>
        <w:rPr>
          <w:b/>
        </w:rPr>
        <w:t>Câu 14: Đáp án đúng: D</w:t>
      </w:r>
    </w:p>
    <w:p>
      <w:r>
        <w:rPr>
          <w:b/>
        </w:rPr>
        <w:t>Câu 15: Đáp án đúng: B</w:t>
      </w:r>
    </w:p>
    <w:p>
      <w:r>
        <w:rPr>
          <w:b/>
        </w:rPr>
        <w:t>Câu 16: Đáp án đúng: A</w:t>
      </w:r>
    </w:p>
    <w:p>
      <w:r>
        <w:rPr>
          <w:b/>
        </w:rPr>
        <w:t>Câu 17: Đáp án đúng: C</w:t>
      </w:r>
    </w:p>
    <w:p>
      <w:r>
        <w:rPr>
          <w:b/>
        </w:rPr>
        <w:t>Câu 18: Đáp án đúng: B</w:t>
      </w:r>
    </w:p>
    <w:p>
      <w:r>
        <w:rPr>
          <w:b/>
        </w:rPr>
        <w:t>Câu 19: Đáp án đúng: C</w:t>
      </w:r>
    </w:p>
    <w:p>
      <w:r>
        <w:rPr>
          <w:b/>
        </w:rPr>
        <w:t>Câu 20: Đáp án đúng: D</w:t>
      </w:r>
    </w:p>
    <w:p>
      <w:r>
        <w:rPr>
          <w:b/>
        </w:rPr>
        <w:t>Câu 21: Đáp án đúng: B</w:t>
      </w:r>
    </w:p>
    <w:p>
      <w:r>
        <w:rPr>
          <w:b/>
        </w:rPr>
        <w:t>Câu 22: Đáp án đúng: C</w:t>
      </w:r>
    </w:p>
    <w:p>
      <w:r>
        <w:rPr>
          <w:b/>
        </w:rPr>
        <w:t>Câu 23: Đáp án đúng: A</w:t>
      </w:r>
    </w:p>
    <w:p>
      <w:r>
        <w:rPr>
          <w:b/>
        </w:rPr>
        <w:t>Câu 24: Đáp án đúng: D</w:t>
      </w:r>
    </w:p>
    <w:p>
      <w:r>
        <w:rPr>
          <w:b/>
        </w:rPr>
        <w:t>Câu 25: Đáp án đúng: B</w:t>
      </w:r>
    </w:p>
    <w:p>
      <w:r>
        <w:rPr>
          <w:b/>
        </w:rPr>
        <w:t>Câu 26: Đáp án đúng: C</w:t>
      </w:r>
    </w:p>
    <w:p>
      <w:r>
        <w:rPr>
          <w:b/>
        </w:rPr>
        <w:t>Câu 27: Đáp án đúng: A</w:t>
      </w:r>
    </w:p>
    <w:p>
      <w:r>
        <w:rPr>
          <w:b/>
        </w:rPr>
        <w:t>Câu 28: Đáp án đúng: D</w:t>
      </w:r>
    </w:p>
    <w:p>
      <w:r>
        <w:rPr>
          <w:b/>
        </w:rPr>
        <w:t>Câu 29: Đáp án đúng: B</w:t>
      </w:r>
    </w:p>
    <w:p>
      <w:r>
        <w:rPr>
          <w:b/>
        </w:rPr>
        <w:t>Câu 30: Đáp án đúng: C</w:t>
      </w:r>
    </w:p>
    <w:p>
      <w:r>
        <w:rPr>
          <w:b/>
        </w:rPr>
        <w:t>Câu 31: Đáp án đúng: D</w:t>
      </w:r>
    </w:p>
    <w:p>
      <w:r>
        <w:rPr>
          <w:b/>
        </w:rPr>
        <w:t>Câu 32: Đáp án đúng: B</w:t>
      </w:r>
    </w:p>
    <w:p>
      <w:r>
        <w:rPr>
          <w:b/>
        </w:rPr>
        <w:t>Câu 33: Đáp án đúng: A</w:t>
      </w:r>
    </w:p>
    <w:p>
      <w:r>
        <w:rPr>
          <w:b/>
        </w:rPr>
        <w:t>Câu 34: Đáp án đúng: C</w:t>
      </w:r>
    </w:p>
    <w:p>
      <w:r>
        <w:rPr>
          <w:b/>
        </w:rPr>
        <w:t>Câu 35: Đáp án đúng: D</w:t>
      </w:r>
    </w:p>
    <w:sectPr w:rsidR="00FC693F" w:rsidRPr="0006063C" w:rsidSect="00034616">
      <w:pgSz w:w="12240" w:h="15840"/>
      <w:pgMar w:top="1134" w:right="1134" w:bottom="1134"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