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Địa lý Lớp 12 - Bản đồ và các phương pháp biểu hiện trên bản đồ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Điểm cực Bắc của nước ta nằm ở xã nào?</w:t>
      </w:r>
    </w:p>
    <w:p>
      <w:pPr>
        <w:pStyle w:val="ListParagraph"/>
      </w:pPr>
      <w:r>
        <w:rPr>
          <w:sz w:val="22"/>
        </w:rPr>
        <w:t>A. Lũng Cú, Đồng Văn, Hà Giang.</w:t>
      </w:r>
    </w:p>
    <w:p>
      <w:pPr>
        <w:pStyle w:val="ListParagraph"/>
      </w:pPr>
      <w:r>
        <w:rPr>
          <w:sz w:val="22"/>
        </w:rPr>
        <w:t>B. Sín Thầu, Mường Nhé, Điện Biên.</w:t>
      </w:r>
    </w:p>
    <w:p>
      <w:pPr>
        <w:pStyle w:val="ListParagraph"/>
      </w:pPr>
      <w:r>
        <w:rPr>
          <w:sz w:val="22"/>
        </w:rPr>
        <w:t>C. Đất Mũi, Ngọc Hiển, Cà Mau.</w:t>
      </w:r>
    </w:p>
    <w:p>
      <w:pPr>
        <w:pStyle w:val="ListParagraph"/>
      </w:pPr>
      <w:r>
        <w:rPr>
          <w:sz w:val="22"/>
        </w:rPr>
        <w:t>D. Vạn Thạnh, Vạn Ninh, Khánh Hòa.</w:t>
      </w:r>
    </w:p>
    <w:p/>
    <w:p>
      <w:r>
        <w:rPr>
          <w:b/>
          <w:sz w:val="24"/>
        </w:rPr>
        <w:t>Câu 2: Điểm cực Đông trên đất liền nước ta thuộc tỉnh:</w:t>
      </w:r>
    </w:p>
    <w:p>
      <w:pPr>
        <w:pStyle w:val="ListParagraph"/>
      </w:pPr>
      <w:r>
        <w:rPr>
          <w:sz w:val="22"/>
        </w:rPr>
        <w:t>A. Khánh Hòa</w:t>
      </w:r>
    </w:p>
    <w:p>
      <w:pPr>
        <w:pStyle w:val="ListParagraph"/>
      </w:pPr>
      <w:r>
        <w:rPr>
          <w:sz w:val="22"/>
        </w:rPr>
        <w:t>B. Cà Mau</w:t>
      </w:r>
    </w:p>
    <w:p>
      <w:pPr>
        <w:pStyle w:val="ListParagraph"/>
      </w:pPr>
      <w:r>
        <w:rPr>
          <w:sz w:val="22"/>
        </w:rPr>
        <w:t>C. Hà Giang</w:t>
      </w:r>
    </w:p>
    <w:p>
      <w:pPr>
        <w:pStyle w:val="ListParagraph"/>
      </w:pPr>
      <w:r>
        <w:rPr>
          <w:sz w:val="22"/>
        </w:rPr>
        <w:t>D. Điện Biên</w:t>
      </w:r>
    </w:p>
    <w:p/>
    <w:p>
      <w:r>
        <w:rPr>
          <w:b/>
          <w:sz w:val="24"/>
        </w:rPr>
        <w:t>Câu 3: Việt Nam nằm trong múi giờ số mấy?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4: Tổng diện tích đất liền của Việt Nam khoảng:</w:t>
      </w:r>
    </w:p>
    <w:p>
      <w:pPr>
        <w:pStyle w:val="ListParagraph"/>
      </w:pPr>
      <w:r>
        <w:rPr>
          <w:sz w:val="22"/>
        </w:rPr>
        <w:t>A. 331.212 km²</w:t>
      </w:r>
    </w:p>
    <w:p>
      <w:pPr>
        <w:pStyle w:val="ListParagraph"/>
      </w:pPr>
      <w:r>
        <w:rPr>
          <w:sz w:val="22"/>
        </w:rPr>
        <w:t>B. 330.000 km²</w:t>
      </w:r>
    </w:p>
    <w:p>
      <w:pPr>
        <w:pStyle w:val="ListParagraph"/>
      </w:pPr>
      <w:r>
        <w:rPr>
          <w:sz w:val="22"/>
        </w:rPr>
        <w:t>C. 329.247 km²</w:t>
      </w:r>
    </w:p>
    <w:p>
      <w:pPr>
        <w:pStyle w:val="ListParagraph"/>
      </w:pPr>
      <w:r>
        <w:rPr>
          <w:sz w:val="22"/>
        </w:rPr>
        <w:t>D. 331.698 km²</w:t>
      </w:r>
    </w:p>
    <w:p/>
    <w:p>
      <w:r>
        <w:rPr>
          <w:b/>
          <w:sz w:val="24"/>
        </w:rPr>
        <w:t>Câu 5: Đường bờ biển nước ta dài khoảng:</w:t>
      </w:r>
    </w:p>
    <w:p>
      <w:pPr>
        <w:pStyle w:val="ListParagraph"/>
      </w:pPr>
      <w:r>
        <w:rPr>
          <w:sz w:val="22"/>
        </w:rPr>
        <w:t>A. 3260 km</w:t>
      </w:r>
    </w:p>
    <w:p>
      <w:pPr>
        <w:pStyle w:val="ListParagraph"/>
      </w:pPr>
      <w:r>
        <w:rPr>
          <w:sz w:val="22"/>
        </w:rPr>
        <w:t>B. 2360 km</w:t>
      </w:r>
    </w:p>
    <w:p>
      <w:pPr>
        <w:pStyle w:val="ListParagraph"/>
      </w:pPr>
      <w:r>
        <w:rPr>
          <w:sz w:val="22"/>
        </w:rPr>
        <w:t>C. 3620 km</w:t>
      </w:r>
    </w:p>
    <w:p>
      <w:pPr>
        <w:pStyle w:val="ListParagraph"/>
      </w:pPr>
      <w:r>
        <w:rPr>
          <w:sz w:val="22"/>
        </w:rPr>
        <w:t>D. 3200 km</w:t>
      </w:r>
    </w:p>
    <w:p/>
    <w:p>
      <w:r>
        <w:rPr>
          <w:b/>
          <w:sz w:val="24"/>
        </w:rPr>
        <w:t>Câu 6: Nước ta có đường biên giới trên đất liền dài khoảng:</w:t>
      </w:r>
    </w:p>
    <w:p>
      <w:pPr>
        <w:pStyle w:val="ListParagraph"/>
      </w:pPr>
      <w:r>
        <w:rPr>
          <w:sz w:val="22"/>
        </w:rPr>
        <w:t>A. 4600 km</w:t>
      </w:r>
    </w:p>
    <w:p>
      <w:pPr>
        <w:pStyle w:val="ListParagraph"/>
      </w:pPr>
      <w:r>
        <w:rPr>
          <w:sz w:val="22"/>
        </w:rPr>
        <w:t>B. 3260 km</w:t>
      </w:r>
    </w:p>
    <w:p>
      <w:pPr>
        <w:pStyle w:val="ListParagraph"/>
      </w:pPr>
      <w:r>
        <w:rPr>
          <w:sz w:val="22"/>
        </w:rPr>
        <w:t>C. 4510 km</w:t>
      </w:r>
    </w:p>
    <w:p>
      <w:pPr>
        <w:pStyle w:val="ListParagraph"/>
      </w:pPr>
      <w:r>
        <w:rPr>
          <w:sz w:val="22"/>
        </w:rPr>
        <w:t>D. 4000 km</w:t>
      </w:r>
    </w:p>
    <w:p/>
    <w:p>
      <w:r>
        <w:rPr>
          <w:b/>
          <w:sz w:val="24"/>
        </w:rPr>
        <w:t>Câu 7: Vị trí địa lí nước ta nằm ở:</w:t>
      </w:r>
    </w:p>
    <w:p>
      <w:pPr>
        <w:pStyle w:val="ListParagraph"/>
      </w:pPr>
      <w:r>
        <w:rPr>
          <w:sz w:val="22"/>
        </w:rPr>
        <w:t>A. rìa phía đông bán đảo Đông Dương, gần trung tâm Đông Nam Á.</w:t>
      </w:r>
    </w:p>
    <w:p>
      <w:pPr>
        <w:pStyle w:val="ListParagraph"/>
      </w:pPr>
      <w:r>
        <w:rPr>
          <w:sz w:val="22"/>
        </w:rPr>
        <w:t>B. trung tâm châu Á.</w:t>
      </w:r>
    </w:p>
    <w:p>
      <w:pPr>
        <w:pStyle w:val="ListParagraph"/>
      </w:pPr>
      <w:r>
        <w:rPr>
          <w:sz w:val="22"/>
        </w:rPr>
        <w:t>C. phía tây bán đảo Đông Dương.</w:t>
      </w:r>
    </w:p>
    <w:p>
      <w:pPr>
        <w:pStyle w:val="ListParagraph"/>
      </w:pPr>
      <w:r>
        <w:rPr>
          <w:sz w:val="22"/>
        </w:rPr>
        <w:t>D. khu vực Đông Bắc Á.</w:t>
      </w:r>
    </w:p>
    <w:p/>
    <w:p>
      <w:r>
        <w:rPr>
          <w:b/>
          <w:sz w:val="24"/>
        </w:rPr>
        <w:t>Câu 8: Vùng biển nước ta tiếp giáp với bao nhiêu quốc gia?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9: Nước ta có khoảng bao nhiêu đảo lớn nhỏ?</w:t>
      </w:r>
    </w:p>
    <w:p>
      <w:pPr>
        <w:pStyle w:val="ListParagraph"/>
      </w:pPr>
      <w:r>
        <w:rPr>
          <w:sz w:val="22"/>
        </w:rPr>
        <w:t>A. Hơn 4000</w:t>
      </w:r>
    </w:p>
    <w:p>
      <w:pPr>
        <w:pStyle w:val="ListParagraph"/>
      </w:pPr>
      <w:r>
        <w:rPr>
          <w:sz w:val="22"/>
        </w:rPr>
        <w:t>B. Hơn 2000</w:t>
      </w:r>
    </w:p>
    <w:p>
      <w:pPr>
        <w:pStyle w:val="ListParagraph"/>
      </w:pPr>
      <w:r>
        <w:rPr>
          <w:sz w:val="22"/>
        </w:rPr>
        <w:t>C. Hơn 3000</w:t>
      </w:r>
    </w:p>
    <w:p>
      <w:pPr>
        <w:pStyle w:val="ListParagraph"/>
      </w:pPr>
      <w:r>
        <w:rPr>
          <w:sz w:val="22"/>
        </w:rPr>
        <w:t>D. Hơn 5000</w:t>
      </w:r>
    </w:p>
    <w:p/>
    <w:p>
      <w:r>
        <w:rPr>
          <w:b/>
          <w:sz w:val="24"/>
        </w:rPr>
        <w:t>Câu 10: Đặc điểm nào sau đây không đúng với vị trí địa lí nước ta?</w:t>
      </w:r>
    </w:p>
    <w:p>
      <w:pPr>
        <w:pStyle w:val="ListParagraph"/>
      </w:pPr>
      <w:r>
        <w:rPr>
          <w:sz w:val="22"/>
        </w:rPr>
        <w:t>A. Nằm trong vùng nội chí tuyến bán cầu Bắc.</w:t>
      </w:r>
    </w:p>
    <w:p>
      <w:pPr>
        <w:pStyle w:val="ListParagraph"/>
      </w:pPr>
      <w:r>
        <w:rPr>
          <w:sz w:val="22"/>
        </w:rPr>
        <w:t>B. Nằm ở trung tâm bán đảo Đông Dương.</w:t>
      </w:r>
    </w:p>
    <w:p>
      <w:pPr>
        <w:pStyle w:val="ListParagraph"/>
      </w:pPr>
      <w:r>
        <w:rPr>
          <w:sz w:val="22"/>
        </w:rPr>
        <w:t>C. Nằm trong khu vực hoạt động của gió mùa châu Á.</w:t>
      </w:r>
    </w:p>
    <w:p>
      <w:pPr>
        <w:pStyle w:val="ListParagraph"/>
      </w:pPr>
      <w:r>
        <w:rPr>
          <w:sz w:val="22"/>
        </w:rPr>
        <w:t>D. Nằm trên đường di lưu và di cư của nhiều loài sinh vật.</w:t>
      </w:r>
    </w:p>
    <w:p/>
    <w:p>
      <w:r>
        <w:rPr>
          <w:b/>
          <w:sz w:val="24"/>
        </w:rPr>
        <w:t>Câu 11: Do nằm trong vùng nội chí tuyến nên nước ta có:</w:t>
      </w:r>
    </w:p>
    <w:p>
      <w:pPr>
        <w:pStyle w:val="ListParagraph"/>
      </w:pPr>
      <w:r>
        <w:rPr>
          <w:sz w:val="22"/>
        </w:rPr>
        <w:t>A. Tổng bức xạ lớn, nhiệt độ cao.</w:t>
      </w:r>
    </w:p>
    <w:p>
      <w:pPr>
        <w:pStyle w:val="ListParagraph"/>
      </w:pPr>
      <w:r>
        <w:rPr>
          <w:sz w:val="22"/>
        </w:rPr>
        <w:t>B. Khí hậu ôn hòa.</w:t>
      </w:r>
    </w:p>
    <w:p>
      <w:pPr>
        <w:pStyle w:val="ListParagraph"/>
      </w:pPr>
      <w:r>
        <w:rPr>
          <w:sz w:val="22"/>
        </w:rPr>
        <w:t>C. Lượng mưa nhỏ.</w:t>
      </w:r>
    </w:p>
    <w:p>
      <w:pPr>
        <w:pStyle w:val="ListParagraph"/>
      </w:pPr>
      <w:r>
        <w:rPr>
          <w:sz w:val="22"/>
        </w:rPr>
        <w:t>D. Gió mùa Đông Bắc.</w:t>
      </w:r>
    </w:p>
    <w:p/>
    <w:p>
      <w:r>
        <w:rPr>
          <w:b/>
          <w:sz w:val="24"/>
        </w:rPr>
        <w:t>Câu 12: Gió mùa mùa đông ở nước ta hoạt động trong khoảng thời gian:</w:t>
      </w:r>
    </w:p>
    <w:p>
      <w:pPr>
        <w:pStyle w:val="ListParagraph"/>
      </w:pPr>
      <w:r>
        <w:rPr>
          <w:sz w:val="22"/>
        </w:rPr>
        <w:t>A. Tháng 11 đến tháng 4 năm sau.</w:t>
      </w:r>
    </w:p>
    <w:p>
      <w:pPr>
        <w:pStyle w:val="ListParagraph"/>
      </w:pPr>
      <w:r>
        <w:rPr>
          <w:sz w:val="22"/>
        </w:rPr>
        <w:t>B. Tháng 5 đến tháng 10.</w:t>
      </w:r>
    </w:p>
    <w:p>
      <w:pPr>
        <w:pStyle w:val="ListParagraph"/>
      </w:pPr>
      <w:r>
        <w:rPr>
          <w:sz w:val="22"/>
        </w:rPr>
        <w:t>C. Tháng 4 đến tháng 10.</w:t>
      </w:r>
    </w:p>
    <w:p>
      <w:pPr>
        <w:pStyle w:val="ListParagraph"/>
      </w:pPr>
      <w:r>
        <w:rPr>
          <w:sz w:val="22"/>
        </w:rPr>
        <w:t>D. Tháng 10 đến tháng 12.</w:t>
      </w:r>
    </w:p>
    <w:p/>
    <w:p>
      <w:r>
        <w:rPr>
          <w:b/>
          <w:sz w:val="24"/>
        </w:rPr>
        <w:t>Câu 13: Gió mùa mùa hạ ở nước ta có hướng chủ yếu là:</w:t>
      </w:r>
    </w:p>
    <w:p>
      <w:pPr>
        <w:pStyle w:val="ListParagraph"/>
      </w:pPr>
      <w:r>
        <w:rPr>
          <w:sz w:val="22"/>
        </w:rPr>
        <w:t>A. Tây Nam.</w:t>
      </w:r>
    </w:p>
    <w:p>
      <w:pPr>
        <w:pStyle w:val="ListParagraph"/>
      </w:pPr>
      <w:r>
        <w:rPr>
          <w:sz w:val="22"/>
        </w:rPr>
        <w:t>B. Đông Bắc.</w:t>
      </w:r>
    </w:p>
    <w:p>
      <w:pPr>
        <w:pStyle w:val="ListParagraph"/>
      </w:pPr>
      <w:r>
        <w:rPr>
          <w:sz w:val="22"/>
        </w:rPr>
        <w:t>C. Đông Nam.</w:t>
      </w:r>
    </w:p>
    <w:p>
      <w:pPr>
        <w:pStyle w:val="ListParagraph"/>
      </w:pPr>
      <w:r>
        <w:rPr>
          <w:sz w:val="22"/>
        </w:rPr>
        <w:t>D. Tây Bắc.</w:t>
      </w:r>
    </w:p>
    <w:p/>
    <w:p>
      <w:r>
        <w:rPr>
          <w:b/>
          <w:sz w:val="24"/>
        </w:rPr>
        <w:t>Câu 14: Gió mùa Đông Bắc ảnh hưởng đến miền nào của nước ta?</w:t>
      </w:r>
    </w:p>
    <w:p>
      <w:pPr>
        <w:pStyle w:val="ListParagraph"/>
      </w:pPr>
      <w:r>
        <w:rPr>
          <w:sz w:val="22"/>
        </w:rPr>
        <w:t>A. Miền Bắc và Bắc Trung Bộ.</w:t>
      </w:r>
    </w:p>
    <w:p>
      <w:pPr>
        <w:pStyle w:val="ListParagraph"/>
      </w:pPr>
      <w:r>
        <w:rPr>
          <w:sz w:val="22"/>
        </w:rPr>
        <w:t>B. Toàn lãnh thổ.</w:t>
      </w:r>
    </w:p>
    <w:p>
      <w:pPr>
        <w:pStyle w:val="ListParagraph"/>
      </w:pPr>
      <w:r>
        <w:rPr>
          <w:sz w:val="22"/>
        </w:rPr>
        <w:t>C. Nam Trung Bộ và Nam Bộ.</w:t>
      </w:r>
    </w:p>
    <w:p>
      <w:pPr>
        <w:pStyle w:val="ListParagraph"/>
      </w:pPr>
      <w:r>
        <w:rPr>
          <w:sz w:val="22"/>
        </w:rPr>
        <w:t>D. Tây Nguyên và Nam Bộ.</w:t>
      </w:r>
    </w:p>
    <w:p/>
    <w:p>
      <w:r>
        <w:rPr>
          <w:b/>
          <w:sz w:val="24"/>
        </w:rPr>
        <w:t>Câu 15: Gió mùa Đông Bắc hầu như chấm dứt ở dãy núi nào?</w:t>
      </w:r>
    </w:p>
    <w:p>
      <w:pPr>
        <w:pStyle w:val="ListParagraph"/>
      </w:pPr>
      <w:r>
        <w:rPr>
          <w:sz w:val="22"/>
        </w:rPr>
        <w:t>A. Dãy Bạch Mã.</w:t>
      </w:r>
    </w:p>
    <w:p>
      <w:pPr>
        <w:pStyle w:val="ListParagraph"/>
      </w:pPr>
      <w:r>
        <w:rPr>
          <w:sz w:val="22"/>
        </w:rPr>
        <w:t>B. Dãy Hoành Sơn.</w:t>
      </w:r>
    </w:p>
    <w:p>
      <w:pPr>
        <w:pStyle w:val="ListParagraph"/>
      </w:pPr>
      <w:r>
        <w:rPr>
          <w:sz w:val="22"/>
        </w:rPr>
        <w:t>C. Dãy Trường Sơn.</w:t>
      </w:r>
    </w:p>
    <w:p>
      <w:pPr>
        <w:pStyle w:val="ListParagraph"/>
      </w:pPr>
      <w:r>
        <w:rPr>
          <w:sz w:val="22"/>
        </w:rPr>
        <w:t>D. Dãy Tam Đảo.</w:t>
      </w:r>
    </w:p>
    <w:p/>
    <w:p>
      <w:r>
        <w:rPr>
          <w:b/>
          <w:sz w:val="24"/>
        </w:rPr>
        <w:t>Câu 16: Tính chất nhiệt đới ẩm gió mùa của khí hậu nước ta biểu hiện ở:</w:t>
      </w:r>
    </w:p>
    <w:p>
      <w:pPr>
        <w:pStyle w:val="ListParagraph"/>
      </w:pPr>
      <w:r>
        <w:rPr>
          <w:sz w:val="22"/>
        </w:rPr>
        <w:t>A. Nhiệt độ cao, lượng mưa lớn, độ ẩm cao.</w:t>
      </w:r>
    </w:p>
    <w:p>
      <w:pPr>
        <w:pStyle w:val="ListParagraph"/>
      </w:pPr>
      <w:r>
        <w:rPr>
          <w:sz w:val="22"/>
        </w:rPr>
        <w:t>B. Nhiệt độ thấp, mưa ít.</w:t>
      </w:r>
    </w:p>
    <w:p>
      <w:pPr>
        <w:pStyle w:val="ListParagraph"/>
      </w:pPr>
      <w:r>
        <w:rPr>
          <w:sz w:val="22"/>
        </w:rPr>
        <w:t>C. Khí hậu ôn hòa quanh năm.</w:t>
      </w:r>
    </w:p>
    <w:p>
      <w:pPr>
        <w:pStyle w:val="ListParagraph"/>
      </w:pPr>
      <w:r>
        <w:rPr>
          <w:sz w:val="22"/>
        </w:rPr>
        <w:t>D. Mùa đông lạnh khô.</w:t>
      </w:r>
    </w:p>
    <w:p/>
    <w:p>
      <w:r>
        <w:rPr>
          <w:b/>
          <w:sz w:val="24"/>
        </w:rPr>
        <w:t>Câu 17: Hệ quả của khí hậu nhiệt đới ẩm gió mùa đến địa hình nước ta là:</w:t>
      </w:r>
    </w:p>
    <w:p>
      <w:pPr>
        <w:pStyle w:val="ListParagraph"/>
      </w:pPr>
      <w:r>
        <w:rPr>
          <w:sz w:val="22"/>
        </w:rPr>
        <w:t>A. Xâm thực mạnh ở miền đồi núi, bồi tụ nhanh ở đồng bằng.</w:t>
      </w:r>
    </w:p>
    <w:p>
      <w:pPr>
        <w:pStyle w:val="ListParagraph"/>
      </w:pPr>
      <w:r>
        <w:rPr>
          <w:sz w:val="22"/>
        </w:rPr>
        <w:t>B. Địa hình ít bị chia cắt.</w:t>
      </w:r>
    </w:p>
    <w:p>
      <w:pPr>
        <w:pStyle w:val="ListParagraph"/>
      </w:pPr>
      <w:r>
        <w:rPr>
          <w:sz w:val="22"/>
        </w:rPr>
        <w:t>C. Chủ yếu là địa hình băng hà.</w:t>
      </w:r>
    </w:p>
    <w:p>
      <w:pPr>
        <w:pStyle w:val="ListParagraph"/>
      </w:pPr>
      <w:r>
        <w:rPr>
          <w:sz w:val="22"/>
        </w:rPr>
        <w:t>D. Địa hình phẳng.</w:t>
      </w:r>
    </w:p>
    <w:p/>
    <w:p>
      <w:r>
        <w:rPr>
          <w:b/>
          <w:sz w:val="24"/>
        </w:rPr>
        <w:t>Câu 18: Đất feralit là loại đất chủ yếu ở nước ta do:</w:t>
      </w:r>
    </w:p>
    <w:p>
      <w:pPr>
        <w:pStyle w:val="ListParagraph"/>
      </w:pPr>
      <w:r>
        <w:rPr>
          <w:sz w:val="22"/>
        </w:rPr>
        <w:t>A. Quá trình phong hóa mạnh, rửa trôi các chất bazơ.</w:t>
      </w:r>
    </w:p>
    <w:p>
      <w:pPr>
        <w:pStyle w:val="ListParagraph"/>
      </w:pPr>
      <w:r>
        <w:rPr>
          <w:sz w:val="22"/>
        </w:rPr>
        <w:t>B. Quá trình bồi tụ phù sa.</w:t>
      </w:r>
    </w:p>
    <w:p>
      <w:pPr>
        <w:pStyle w:val="ListParagraph"/>
      </w:pPr>
      <w:r>
        <w:rPr>
          <w:sz w:val="22"/>
        </w:rPr>
        <w:t>C. Khí hậu lạnh giá.</w:t>
      </w:r>
    </w:p>
    <w:p>
      <w:pPr>
        <w:pStyle w:val="ListParagraph"/>
      </w:pPr>
      <w:r>
        <w:rPr>
          <w:sz w:val="22"/>
        </w:rPr>
        <w:t>D. Mưa ít.</w:t>
      </w:r>
    </w:p>
    <w:p/>
    <w:p>
      <w:r>
        <w:rPr>
          <w:b/>
          <w:sz w:val="24"/>
        </w:rPr>
        <w:t>Câu 19: Sông ngòi nước ta có đặc điểm:</w:t>
      </w:r>
    </w:p>
    <w:p>
      <w:pPr>
        <w:pStyle w:val="ListParagraph"/>
      </w:pPr>
      <w:r>
        <w:rPr>
          <w:sz w:val="22"/>
        </w:rPr>
        <w:t>A. Mạng lưới dày đặc, nhiều nước, giàu phù sa.</w:t>
      </w:r>
    </w:p>
    <w:p>
      <w:pPr>
        <w:pStyle w:val="ListParagraph"/>
      </w:pPr>
      <w:r>
        <w:rPr>
          <w:sz w:val="22"/>
        </w:rPr>
        <w:t>B. Ít sông, nước trong.</w:t>
      </w:r>
    </w:p>
    <w:p>
      <w:pPr>
        <w:pStyle w:val="ListParagraph"/>
      </w:pPr>
      <w:r>
        <w:rPr>
          <w:sz w:val="22"/>
        </w:rPr>
        <w:t>C. Chế độ nước không theo mùa.</w:t>
      </w:r>
    </w:p>
    <w:p>
      <w:pPr>
        <w:pStyle w:val="ListParagraph"/>
      </w:pPr>
      <w:r>
        <w:rPr>
          <w:sz w:val="22"/>
        </w:rPr>
        <w:t>D. Lưu lượng nước nhỏ, ít phù sa.</w:t>
      </w:r>
    </w:p>
    <w:p/>
    <w:p>
      <w:r>
        <w:rPr>
          <w:b/>
          <w:sz w:val="24"/>
        </w:rPr>
        <w:t>Câu 20: Thiên nhiên nhiệt đới ẩm gió mùa ảnh hưởng đến sản xuất nông nghiệp:</w:t>
      </w:r>
    </w:p>
    <w:p>
      <w:pPr>
        <w:pStyle w:val="ListParagraph"/>
      </w:pPr>
      <w:r>
        <w:rPr>
          <w:sz w:val="22"/>
        </w:rPr>
        <w:t>A. Cho phép phát triển nền nông nghiệp nhiệt đới, đa dạng cây trồng.</w:t>
      </w:r>
    </w:p>
    <w:p>
      <w:pPr>
        <w:pStyle w:val="ListParagraph"/>
      </w:pPr>
      <w:r>
        <w:rPr>
          <w:sz w:val="22"/>
        </w:rPr>
        <w:t>B. Chỉ phát triển cây ôn đới.</w:t>
      </w:r>
    </w:p>
    <w:p>
      <w:pPr>
        <w:pStyle w:val="ListParagraph"/>
      </w:pPr>
      <w:r>
        <w:rPr>
          <w:sz w:val="22"/>
        </w:rPr>
        <w:t>C. Khó khăn, không thể sản xuất.</w:t>
      </w:r>
    </w:p>
    <w:p>
      <w:pPr>
        <w:pStyle w:val="ListParagraph"/>
      </w:pPr>
      <w:r>
        <w:rPr>
          <w:sz w:val="22"/>
        </w:rPr>
        <w:t>D. Không ảnh hưởng.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