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Vị trí địa lý của Việt Nam nằm ở khu vực nào?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Bắc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2: Điểm cực Bắc của Việt Nam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Lạng Sơn</w:t>
      </w:r>
    </w:p>
    <w:p>
      <w:pPr>
        <w:pStyle w:val="ListParagraph"/>
      </w:pPr>
      <w:r>
        <w:rPr>
          <w:sz w:val="22"/>
        </w:rPr>
        <w:t>C. Cao Bằng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3: Điểm cực Nam của Việt Nam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Bạc Liêu</w:t>
      </w:r>
    </w:p>
    <w:p>
      <w:pPr>
        <w:pStyle w:val="ListParagraph"/>
      </w:pPr>
      <w:r>
        <w:rPr>
          <w:sz w:val="22"/>
        </w:rPr>
        <w:t>C. Kiên Giang</w:t>
      </w:r>
    </w:p>
    <w:p>
      <w:pPr>
        <w:pStyle w:val="ListParagraph"/>
      </w:pPr>
      <w:r>
        <w:rPr>
          <w:sz w:val="22"/>
        </w:rPr>
        <w:t>D. Sóc Trăng</w:t>
      </w:r>
    </w:p>
    <w:p/>
    <w:p>
      <w:r>
        <w:rPr>
          <w:b/>
          <w:sz w:val="24"/>
        </w:rPr>
        <w:t>Câu 4: Điểm cực Tây của Việt Nam thuộc tỉnh nào?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Lai Châu</w:t>
      </w:r>
    </w:p>
    <w:p>
      <w:pPr>
        <w:pStyle w:val="ListParagraph"/>
      </w:pPr>
      <w:r>
        <w:rPr>
          <w:sz w:val="22"/>
        </w:rPr>
        <w:t>C. Sơn La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5: Điểm cực Đông của Việt Nam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Phú Yên</w:t>
      </w:r>
    </w:p>
    <w:p>
      <w:pPr>
        <w:pStyle w:val="ListParagraph"/>
      </w:pPr>
      <w:r>
        <w:rPr>
          <w:sz w:val="22"/>
        </w:rPr>
        <w:t>C. Bình Định</w:t>
      </w:r>
    </w:p>
    <w:p>
      <w:pPr>
        <w:pStyle w:val="ListParagraph"/>
      </w:pPr>
      <w:r>
        <w:rPr>
          <w:sz w:val="22"/>
        </w:rPr>
        <w:t>D. Ninh Thuận</w:t>
      </w:r>
    </w:p>
    <w:p/>
    <w:p>
      <w:r>
        <w:rPr>
          <w:b/>
          <w:sz w:val="24"/>
        </w:rPr>
        <w:t>Câu 6: Thiên nhiên nhiệt đới ẩm gió mùa của nước ta được thể hiện qua yếu tố nào sau đây?</w:t>
      </w:r>
    </w:p>
    <w:p>
      <w:pPr>
        <w:pStyle w:val="ListParagraph"/>
      </w:pPr>
      <w:r>
        <w:rPr>
          <w:sz w:val="22"/>
        </w:rPr>
        <w:t>A. Nhiệt độ cao quanh năm, độ ẩm lớn, mưa nhiều</w:t>
      </w:r>
    </w:p>
    <w:p>
      <w:pPr>
        <w:pStyle w:val="ListParagraph"/>
      </w:pPr>
      <w:r>
        <w:rPr>
          <w:sz w:val="22"/>
        </w:rPr>
        <w:t>B. Nhiệt độ thấp quanh năm, độ ẩm nhỏ, mưa ít</w:t>
      </w:r>
    </w:p>
    <w:p>
      <w:pPr>
        <w:pStyle w:val="ListParagraph"/>
      </w:pPr>
      <w:r>
        <w:rPr>
          <w:sz w:val="22"/>
        </w:rPr>
        <w:t>C. Nhiệt độ cao vào mùa hạ, lạnh vào mùa đông</w:t>
      </w:r>
    </w:p>
    <w:p>
      <w:pPr>
        <w:pStyle w:val="ListParagraph"/>
      </w:pPr>
      <w:r>
        <w:rPr>
          <w:sz w:val="22"/>
        </w:rPr>
        <w:t>D. Nhiệt độ trung bình năm dưới 20°C</w:t>
      </w:r>
    </w:p>
    <w:p/>
    <w:p>
      <w:r>
        <w:rPr>
          <w:b/>
          <w:sz w:val="24"/>
        </w:rPr>
        <w:t>Câu 7: Gió mùa mùa đông ở nước ta có hướng chủ yếu là?</w:t>
      </w:r>
    </w:p>
    <w:p>
      <w:pPr>
        <w:pStyle w:val="ListParagraph"/>
      </w:pPr>
      <w:r>
        <w:rPr>
          <w:sz w:val="22"/>
        </w:rPr>
        <w:t>A. Đông Bắc</w:t>
      </w:r>
    </w:p>
    <w:p>
      <w:pPr>
        <w:pStyle w:val="ListParagraph"/>
      </w:pPr>
      <w:r>
        <w:rPr>
          <w:sz w:val="22"/>
        </w:rPr>
        <w:t>B. Tây Nam</w:t>
      </w:r>
    </w:p>
    <w:p>
      <w:pPr>
        <w:pStyle w:val="ListParagraph"/>
      </w:pPr>
      <w:r>
        <w:rPr>
          <w:sz w:val="22"/>
        </w:rPr>
        <w:t>C. Đông Nam</w:t>
      </w:r>
    </w:p>
    <w:p>
      <w:pPr>
        <w:pStyle w:val="ListParagraph"/>
      </w:pPr>
      <w:r>
        <w:rPr>
          <w:sz w:val="22"/>
        </w:rPr>
        <w:t>D. Tây Bắc</w:t>
      </w:r>
    </w:p>
    <w:p/>
    <w:p>
      <w:r>
        <w:rPr>
          <w:b/>
          <w:sz w:val="24"/>
        </w:rPr>
        <w:t>Câu 8: Gió mùa mùa hạ ở nước ta có hướng chủ yếu là?</w:t>
      </w:r>
    </w:p>
    <w:p>
      <w:pPr>
        <w:pStyle w:val="ListParagraph"/>
      </w:pPr>
      <w:r>
        <w:rPr>
          <w:sz w:val="22"/>
        </w:rPr>
        <w:t>A. Tây Nam</w:t>
      </w:r>
    </w:p>
    <w:p>
      <w:pPr>
        <w:pStyle w:val="ListParagraph"/>
      </w:pPr>
      <w:r>
        <w:rPr>
          <w:sz w:val="22"/>
        </w:rPr>
        <w:t>B. Đông Bắc</w:t>
      </w:r>
    </w:p>
    <w:p>
      <w:pPr>
        <w:pStyle w:val="ListParagraph"/>
      </w:pPr>
      <w:r>
        <w:rPr>
          <w:sz w:val="22"/>
        </w:rPr>
        <w:t>C. Đông Nam</w:t>
      </w:r>
    </w:p>
    <w:p>
      <w:pPr>
        <w:pStyle w:val="ListParagraph"/>
      </w:pPr>
      <w:r>
        <w:rPr>
          <w:sz w:val="22"/>
        </w:rPr>
        <w:t>D. Tây Bắc</w:t>
      </w:r>
    </w:p>
    <w:p/>
    <w:p>
      <w:r>
        <w:rPr>
          <w:b/>
          <w:sz w:val="24"/>
        </w:rPr>
        <w:t>Câu 9: Tính chất ẩm của khí hậu nước ta được thể hiện qua?</w:t>
      </w:r>
    </w:p>
    <w:p>
      <w:pPr>
        <w:pStyle w:val="ListParagraph"/>
      </w:pPr>
      <w:r>
        <w:rPr>
          <w:sz w:val="22"/>
        </w:rPr>
        <w:t>A. Độ ẩm không khí cao trên 80%, lượng mưa lớn (1500-2000mm/năm)</w:t>
      </w:r>
    </w:p>
    <w:p>
      <w:pPr>
        <w:pStyle w:val="ListParagraph"/>
      </w:pPr>
      <w:r>
        <w:rPr>
          <w:sz w:val="22"/>
        </w:rPr>
        <w:t>B. Độ ẩm thấp dưới 60%, lượng mưa nhỏ</w:t>
      </w:r>
    </w:p>
    <w:p>
      <w:pPr>
        <w:pStyle w:val="ListParagraph"/>
      </w:pPr>
      <w:r>
        <w:rPr>
          <w:sz w:val="22"/>
        </w:rPr>
        <w:t>C. Độ ẩm trung bình, lượng mưa ít</w:t>
      </w:r>
    </w:p>
    <w:p>
      <w:pPr>
        <w:pStyle w:val="ListParagraph"/>
      </w:pPr>
      <w:r>
        <w:rPr>
          <w:sz w:val="22"/>
        </w:rPr>
        <w:t>D. Độ ẩm cao nhưng lượng mưa thấp</w:t>
      </w:r>
    </w:p>
    <w:p/>
    <w:p>
      <w:r>
        <w:rPr>
          <w:b/>
          <w:sz w:val="24"/>
        </w:rPr>
        <w:t>Câu 10: Biểu hiện của thiên nhiên nhiệt đới ẩm gió mùa ở địa hình nước ta là?</w:t>
      </w:r>
    </w:p>
    <w:p>
      <w:pPr>
        <w:pStyle w:val="ListParagraph"/>
      </w:pPr>
      <w:r>
        <w:rPr>
          <w:sz w:val="22"/>
        </w:rPr>
        <w:t>A. Xâm thực mạnh ở miền đồi núi, bồi tụ nhanh ở đồng bằng hạ lưu</w:t>
      </w:r>
    </w:p>
    <w:p>
      <w:pPr>
        <w:pStyle w:val="ListParagraph"/>
      </w:pPr>
      <w:r>
        <w:rPr>
          <w:sz w:val="22"/>
        </w:rPr>
        <w:t>B. Địa hình ít bị chia cắt, bằng phẳng</w:t>
      </w:r>
    </w:p>
    <w:p>
      <w:pPr>
        <w:pStyle w:val="ListParagraph"/>
      </w:pPr>
      <w:r>
        <w:rPr>
          <w:sz w:val="22"/>
        </w:rPr>
        <w:t>C. Quá trình phong hóa yếu, địa hình ổn định</w:t>
      </w:r>
    </w:p>
    <w:p>
      <w:pPr>
        <w:pStyle w:val="ListParagraph"/>
      </w:pPr>
      <w:r>
        <w:rPr>
          <w:sz w:val="22"/>
        </w:rPr>
        <w:t>D. Địa hình chủ yếu là núi cao, ít đồng bằng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