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Đồi núi chiếm bao nhiêu phần diện tích lãnh thổ nước ta?</w:t>
      </w:r>
    </w:p>
    <w:p>
      <w:pPr>
        <w:pStyle w:val="ListParagraph"/>
      </w:pPr>
      <w:r>
        <w:rPr>
          <w:sz w:val="22"/>
        </w:rPr>
        <w:t>A. 1/2</w:t>
      </w:r>
    </w:p>
    <w:p>
      <w:pPr>
        <w:pStyle w:val="ListParagraph"/>
      </w:pPr>
      <w:r>
        <w:rPr>
          <w:sz w:val="22"/>
        </w:rPr>
        <w:t>B. 3/4</w:t>
      </w:r>
    </w:p>
    <w:p>
      <w:pPr>
        <w:pStyle w:val="ListParagraph"/>
      </w:pPr>
      <w:r>
        <w:rPr>
          <w:sz w:val="22"/>
        </w:rPr>
        <w:t>C. 1/3</w:t>
      </w:r>
    </w:p>
    <w:p>
      <w:pPr>
        <w:pStyle w:val="ListParagraph"/>
      </w:pPr>
      <w:r>
        <w:rPr>
          <w:sz w:val="22"/>
        </w:rPr>
        <w:t>D. 4/5</w:t>
      </w:r>
    </w:p>
    <w:p/>
    <w:p>
      <w:r>
        <w:rPr>
          <w:b/>
          <w:sz w:val="24"/>
        </w:rPr>
        <w:t>Câu 2: Địa hình nước ta có đặc điểm chung nào sau đây?</w:t>
      </w:r>
    </w:p>
    <w:p>
      <w:pPr>
        <w:pStyle w:val="ListParagraph"/>
      </w:pPr>
      <w:r>
        <w:rPr>
          <w:sz w:val="22"/>
        </w:rPr>
        <w:t>A. Đồng bằng chiếm diện tích lớn nhất</w:t>
      </w:r>
    </w:p>
    <w:p>
      <w:pPr>
        <w:pStyle w:val="ListParagraph"/>
      </w:pPr>
      <w:r>
        <w:rPr>
          <w:sz w:val="22"/>
        </w:rPr>
        <w:t>B. Đồi núi chiếm phần lớn diện tích</w:t>
      </w:r>
    </w:p>
    <w:p>
      <w:pPr>
        <w:pStyle w:val="ListParagraph"/>
      </w:pPr>
      <w:r>
        <w:rPr>
          <w:sz w:val="22"/>
        </w:rPr>
        <w:t>C. Toàn bộ là núi cao</w:t>
      </w:r>
    </w:p>
    <w:p>
      <w:pPr>
        <w:pStyle w:val="ListParagraph"/>
      </w:pPr>
      <w:r>
        <w:rPr>
          <w:sz w:val="22"/>
        </w:rPr>
        <w:t>D. Chỉ có đồng bằng</w:t>
      </w:r>
    </w:p>
    <w:p/>
    <w:p>
      <w:r>
        <w:rPr>
          <w:b/>
          <w:sz w:val="24"/>
        </w:rPr>
        <w:t>Câu 3: Địa hình đồi núi thấp dưới 1000 m chiếm khoảng bao nhiêu diện tích đồi núi?</w:t>
      </w:r>
    </w:p>
    <w:p>
      <w:pPr>
        <w:pStyle w:val="ListParagraph"/>
      </w:pPr>
      <w:r>
        <w:rPr>
          <w:sz w:val="22"/>
        </w:rPr>
        <w:t>A. 50% - 60%</w:t>
      </w:r>
    </w:p>
    <w:p>
      <w:pPr>
        <w:pStyle w:val="ListParagraph"/>
      </w:pPr>
      <w:r>
        <w:rPr>
          <w:sz w:val="22"/>
        </w:rPr>
        <w:t>B. 60% - 70%</w:t>
      </w:r>
    </w:p>
    <w:p>
      <w:pPr>
        <w:pStyle w:val="ListParagraph"/>
      </w:pPr>
      <w:r>
        <w:rPr>
          <w:sz w:val="22"/>
        </w:rPr>
        <w:t>C. 85%</w:t>
      </w:r>
    </w:p>
    <w:p>
      <w:pPr>
        <w:pStyle w:val="ListParagraph"/>
      </w:pPr>
      <w:r>
        <w:rPr>
          <w:sz w:val="22"/>
        </w:rPr>
        <w:t>D. 100%</w:t>
      </w:r>
    </w:p>
    <w:p/>
    <w:p>
      <w:r>
        <w:rPr>
          <w:b/>
          <w:sz w:val="24"/>
        </w:rPr>
        <w:t>Câu 4: Núi cao trên 2000 m ở nước ta chiếm khoảng bao nhiêu diện tích đồi núi?</w:t>
      </w:r>
    </w:p>
    <w:p>
      <w:pPr>
        <w:pStyle w:val="ListParagraph"/>
      </w:pPr>
      <w:r>
        <w:rPr>
          <w:sz w:val="22"/>
        </w:rPr>
        <w:t>A. 1%</w:t>
      </w:r>
    </w:p>
    <w:p>
      <w:pPr>
        <w:pStyle w:val="ListParagraph"/>
      </w:pPr>
      <w:r>
        <w:rPr>
          <w:sz w:val="22"/>
        </w:rPr>
        <w:t>B. 10%</w:t>
      </w:r>
    </w:p>
    <w:p>
      <w:pPr>
        <w:pStyle w:val="ListParagraph"/>
      </w:pPr>
      <w:r>
        <w:rPr>
          <w:sz w:val="22"/>
        </w:rPr>
        <w:t>C. 20%</w:t>
      </w:r>
    </w:p>
    <w:p>
      <w:pPr>
        <w:pStyle w:val="ListParagraph"/>
      </w:pPr>
      <w:r>
        <w:rPr>
          <w:sz w:val="22"/>
        </w:rPr>
        <w:t>D. 50%</w:t>
      </w:r>
    </w:p>
    <w:p/>
    <w:p>
      <w:r>
        <w:rPr>
          <w:b/>
          <w:sz w:val="24"/>
        </w:rPr>
        <w:t>Câu 5: Hướng địa hình chính của nước ta là:</w:t>
      </w:r>
    </w:p>
    <w:p>
      <w:pPr>
        <w:pStyle w:val="ListParagraph"/>
      </w:pPr>
      <w:r>
        <w:rPr>
          <w:sz w:val="22"/>
        </w:rPr>
        <w:t>A. Tây Bắc - Đông Nam và vòng cung</w:t>
      </w:r>
    </w:p>
    <w:p>
      <w:pPr>
        <w:pStyle w:val="ListParagraph"/>
      </w:pPr>
      <w:r>
        <w:rPr>
          <w:sz w:val="22"/>
        </w:rPr>
        <w:t>B. Đông - Tây và Bắc - Nam</w:t>
      </w:r>
    </w:p>
    <w:p>
      <w:pPr>
        <w:pStyle w:val="ListParagraph"/>
      </w:pPr>
      <w:r>
        <w:rPr>
          <w:sz w:val="22"/>
        </w:rPr>
        <w:t>C. Đông Bắc - Tây Nam</w:t>
      </w:r>
    </w:p>
    <w:p>
      <w:pPr>
        <w:pStyle w:val="ListParagraph"/>
      </w:pPr>
      <w:r>
        <w:rPr>
          <w:sz w:val="22"/>
        </w:rPr>
        <w:t>D. Vòng cung và Đông - Tây</w:t>
      </w:r>
    </w:p>
    <w:p/>
    <w:p>
      <w:r>
        <w:rPr>
          <w:b/>
          <w:sz w:val="24"/>
        </w:rPr>
        <w:t>Câu 6: Dãy núi nào sau đây có hướng Tây Bắc - Đông Nam?</w:t>
      </w:r>
    </w:p>
    <w:p>
      <w:pPr>
        <w:pStyle w:val="ListParagraph"/>
      </w:pPr>
      <w:r>
        <w:rPr>
          <w:sz w:val="22"/>
        </w:rPr>
        <w:t>A. Hoàng Liên Sơn</w:t>
      </w:r>
    </w:p>
    <w:p>
      <w:pPr>
        <w:pStyle w:val="ListParagraph"/>
      </w:pPr>
      <w:r>
        <w:rPr>
          <w:sz w:val="22"/>
        </w:rPr>
        <w:t>B. Ngân Sơn</w:t>
      </w:r>
    </w:p>
    <w:p>
      <w:pPr>
        <w:pStyle w:val="ListParagraph"/>
      </w:pPr>
      <w:r>
        <w:rPr>
          <w:sz w:val="22"/>
        </w:rPr>
        <w:t>C. Bắc Sơn</w:t>
      </w:r>
    </w:p>
    <w:p>
      <w:pPr>
        <w:pStyle w:val="ListParagraph"/>
      </w:pPr>
      <w:r>
        <w:rPr>
          <w:sz w:val="22"/>
        </w:rPr>
        <w:t>D. Đông Triều</w:t>
      </w:r>
    </w:p>
    <w:p/>
    <w:p>
      <w:r>
        <w:rPr>
          <w:b/>
          <w:sz w:val="24"/>
        </w:rPr>
        <w:t>Câu 7: Dãy núi nào sau đây có hướng vòng cung?</w:t>
      </w:r>
    </w:p>
    <w:p>
      <w:pPr>
        <w:pStyle w:val="ListParagraph"/>
      </w:pPr>
      <w:r>
        <w:rPr>
          <w:sz w:val="22"/>
        </w:rPr>
        <w:t>A. Hoàng Liên Sơn</w:t>
      </w:r>
    </w:p>
    <w:p>
      <w:pPr>
        <w:pStyle w:val="ListParagraph"/>
      </w:pPr>
      <w:r>
        <w:rPr>
          <w:sz w:val="22"/>
        </w:rPr>
        <w:t>B. Trường Sơn Bắc</w:t>
      </w:r>
    </w:p>
    <w:p>
      <w:pPr>
        <w:pStyle w:val="ListParagraph"/>
      </w:pPr>
      <w:r>
        <w:rPr>
          <w:sz w:val="22"/>
        </w:rPr>
        <w:t>C. Ngân Sơn</w:t>
      </w:r>
    </w:p>
    <w:p>
      <w:pPr>
        <w:pStyle w:val="ListParagraph"/>
      </w:pPr>
      <w:r>
        <w:rPr>
          <w:sz w:val="22"/>
        </w:rPr>
        <w:t>D. Pu Sam Sao</w:t>
      </w:r>
    </w:p>
    <w:p/>
    <w:p>
      <w:r>
        <w:rPr>
          <w:b/>
          <w:sz w:val="24"/>
        </w:rPr>
        <w:t>Câu 8: Địa hình nước ta thấp dần theo hướng:</w:t>
      </w:r>
    </w:p>
    <w:p>
      <w:pPr>
        <w:pStyle w:val="ListParagraph"/>
      </w:pPr>
      <w:r>
        <w:rPr>
          <w:sz w:val="22"/>
        </w:rPr>
        <w:t>A. Tây Bắc - Đông Nam</w:t>
      </w:r>
    </w:p>
    <w:p>
      <w:pPr>
        <w:pStyle w:val="ListParagraph"/>
      </w:pPr>
      <w:r>
        <w:rPr>
          <w:sz w:val="22"/>
        </w:rPr>
        <w:t>B. Đông Nam - Tây Bắc</w:t>
      </w:r>
    </w:p>
    <w:p>
      <w:pPr>
        <w:pStyle w:val="ListParagraph"/>
      </w:pPr>
      <w:r>
        <w:rPr>
          <w:sz w:val="22"/>
        </w:rPr>
        <w:t>C. Bắc - Nam</w:t>
      </w:r>
    </w:p>
    <w:p>
      <w:pPr>
        <w:pStyle w:val="ListParagraph"/>
      </w:pPr>
      <w:r>
        <w:rPr>
          <w:sz w:val="22"/>
        </w:rPr>
        <w:t>D. Tây - Đông</w:t>
      </w:r>
    </w:p>
    <w:p/>
    <w:p>
      <w:r>
        <w:rPr>
          <w:b/>
          <w:sz w:val="24"/>
        </w:rPr>
        <w:t>Câu 9: Đồng bằng lớn nhất nước ta là:</w:t>
      </w:r>
    </w:p>
    <w:p>
      <w:pPr>
        <w:pStyle w:val="ListParagraph"/>
      </w:pPr>
      <w:r>
        <w:rPr>
          <w:sz w:val="22"/>
        </w:rPr>
        <w:t>A. Đồng bằng sông Hồng</w:t>
      </w:r>
    </w:p>
    <w:p>
      <w:pPr>
        <w:pStyle w:val="ListParagraph"/>
      </w:pPr>
      <w:r>
        <w:rPr>
          <w:sz w:val="22"/>
        </w:rPr>
        <w:t>B. Đồng bằng sông Cửu Long</w:t>
      </w:r>
    </w:p>
    <w:p>
      <w:pPr>
        <w:pStyle w:val="ListParagraph"/>
      </w:pPr>
      <w:r>
        <w:rPr>
          <w:sz w:val="22"/>
        </w:rPr>
        <w:t>C. Đồng bằng duyên hải miền Trung</w:t>
      </w:r>
    </w:p>
    <w:p>
      <w:pPr>
        <w:pStyle w:val="ListParagraph"/>
      </w:pPr>
      <w:r>
        <w:rPr>
          <w:sz w:val="22"/>
        </w:rPr>
        <w:t>D. Đồng bằng Thanh Hóa</w:t>
      </w:r>
    </w:p>
    <w:p/>
    <w:p>
      <w:r>
        <w:rPr>
          <w:b/>
          <w:sz w:val="24"/>
        </w:rPr>
        <w:t>Câu 10: Đồng bằng sông Hồng được hình thành chủ yếu do:</w:t>
      </w:r>
    </w:p>
    <w:p>
      <w:pPr>
        <w:pStyle w:val="ListParagraph"/>
      </w:pPr>
      <w:r>
        <w:rPr>
          <w:sz w:val="22"/>
        </w:rPr>
        <w:t>A. Phù sa sông Hồng và sông Thái Bình</w:t>
      </w:r>
    </w:p>
    <w:p>
      <w:pPr>
        <w:pStyle w:val="ListParagraph"/>
      </w:pPr>
      <w:r>
        <w:rPr>
          <w:sz w:val="22"/>
        </w:rPr>
        <w:t>B. Phù sa sông Cửu Long</w:t>
      </w:r>
    </w:p>
    <w:p>
      <w:pPr>
        <w:pStyle w:val="ListParagraph"/>
      </w:pPr>
      <w:r>
        <w:rPr>
          <w:sz w:val="22"/>
        </w:rPr>
        <w:t>C. Phù sa sông Đồng Nai</w:t>
      </w:r>
    </w:p>
    <w:p>
      <w:pPr>
        <w:pStyle w:val="ListParagraph"/>
      </w:pPr>
      <w:r>
        <w:rPr>
          <w:sz w:val="22"/>
        </w:rPr>
        <w:t>D. Phù sa sông Mã</w:t>
      </w:r>
    </w:p>
    <w:p/>
    <w:p>
      <w:r>
        <w:rPr>
          <w:b/>
          <w:sz w:val="24"/>
        </w:rPr>
        <w:t>Câu 11: Địa hình nước ta được trẻ hóa do vận động:</w:t>
      </w:r>
    </w:p>
    <w:p>
      <w:pPr>
        <w:pStyle w:val="ListParagraph"/>
      </w:pPr>
      <w:r>
        <w:rPr>
          <w:sz w:val="22"/>
        </w:rPr>
        <w:t>A. Calêđôni</w:t>
      </w:r>
    </w:p>
    <w:p>
      <w:pPr>
        <w:pStyle w:val="ListParagraph"/>
      </w:pPr>
      <w:r>
        <w:rPr>
          <w:sz w:val="22"/>
        </w:rPr>
        <w:t>B. Hecxini</w:t>
      </w:r>
    </w:p>
    <w:p>
      <w:pPr>
        <w:pStyle w:val="ListParagraph"/>
      </w:pPr>
      <w:r>
        <w:rPr>
          <w:sz w:val="22"/>
        </w:rPr>
        <w:t>C. Inđôxini</w:t>
      </w:r>
    </w:p>
    <w:p>
      <w:pPr>
        <w:pStyle w:val="ListParagraph"/>
      </w:pPr>
      <w:r>
        <w:rPr>
          <w:sz w:val="22"/>
        </w:rPr>
        <w:t>D. Tân kiến tạo</w:t>
      </w:r>
    </w:p>
    <w:p/>
    <w:p>
      <w:r>
        <w:rPr>
          <w:b/>
          <w:sz w:val="24"/>
        </w:rPr>
        <w:t>Câu 12: Vận động Tân kiến tạo đã làm cho địa hình nước ta:</w:t>
      </w:r>
    </w:p>
    <w:p>
      <w:pPr>
        <w:pStyle w:val="ListParagraph"/>
      </w:pPr>
      <w:r>
        <w:rPr>
          <w:sz w:val="22"/>
        </w:rPr>
        <w:t>A. Hạ thấp, bằng phẳng</w:t>
      </w:r>
    </w:p>
    <w:p>
      <w:pPr>
        <w:pStyle w:val="ListParagraph"/>
      </w:pPr>
      <w:r>
        <w:rPr>
          <w:sz w:val="22"/>
        </w:rPr>
        <w:t>B. Nâng lên, trẻ hóa</w:t>
      </w:r>
    </w:p>
    <w:p>
      <w:pPr>
        <w:pStyle w:val="ListParagraph"/>
      </w:pPr>
      <w:r>
        <w:rPr>
          <w:sz w:val="22"/>
        </w:rPr>
        <w:t>C. Bị phong hóa mạnh</w:t>
      </w:r>
    </w:p>
    <w:p>
      <w:pPr>
        <w:pStyle w:val="ListParagraph"/>
      </w:pPr>
      <w:r>
        <w:rPr>
          <w:sz w:val="22"/>
        </w:rPr>
        <w:t>D. Bị ngập nước hoàn toàn</w:t>
      </w:r>
    </w:p>
    <w:p/>
    <w:p>
      <w:r>
        <w:rPr>
          <w:b/>
          <w:sz w:val="24"/>
        </w:rPr>
        <w:t>Câu 13: Quá trình ngoại lực nào làm địa hình bị cắt xẻ?</w:t>
      </w:r>
    </w:p>
    <w:p>
      <w:pPr>
        <w:pStyle w:val="ListParagraph"/>
      </w:pPr>
      <w:r>
        <w:rPr>
          <w:sz w:val="22"/>
        </w:rPr>
        <w:t>A. Xâm thực</w:t>
      </w:r>
    </w:p>
    <w:p>
      <w:pPr>
        <w:pStyle w:val="ListParagraph"/>
      </w:pPr>
      <w:r>
        <w:rPr>
          <w:sz w:val="22"/>
        </w:rPr>
        <w:t>B. Uốn nếp</w:t>
      </w:r>
    </w:p>
    <w:p>
      <w:pPr>
        <w:pStyle w:val="ListParagraph"/>
      </w:pPr>
      <w:r>
        <w:rPr>
          <w:sz w:val="22"/>
        </w:rPr>
        <w:t>C. Đứt gãy</w:t>
      </w:r>
    </w:p>
    <w:p>
      <w:pPr>
        <w:pStyle w:val="ListParagraph"/>
      </w:pPr>
      <w:r>
        <w:rPr>
          <w:sz w:val="22"/>
        </w:rPr>
        <w:t>D. Nâng lên</w:t>
      </w:r>
    </w:p>
    <w:p/>
    <w:p>
      <w:r>
        <w:rPr>
          <w:b/>
          <w:sz w:val="24"/>
        </w:rPr>
        <w:t>Câu 14: Địa hình cacxtơ ở nước ta tập trung nhiều ở:</w:t>
      </w:r>
    </w:p>
    <w:p>
      <w:pPr>
        <w:pStyle w:val="ListParagraph"/>
      </w:pPr>
      <w:r>
        <w:rPr>
          <w:sz w:val="22"/>
        </w:rPr>
        <w:t>A. Vùng núi đá vôi phía Bắc</w:t>
      </w:r>
    </w:p>
    <w:p>
      <w:pPr>
        <w:pStyle w:val="ListParagraph"/>
      </w:pPr>
      <w:r>
        <w:rPr>
          <w:sz w:val="22"/>
        </w:rPr>
        <w:t>B. Đồng bằng sông Cửu Long</w:t>
      </w:r>
    </w:p>
    <w:p>
      <w:pPr>
        <w:pStyle w:val="ListParagraph"/>
      </w:pPr>
      <w:r>
        <w:rPr>
          <w:sz w:val="22"/>
        </w:rPr>
        <w:t>C. Tây Nguyên</w:t>
      </w:r>
    </w:p>
    <w:p>
      <w:pPr>
        <w:pStyle w:val="ListParagraph"/>
      </w:pPr>
      <w:r>
        <w:rPr>
          <w:sz w:val="22"/>
        </w:rPr>
        <w:t>D. Nam Bộ</w:t>
      </w:r>
    </w:p>
    <w:p/>
    <w:p>
      <w:r>
        <w:rPr>
          <w:b/>
          <w:sz w:val="24"/>
        </w:rPr>
        <w:t>Câu 15: Địa hình bờ biển nước ta có đặc điểm:</w:t>
      </w:r>
    </w:p>
    <w:p>
      <w:pPr>
        <w:pStyle w:val="ListParagraph"/>
      </w:pPr>
      <w:r>
        <w:rPr>
          <w:sz w:val="22"/>
        </w:rPr>
        <w:t>A. Chỉ có bồi tụ</w:t>
      </w:r>
    </w:p>
    <w:p>
      <w:pPr>
        <w:pStyle w:val="ListParagraph"/>
      </w:pPr>
      <w:r>
        <w:rPr>
          <w:sz w:val="22"/>
        </w:rPr>
        <w:t>B. Chỉ có mài mòn</w:t>
      </w:r>
    </w:p>
    <w:p>
      <w:pPr>
        <w:pStyle w:val="ListParagraph"/>
      </w:pPr>
      <w:r>
        <w:rPr>
          <w:sz w:val="22"/>
        </w:rPr>
        <w:t>C. Đa dạng, có nơi bồi tụ, nơi mài mòn</w:t>
      </w:r>
    </w:p>
    <w:p>
      <w:pPr>
        <w:pStyle w:val="ListParagraph"/>
      </w:pPr>
      <w:r>
        <w:rPr>
          <w:sz w:val="22"/>
        </w:rPr>
        <w:t>D. Bằng phẳng toàn bộ</w:t>
      </w:r>
    </w:p>
    <w:p/>
    <w:p>
      <w:r>
        <w:rPr>
          <w:b/>
          <w:sz w:val="24"/>
        </w:rPr>
        <w:t>Câu 16: Thềm lục địa nước ta ở Bắc Bộ và Nam Bộ có đặc điểm:</w:t>
      </w:r>
    </w:p>
    <w:p>
      <w:pPr>
        <w:pStyle w:val="ListParagraph"/>
      </w:pPr>
      <w:r>
        <w:rPr>
          <w:sz w:val="22"/>
        </w:rPr>
        <w:t>A. Nông và rộng</w:t>
      </w:r>
    </w:p>
    <w:p>
      <w:pPr>
        <w:pStyle w:val="ListParagraph"/>
      </w:pPr>
      <w:r>
        <w:rPr>
          <w:sz w:val="22"/>
        </w:rPr>
        <w:t>B. Hẹp và sâu</w:t>
      </w:r>
    </w:p>
    <w:p>
      <w:pPr>
        <w:pStyle w:val="ListParagraph"/>
      </w:pPr>
      <w:r>
        <w:rPr>
          <w:sz w:val="22"/>
        </w:rPr>
        <w:t>C. Sâu và rộng</w:t>
      </w:r>
    </w:p>
    <w:p>
      <w:pPr>
        <w:pStyle w:val="ListParagraph"/>
      </w:pPr>
      <w:r>
        <w:rPr>
          <w:sz w:val="22"/>
        </w:rPr>
        <w:t>D. Nông và hẹp</w:t>
      </w:r>
    </w:p>
    <w:p/>
    <w:p>
      <w:r>
        <w:rPr>
          <w:b/>
          <w:sz w:val="24"/>
        </w:rPr>
        <w:t>Câu 17: Thềm lục địa ở miền Trung nước ta có đặc điểm:</w:t>
      </w:r>
    </w:p>
    <w:p>
      <w:pPr>
        <w:pStyle w:val="ListParagraph"/>
      </w:pPr>
      <w:r>
        <w:rPr>
          <w:sz w:val="22"/>
        </w:rPr>
        <w:t>A. Nông và rộng</w:t>
      </w:r>
    </w:p>
    <w:p>
      <w:pPr>
        <w:pStyle w:val="ListParagraph"/>
      </w:pPr>
      <w:r>
        <w:rPr>
          <w:sz w:val="22"/>
        </w:rPr>
        <w:t>B. Hẹp và sâu</w:t>
      </w:r>
    </w:p>
    <w:p>
      <w:pPr>
        <w:pStyle w:val="ListParagraph"/>
      </w:pPr>
      <w:r>
        <w:rPr>
          <w:sz w:val="22"/>
        </w:rPr>
        <w:t>C. Rộng và sâu</w:t>
      </w:r>
    </w:p>
    <w:p>
      <w:pPr>
        <w:pStyle w:val="ListParagraph"/>
      </w:pPr>
      <w:r>
        <w:rPr>
          <w:sz w:val="22"/>
        </w:rPr>
        <w:t>D. Nông và hẹp</w:t>
      </w:r>
    </w:p>
    <w:p/>
    <w:p>
      <w:r>
        <w:rPr>
          <w:b/>
          <w:sz w:val="24"/>
        </w:rPr>
        <w:t>Câu 18: Đặc điểm nào không đúng với địa hình đồng bằng nước ta?</w:t>
      </w:r>
    </w:p>
    <w:p>
      <w:pPr>
        <w:pStyle w:val="ListParagraph"/>
      </w:pPr>
      <w:r>
        <w:rPr>
          <w:sz w:val="22"/>
        </w:rPr>
        <w:t>A. Chiếm 1/4 diện tích</w:t>
      </w:r>
    </w:p>
    <w:p>
      <w:pPr>
        <w:pStyle w:val="ListParagraph"/>
      </w:pPr>
      <w:r>
        <w:rPr>
          <w:sz w:val="22"/>
        </w:rPr>
        <w:t>B. Lớn nhất là đồng bằng sông Cửu Long</w:t>
      </w:r>
    </w:p>
    <w:p>
      <w:pPr>
        <w:pStyle w:val="ListParagraph"/>
      </w:pPr>
      <w:r>
        <w:rPr>
          <w:sz w:val="22"/>
        </w:rPr>
        <w:t>C. Đồng bằng duyên hải miền Trung nhỏ hẹp</w:t>
      </w:r>
    </w:p>
    <w:p>
      <w:pPr>
        <w:pStyle w:val="ListParagraph"/>
      </w:pPr>
      <w:r>
        <w:rPr>
          <w:sz w:val="22"/>
        </w:rPr>
        <w:t>D. Toàn bộ là đồng bằng phù sa sông</w:t>
      </w:r>
    </w:p>
    <w:p/>
    <w:p>
      <w:r>
        <w:rPr>
          <w:b/>
          <w:sz w:val="24"/>
        </w:rPr>
        <w:t>Câu 19: Tác động của con người đến địa hình nước ta thể hiện qua:</w:t>
      </w:r>
    </w:p>
    <w:p>
      <w:pPr>
        <w:pStyle w:val="ListParagraph"/>
      </w:pPr>
      <w:r>
        <w:rPr>
          <w:sz w:val="22"/>
        </w:rPr>
        <w:t>A. Xây dựng đê, hồ chứa, kênh rạch</w:t>
      </w:r>
    </w:p>
    <w:p>
      <w:pPr>
        <w:pStyle w:val="ListParagraph"/>
      </w:pPr>
      <w:r>
        <w:rPr>
          <w:sz w:val="22"/>
        </w:rPr>
        <w:t>B. Uốn nếp</w:t>
      </w:r>
    </w:p>
    <w:p>
      <w:pPr>
        <w:pStyle w:val="ListParagraph"/>
      </w:pPr>
      <w:r>
        <w:rPr>
          <w:sz w:val="22"/>
        </w:rPr>
        <w:t>C. Đứt gãy</w:t>
      </w:r>
    </w:p>
    <w:p>
      <w:pPr>
        <w:pStyle w:val="ListParagraph"/>
      </w:pPr>
      <w:r>
        <w:rPr>
          <w:sz w:val="22"/>
        </w:rPr>
        <w:t>D. Phun trào núi lửa</w:t>
      </w:r>
    </w:p>
    <w:p/>
    <w:p>
      <w:r>
        <w:rPr>
          <w:b/>
          <w:sz w:val="24"/>
        </w:rPr>
        <w:t>Câu 20: Địa hình nước ta có tính phân bậc rõ rệt vì:</w:t>
      </w:r>
    </w:p>
    <w:p>
      <w:pPr>
        <w:pStyle w:val="ListParagraph"/>
      </w:pPr>
      <w:r>
        <w:rPr>
          <w:sz w:val="22"/>
        </w:rPr>
        <w:t>A. Trải qua nhiều chu kì kiến tạo</w:t>
      </w:r>
    </w:p>
    <w:p>
      <w:pPr>
        <w:pStyle w:val="ListParagraph"/>
      </w:pPr>
      <w:r>
        <w:rPr>
          <w:sz w:val="22"/>
        </w:rPr>
        <w:t>B. Chỉ chịu tác động ngoại lực</w:t>
      </w:r>
    </w:p>
    <w:p>
      <w:pPr>
        <w:pStyle w:val="ListParagraph"/>
      </w:pPr>
      <w:r>
        <w:rPr>
          <w:sz w:val="22"/>
        </w:rPr>
        <w:t>C. Không có núi cao</w:t>
      </w:r>
    </w:p>
    <w:p>
      <w:pPr>
        <w:pStyle w:val="ListParagraph"/>
      </w:pPr>
      <w:r>
        <w:rPr>
          <w:sz w:val="22"/>
        </w:rPr>
        <w:t>D. Nằm ở vùng khí hậu ôn đới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