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Hãy tạo cho tôi chấm bài thi và chắt lọc thôn...</w:t>
      </w:r>
    </w:p>
    <w:p>
      <w:pPr>
        <w:jc w:val="center"/>
      </w:pPr>
      <w:r>
        <w:rPr>
          <w:sz w:val="22"/>
        </w:rPr>
        <w:t>Số câu: 4    Thời gian: _____ phút    Họ và tên: _________________________</w:t>
      </w:r>
    </w:p>
    <w:p/>
    <w:p>
      <w:r>
        <w:rPr>
          <w:b/>
          <w:sz w:val="24"/>
        </w:rPr>
        <w:t>Câu 1: Trong quy trình chấm bài thi tự luận, bước nào thường được thực hiện đầu tiên để đảm bảo tính khách quan?</w:t>
      </w:r>
    </w:p>
    <w:p>
      <w:pPr>
        <w:pStyle w:val="ListParagraph"/>
      </w:pPr>
      <w:r>
        <w:rPr>
          <w:sz w:val="22"/>
        </w:rPr>
        <w:t>A. Chấm ngay tất cả bài theo thứ tự nhận được</w:t>
      </w:r>
    </w:p>
    <w:p>
      <w:pPr>
        <w:pStyle w:val="ListParagraph"/>
      </w:pPr>
      <w:r>
        <w:rPr>
          <w:sz w:val="22"/>
        </w:rPr>
        <w:t>B. Xây dựng đáp án và thang điểm chi tiết</w:t>
      </w:r>
    </w:p>
    <w:p>
      <w:pPr>
        <w:pStyle w:val="ListParagraph"/>
      </w:pPr>
      <w:r>
        <w:rPr>
          <w:sz w:val="22"/>
        </w:rPr>
        <w:t>C. Công bố điểm trước khi chấm</w:t>
      </w:r>
    </w:p>
    <w:p>
      <w:pPr>
        <w:pStyle w:val="ListParagraph"/>
      </w:pPr>
      <w:r>
        <w:rPr>
          <w:sz w:val="22"/>
        </w:rPr>
        <w:t>D. Chỉ chấm một bài mẫu rồi áp dụng cho tất cả</w:t>
      </w:r>
    </w:p>
    <w:p/>
    <w:p>
      <w:r>
        <w:rPr>
          <w:b/>
          <w:sz w:val="24"/>
        </w:rPr>
        <w:t>Câu 2: Khi trích xuất dữ liệu từ bài thi trắc nghiệm, trường thông tin nào quan trọng nhất để đối chiếu với đáp án?</w:t>
      </w:r>
    </w:p>
    <w:p>
      <w:pPr>
        <w:pStyle w:val="ListParagraph"/>
      </w:pPr>
      <w:r>
        <w:rPr>
          <w:sz w:val="22"/>
        </w:rPr>
        <w:t>A. Họ tên thí sinh</w:t>
      </w:r>
    </w:p>
    <w:p>
      <w:pPr>
        <w:pStyle w:val="ListParagraph"/>
      </w:pPr>
      <w:r>
        <w:rPr>
          <w:sz w:val="22"/>
        </w:rPr>
        <w:t>B. Số báo danh</w:t>
      </w:r>
    </w:p>
    <w:p>
      <w:pPr>
        <w:pStyle w:val="ListParagraph"/>
      </w:pPr>
      <w:r>
        <w:rPr>
          <w:sz w:val="22"/>
        </w:rPr>
        <w:t>C. Phương án trả lời của thí sinh</w:t>
      </w:r>
    </w:p>
    <w:p>
      <w:pPr>
        <w:pStyle w:val="ListParagraph"/>
      </w:pPr>
      <w:r>
        <w:rPr>
          <w:sz w:val="22"/>
        </w:rPr>
        <w:t>D. Ngày sinh</w:t>
      </w:r>
    </w:p>
    <w:p/>
    <w:p>
      <w:r>
        <w:rPr>
          <w:b/>
          <w:sz w:val="24"/>
        </w:rPr>
        <w:t>Câu 3: Để chắt lọc thông tin dữ liệu từ một bảng điểm, thao tác nào giúp loại bỏ các bản ghi trùng lặp?</w:t>
      </w:r>
    </w:p>
    <w:p>
      <w:pPr>
        <w:pStyle w:val="ListParagraph"/>
      </w:pPr>
      <w:r>
        <w:rPr>
          <w:sz w:val="22"/>
        </w:rPr>
        <w:t>A. Sắp xếp theo điểm</w:t>
      </w:r>
    </w:p>
    <w:p>
      <w:pPr>
        <w:pStyle w:val="ListParagraph"/>
      </w:pPr>
      <w:r>
        <w:rPr>
          <w:sz w:val="22"/>
        </w:rPr>
        <w:t>B. Lọc theo điều kiện</w:t>
      </w:r>
    </w:p>
    <w:p>
      <w:pPr>
        <w:pStyle w:val="ListParagraph"/>
      </w:pPr>
      <w:r>
        <w:rPr>
          <w:sz w:val="22"/>
        </w:rPr>
        <w:t>C. Loại bỏ trùng lặp</w:t>
      </w:r>
    </w:p>
    <w:p>
      <w:pPr>
        <w:pStyle w:val="ListParagraph"/>
      </w:pPr>
      <w:r>
        <w:rPr>
          <w:sz w:val="22"/>
        </w:rPr>
        <w:t>D. Tính tổng</w:t>
      </w:r>
    </w:p>
    <w:p/>
    <w:p>
      <w:r>
        <w:rPr>
          <w:b/>
          <w:sz w:val="24"/>
        </w:rPr>
        <w:t>Câu 4: Trong LaTeX, cách viết nào biểu diễn đúng công thức $x^2 + y^2 = z^2$?</w:t>
      </w:r>
    </w:p>
    <w:p>
      <w:pPr>
        <w:pStyle w:val="ListParagraph"/>
      </w:pPr>
      <w:r>
        <w:rPr>
          <w:sz w:val="22"/>
        </w:rPr>
        <w:t>A. \begin{equation} x^2 + y^2 = z^2 \end{equation}</w:t>
      </w:r>
    </w:p>
    <w:p>
      <w:pPr>
        <w:pStyle w:val="ListParagraph"/>
      </w:pPr>
      <w:r>
        <w:rPr>
          <w:sz w:val="22"/>
        </w:rPr>
        <w:t>B. $x^2 + y^2 = z^2$</w:t>
      </w:r>
    </w:p>
    <w:p>
      <w:pPr>
        <w:pStyle w:val="ListParagraph"/>
      </w:pPr>
      <w:r>
        <w:rPr>
          <w:sz w:val="22"/>
        </w:rPr>
        <w:t>C. $$x^2 + y^2 = z^2$$</w:t>
      </w:r>
    </w:p>
    <w:p>
      <w:pPr>
        <w:pStyle w:val="ListParagraph"/>
      </w:pPr>
      <w:r>
        <w:rPr>
          <w:sz w:val="22"/>
        </w:rPr>
        <w:t>D. Tất cả các phương án trên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