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Đề trắc nghiệm Lịch sử Lớp 10 - Tri thức lịch sử và cuộc sống hiện đại</w:t>
      </w:r>
    </w:p>
    <w:p>
      <w:pPr>
        <w:jc w:val="center"/>
      </w:pPr>
      <w:r>
        <w:rPr>
          <w:sz w:val="22"/>
        </w:rPr>
        <w:t>Số câu: 20    Thời gian: _____ phút    Họ và tên: _________________________</w:t>
      </w:r>
    </w:p>
    <w:p/>
    <w:p>
      <w:r>
        <w:rPr>
          <w:b/>
          <w:sz w:val="24"/>
        </w:rPr>
        <w:t>Câu 1: Tri thức lịch sử là gì?</w:t>
      </w:r>
    </w:p>
    <w:p>
      <w:pPr>
        <w:pStyle w:val="ListParagraph"/>
      </w:pPr>
      <w:r>
        <w:rPr>
          <w:sz w:val="22"/>
        </w:rPr>
        <w:t>A. Những hiểu biết về quá khứ được con người ghi chép lại.</w:t>
      </w:r>
    </w:p>
    <w:p>
      <w:pPr>
        <w:pStyle w:val="ListParagraph"/>
      </w:pPr>
      <w:r>
        <w:rPr>
          <w:sz w:val="22"/>
        </w:rPr>
        <w:t>B. Những hiểu biết, nhận thức của con người về quá khứ đã diễn ra.</w:t>
      </w:r>
    </w:p>
    <w:p>
      <w:pPr>
        <w:pStyle w:val="ListParagraph"/>
      </w:pPr>
      <w:r>
        <w:rPr>
          <w:sz w:val="22"/>
        </w:rPr>
        <w:t>C. Toàn bộ những gì đã diễn ra trong quá khứ.</w:t>
      </w:r>
    </w:p>
    <w:p>
      <w:pPr>
        <w:pStyle w:val="ListParagraph"/>
      </w:pPr>
      <w:r>
        <w:rPr>
          <w:sz w:val="22"/>
        </w:rPr>
        <w:t>D. Khoa học nghiên cứu về các hiện tượng tự nhiên.</w:t>
      </w:r>
    </w:p>
    <w:p/>
    <w:p>
      <w:r>
        <w:rPr>
          <w:b/>
          <w:sz w:val="24"/>
        </w:rPr>
        <w:t>Câu 2: Điểm khác biệt cơ bản giữa hiện thực lịch sử và nhận thức lịch sử là gì?</w:t>
      </w:r>
    </w:p>
    <w:p>
      <w:pPr>
        <w:pStyle w:val="ListParagraph"/>
      </w:pPr>
      <w:r>
        <w:rPr>
          <w:sz w:val="22"/>
        </w:rPr>
        <w:t>A. Hiện thực lịch sử mang tính khách quan, nhận thức lịch sử mang tính chủ quan.</w:t>
      </w:r>
    </w:p>
    <w:p>
      <w:pPr>
        <w:pStyle w:val="ListParagraph"/>
      </w:pPr>
      <w:r>
        <w:rPr>
          <w:sz w:val="22"/>
        </w:rPr>
        <w:t>B. Hiện thực lịch sử có thể thay đổi, nhận thức lịch sử bất biến.</w:t>
      </w:r>
    </w:p>
    <w:p>
      <w:pPr>
        <w:pStyle w:val="ListParagraph"/>
      </w:pPr>
      <w:r>
        <w:rPr>
          <w:sz w:val="22"/>
        </w:rPr>
        <w:t>C. Hiện thực lịch sử do con người tưởng tượng, nhận thức lịch sử do tự nhiên tạo ra.</w:t>
      </w:r>
    </w:p>
    <w:p>
      <w:pPr>
        <w:pStyle w:val="ListParagraph"/>
      </w:pPr>
      <w:r>
        <w:rPr>
          <w:sz w:val="22"/>
        </w:rPr>
        <w:t>D. Hai khái niệm hoàn toàn giống nhau.</w:t>
      </w:r>
    </w:p>
    <w:p/>
    <w:p>
      <w:r>
        <w:rPr>
          <w:b/>
          <w:sz w:val="24"/>
        </w:rPr>
        <w:t>Câu 3: Vai trò to lớn của tri thức lịch sử đối với con người là:</w:t>
      </w:r>
    </w:p>
    <w:p>
      <w:pPr>
        <w:pStyle w:val="ListParagraph"/>
      </w:pPr>
      <w:r>
        <w:rPr>
          <w:sz w:val="22"/>
        </w:rPr>
        <w:t>A. Dự đoán chính xác mọi sự kiện tương lai.</w:t>
      </w:r>
    </w:p>
    <w:p>
      <w:pPr>
        <w:pStyle w:val="ListParagraph"/>
      </w:pPr>
      <w:r>
        <w:rPr>
          <w:sz w:val="22"/>
        </w:rPr>
        <w:t>B. Hiểu biết quá khứ, rút ra bài học cho hiện tại và tương lai.</w:t>
      </w:r>
    </w:p>
    <w:p>
      <w:pPr>
        <w:pStyle w:val="ListParagraph"/>
      </w:pPr>
      <w:r>
        <w:rPr>
          <w:sz w:val="22"/>
        </w:rPr>
        <w:t>C. Trở nên giàu có nhanh chóng.</w:t>
      </w:r>
    </w:p>
    <w:p>
      <w:pPr>
        <w:pStyle w:val="ListParagraph"/>
      </w:pPr>
      <w:r>
        <w:rPr>
          <w:sz w:val="22"/>
        </w:rPr>
        <w:t>D. Thay đổi được quá khứ đã diễn ra.</w:t>
      </w:r>
    </w:p>
    <w:p/>
    <w:p>
      <w:r>
        <w:rPr>
          <w:b/>
          <w:sz w:val="24"/>
        </w:rPr>
        <w:t>Câu 4: Học tập lịch sử suốt đời có ý nghĩa chủ yếu là:</w:t>
      </w:r>
    </w:p>
    <w:p>
      <w:pPr>
        <w:pStyle w:val="ListParagraph"/>
      </w:pPr>
      <w:r>
        <w:rPr>
          <w:sz w:val="22"/>
        </w:rPr>
        <w:t>A. Chỉ để thi cử, lấy bằng cấp.</w:t>
      </w:r>
    </w:p>
    <w:p>
      <w:pPr>
        <w:pStyle w:val="ListParagraph"/>
      </w:pPr>
      <w:r>
        <w:rPr>
          <w:sz w:val="22"/>
        </w:rPr>
        <w:t>B. Bổ sung, cập nhật tri thức, thích ứng với cuộc sống hiện đại.</w:t>
      </w:r>
    </w:p>
    <w:p>
      <w:pPr>
        <w:pStyle w:val="ListParagraph"/>
      </w:pPr>
      <w:r>
        <w:rPr>
          <w:sz w:val="22"/>
        </w:rPr>
        <w:t>C. Thay thế việc học các môn khoa học khác.</w:t>
      </w:r>
    </w:p>
    <w:p>
      <w:pPr>
        <w:pStyle w:val="ListParagraph"/>
      </w:pPr>
      <w:r>
        <w:rPr>
          <w:sz w:val="22"/>
        </w:rPr>
        <w:t>D. Chỉ dành cho các nhà sử học chuyên nghiệp.</w:t>
      </w:r>
    </w:p>
    <w:p/>
    <w:p>
      <w:r>
        <w:rPr>
          <w:b/>
          <w:sz w:val="24"/>
        </w:rPr>
        <w:t>Câu 5: Nguồn sử liệu nào thường có độ tin cậy cao nhất khi nghiên cứu lịch sử?</w:t>
      </w:r>
    </w:p>
    <w:p>
      <w:pPr>
        <w:pStyle w:val="ListParagraph"/>
      </w:pPr>
      <w:r>
        <w:rPr>
          <w:sz w:val="22"/>
        </w:rPr>
        <w:t>A. Sử liệu truyền miệng.</w:t>
      </w:r>
    </w:p>
    <w:p>
      <w:pPr>
        <w:pStyle w:val="ListParagraph"/>
      </w:pPr>
      <w:r>
        <w:rPr>
          <w:sz w:val="22"/>
        </w:rPr>
        <w:t>B. Sử liệu gốc (sử liệu sơ cấp).</w:t>
      </w:r>
    </w:p>
    <w:p>
      <w:pPr>
        <w:pStyle w:val="ListParagraph"/>
      </w:pPr>
      <w:r>
        <w:rPr>
          <w:sz w:val="22"/>
        </w:rPr>
        <w:t>C. Sử liệu thứ cấp.</w:t>
      </w:r>
    </w:p>
    <w:p>
      <w:pPr>
        <w:pStyle w:val="ListParagraph"/>
      </w:pPr>
      <w:r>
        <w:rPr>
          <w:sz w:val="22"/>
        </w:rPr>
        <w:t>D. Tác phẩm văn học hư cấu.</w:t>
      </w:r>
    </w:p>
    <w:p/>
    <w:p>
      <w:r>
        <w:rPr>
          <w:b/>
          <w:sz w:val="24"/>
        </w:rPr>
        <w:t>Câu 6: Sử liệu gốc là:</w:t>
      </w:r>
    </w:p>
    <w:p>
      <w:pPr>
        <w:pStyle w:val="ListParagraph"/>
      </w:pPr>
      <w:r>
        <w:rPr>
          <w:sz w:val="22"/>
        </w:rPr>
        <w:t>A. Tài liệu được chép lại từ tài liệu khác.</w:t>
      </w:r>
    </w:p>
    <w:p>
      <w:pPr>
        <w:pStyle w:val="ListParagraph"/>
      </w:pPr>
      <w:r>
        <w:rPr>
          <w:sz w:val="22"/>
        </w:rPr>
        <w:t>B. Tài liệu, hiện vật do người đương thời tạo ra hoặc chứng kiến sự kiện.</w:t>
      </w:r>
    </w:p>
    <w:p>
      <w:pPr>
        <w:pStyle w:val="ListParagraph"/>
      </w:pPr>
      <w:r>
        <w:rPr>
          <w:sz w:val="22"/>
        </w:rPr>
        <w:t>C. Ý kiến của hậu thế về sự kiện.</w:t>
      </w:r>
    </w:p>
    <w:p>
      <w:pPr>
        <w:pStyle w:val="ListParagraph"/>
      </w:pPr>
      <w:r>
        <w:rPr>
          <w:sz w:val="22"/>
        </w:rPr>
        <w:t>D. Truyền thuyết dân gian.</w:t>
      </w:r>
    </w:p>
    <w:p/>
    <w:p>
      <w:r>
        <w:rPr>
          <w:b/>
          <w:sz w:val="24"/>
        </w:rPr>
        <w:t>Câu 7: Khi đánh giá độ tin cậy của một nguồn sử liệu, cần:</w:t>
      </w:r>
    </w:p>
    <w:p>
      <w:pPr>
        <w:pStyle w:val="ListParagraph"/>
      </w:pPr>
      <w:r>
        <w:rPr>
          <w:sz w:val="22"/>
        </w:rPr>
        <w:t>A. Chỉ dựa vào cảm tính cá nhân.</w:t>
      </w:r>
    </w:p>
    <w:p>
      <w:pPr>
        <w:pStyle w:val="ListParagraph"/>
      </w:pPr>
      <w:r>
        <w:rPr>
          <w:sz w:val="22"/>
        </w:rPr>
        <w:t>B. Xem xét nguồn gốc, thời điểm, tác giả, mục đích và đối chiếu nhiều nguồn.</w:t>
      </w:r>
    </w:p>
    <w:p>
      <w:pPr>
        <w:pStyle w:val="ListParagraph"/>
      </w:pPr>
      <w:r>
        <w:rPr>
          <w:sz w:val="22"/>
        </w:rPr>
        <w:t>C. Tin tuyệt đối vào mọi nguồn thông tin.</w:t>
      </w:r>
    </w:p>
    <w:p>
      <w:pPr>
        <w:pStyle w:val="ListParagraph"/>
      </w:pPr>
      <w:r>
        <w:rPr>
          <w:sz w:val="22"/>
        </w:rPr>
        <w:t>D. Bỏ qua bối cảnh ra đời của sử liệu.</w:t>
      </w:r>
    </w:p>
    <w:p/>
    <w:p>
      <w:r>
        <w:rPr>
          <w:b/>
          <w:sz w:val="24"/>
        </w:rPr>
        <w:t>Câu 8: Trong quy trình nghiên cứu lịch sử, bước đầu tiên thường là:</w:t>
      </w:r>
    </w:p>
    <w:p>
      <w:pPr>
        <w:pStyle w:val="ListParagraph"/>
      </w:pPr>
      <w:r>
        <w:rPr>
          <w:sz w:val="22"/>
        </w:rPr>
        <w:t>A. Viết bài nghiên cứu.</w:t>
      </w:r>
    </w:p>
    <w:p>
      <w:pPr>
        <w:pStyle w:val="ListParagraph"/>
      </w:pPr>
      <w:r>
        <w:rPr>
          <w:sz w:val="22"/>
        </w:rPr>
        <w:t>B. Sưu tầm, thu thập sử liệu.</w:t>
      </w:r>
    </w:p>
    <w:p>
      <w:pPr>
        <w:pStyle w:val="ListParagraph"/>
      </w:pPr>
      <w:r>
        <w:rPr>
          <w:sz w:val="22"/>
        </w:rPr>
        <w:t>C. Phản biện kết quả.</w:t>
      </w:r>
    </w:p>
    <w:p>
      <w:pPr>
        <w:pStyle w:val="ListParagraph"/>
      </w:pPr>
      <w:r>
        <w:rPr>
          <w:sz w:val="22"/>
        </w:rPr>
        <w:t>D. Công bố kết quả.</w:t>
      </w:r>
    </w:p>
    <w:p/>
    <w:p>
      <w:r>
        <w:rPr>
          <w:b/>
          <w:sz w:val="24"/>
        </w:rPr>
        <w:t>Câu 9: Mục đích của việc xử lý sử liệu là:</w:t>
      </w:r>
    </w:p>
    <w:p>
      <w:pPr>
        <w:pStyle w:val="ListParagraph"/>
      </w:pPr>
      <w:r>
        <w:rPr>
          <w:sz w:val="22"/>
        </w:rPr>
        <w:t>A. Làm sai lệch thông tin.</w:t>
      </w:r>
    </w:p>
    <w:p>
      <w:pPr>
        <w:pStyle w:val="ListParagraph"/>
      </w:pPr>
      <w:r>
        <w:rPr>
          <w:sz w:val="22"/>
        </w:rPr>
        <w:t>B. Phân loại, kiểm tra, đánh giá và khai thác thông tin phù hợp.</w:t>
      </w:r>
    </w:p>
    <w:p>
      <w:pPr>
        <w:pStyle w:val="ListParagraph"/>
      </w:pPr>
      <w:r>
        <w:rPr>
          <w:sz w:val="22"/>
        </w:rPr>
        <w:t>C. Che giấu sự thật lịch sử.</w:t>
      </w:r>
    </w:p>
    <w:p>
      <w:pPr>
        <w:pStyle w:val="ListParagraph"/>
      </w:pPr>
      <w:r>
        <w:rPr>
          <w:sz w:val="22"/>
        </w:rPr>
        <w:t>D. Thay thế sử liệu gốc bằng suy đoán.</w:t>
      </w:r>
    </w:p>
    <w:p/>
    <w:p>
      <w:r>
        <w:rPr>
          <w:b/>
          <w:sz w:val="24"/>
        </w:rPr>
        <w:t>Câu 10: Tri thức lịch sử có vai trò gì trong bảo tồn và phát huy di sản văn hóa?</w:t>
      </w:r>
    </w:p>
    <w:p>
      <w:pPr>
        <w:pStyle w:val="ListParagraph"/>
      </w:pPr>
      <w:r>
        <w:rPr>
          <w:sz w:val="22"/>
        </w:rPr>
        <w:t>A. Không có vai trò gì.</w:t>
      </w:r>
    </w:p>
    <w:p>
      <w:pPr>
        <w:pStyle w:val="ListParagraph"/>
      </w:pPr>
      <w:r>
        <w:rPr>
          <w:sz w:val="22"/>
        </w:rPr>
        <w:t>B. Cung cấp cơ sở khoa học để nhận diện, bảo tồn và quảng bá giá trị di sản.</w:t>
      </w:r>
    </w:p>
    <w:p>
      <w:pPr>
        <w:pStyle w:val="ListParagraph"/>
      </w:pPr>
      <w:r>
        <w:rPr>
          <w:sz w:val="22"/>
        </w:rPr>
        <w:t>C. Chỉ dùng để trang trí.</w:t>
      </w:r>
    </w:p>
    <w:p>
      <w:pPr>
        <w:pStyle w:val="ListParagraph"/>
      </w:pPr>
      <w:r>
        <w:rPr>
          <w:sz w:val="22"/>
        </w:rPr>
        <w:t>D. Làm mất đi giá trị di sản.</w:t>
      </w:r>
    </w:p>
    <w:p/>
    <w:p>
      <w:r>
        <w:rPr>
          <w:b/>
          <w:sz w:val="24"/>
        </w:rPr>
        <w:t>Câu 11: Lịch sử có vai trò như thế nào trong phát triển du lịch?</w:t>
      </w:r>
    </w:p>
    <w:p>
      <w:pPr>
        <w:pStyle w:val="ListParagraph"/>
      </w:pPr>
      <w:r>
        <w:rPr>
          <w:sz w:val="22"/>
        </w:rPr>
        <w:t>A. Làm cản trở hoạt động du lịch.</w:t>
      </w:r>
    </w:p>
    <w:p>
      <w:pPr>
        <w:pStyle w:val="ListParagraph"/>
      </w:pPr>
      <w:r>
        <w:rPr>
          <w:sz w:val="22"/>
        </w:rPr>
        <w:t>B. Tạo nên các sản phẩm du lịch văn hóa, lịch sử hấp dẫn.</w:t>
      </w:r>
    </w:p>
    <w:p>
      <w:pPr>
        <w:pStyle w:val="ListParagraph"/>
      </w:pPr>
      <w:r>
        <w:rPr>
          <w:sz w:val="22"/>
        </w:rPr>
        <w:t>C. Thay thế hoàn toàn tài nguyên thiên nhiên.</w:t>
      </w:r>
    </w:p>
    <w:p>
      <w:pPr>
        <w:pStyle w:val="ListParagraph"/>
      </w:pPr>
      <w:r>
        <w:rPr>
          <w:sz w:val="22"/>
        </w:rPr>
        <w:t>D. Không liên quan đến du lịch.</w:t>
      </w:r>
    </w:p>
    <w:p/>
    <w:p>
      <w:r>
        <w:rPr>
          <w:b/>
          <w:sz w:val="24"/>
        </w:rPr>
        <w:t>Câu 12: Trong công nghiệp văn hóa, yếu tố lịch sử có thể được khai thác để:</w:t>
      </w:r>
    </w:p>
    <w:p>
      <w:pPr>
        <w:pStyle w:val="ListParagraph"/>
      </w:pPr>
      <w:r>
        <w:rPr>
          <w:sz w:val="22"/>
        </w:rPr>
        <w:t>A. Xuyên tạc lịch sử.</w:t>
      </w:r>
    </w:p>
    <w:p>
      <w:pPr>
        <w:pStyle w:val="ListParagraph"/>
      </w:pPr>
      <w:r>
        <w:rPr>
          <w:sz w:val="22"/>
        </w:rPr>
        <w:t>B. Sản xuất phim ảnh, trò chơi, ấn phẩm... góp phần giáo dục và giải trí.</w:t>
      </w:r>
    </w:p>
    <w:p>
      <w:pPr>
        <w:pStyle w:val="ListParagraph"/>
      </w:pPr>
      <w:r>
        <w:rPr>
          <w:sz w:val="22"/>
        </w:rPr>
        <w:t>C. Phá hủy di sản văn hóa.</w:t>
      </w:r>
    </w:p>
    <w:p>
      <w:pPr>
        <w:pStyle w:val="ListParagraph"/>
      </w:pPr>
      <w:r>
        <w:rPr>
          <w:sz w:val="22"/>
        </w:rPr>
        <w:t>D. Loại bỏ truyền thống dân tộc.</w:t>
      </w:r>
    </w:p>
    <w:p/>
    <w:p>
      <w:r>
        <w:rPr>
          <w:b/>
          <w:sz w:val="24"/>
        </w:rPr>
        <w:t>Câu 13: Trong thời đại số, khi tiếp cận thông tin lịch sử, cần:</w:t>
      </w:r>
    </w:p>
    <w:p>
      <w:pPr>
        <w:pStyle w:val="ListParagraph"/>
      </w:pPr>
      <w:r>
        <w:rPr>
          <w:sz w:val="22"/>
        </w:rPr>
        <w:t>A. Tin vào mọi thông tin trên mạng.</w:t>
      </w:r>
    </w:p>
    <w:p>
      <w:pPr>
        <w:pStyle w:val="ListParagraph"/>
      </w:pPr>
      <w:r>
        <w:rPr>
          <w:sz w:val="22"/>
        </w:rPr>
        <w:t>B. Chọn lọc, kiểm chứng thông tin từ nhiều nguồn đáng tin cậy.</w:t>
      </w:r>
    </w:p>
    <w:p>
      <w:pPr>
        <w:pStyle w:val="ListParagraph"/>
      </w:pPr>
      <w:r>
        <w:rPr>
          <w:sz w:val="22"/>
        </w:rPr>
        <w:t>C. Chia sẻ ngay mọi thông tin.</w:t>
      </w:r>
    </w:p>
    <w:p>
      <w:pPr>
        <w:pStyle w:val="ListParagraph"/>
      </w:pPr>
      <w:r>
        <w:rPr>
          <w:sz w:val="22"/>
        </w:rPr>
        <w:t>D. Bỏ qua việc tìm hiểu lịch sử.</w:t>
      </w:r>
    </w:p>
    <w:p/>
    <w:p>
      <w:r>
        <w:rPr>
          <w:b/>
          <w:sz w:val="24"/>
        </w:rPr>
        <w:t>Câu 14: Hiện tượng xuyên tạc lịch sử thường nhằm mục đích:</w:t>
      </w:r>
    </w:p>
    <w:p>
      <w:pPr>
        <w:pStyle w:val="ListParagraph"/>
      </w:pPr>
      <w:r>
        <w:rPr>
          <w:sz w:val="22"/>
        </w:rPr>
        <w:t>A. Làm sáng tỏ sự thật lịch sử.</w:t>
      </w:r>
    </w:p>
    <w:p>
      <w:pPr>
        <w:pStyle w:val="ListParagraph"/>
      </w:pPr>
      <w:r>
        <w:rPr>
          <w:sz w:val="22"/>
        </w:rPr>
        <w:t>B. Gây hiểu sai, chia rẽ, phủ nhận giá trị lịch sử.</w:t>
      </w:r>
    </w:p>
    <w:p>
      <w:pPr>
        <w:pStyle w:val="ListParagraph"/>
      </w:pPr>
      <w:r>
        <w:rPr>
          <w:sz w:val="22"/>
        </w:rPr>
        <w:t>C. Bảo vệ di sản văn hóa.</w:t>
      </w:r>
    </w:p>
    <w:p>
      <w:pPr>
        <w:pStyle w:val="ListParagraph"/>
      </w:pPr>
      <w:r>
        <w:rPr>
          <w:sz w:val="22"/>
        </w:rPr>
        <w:t>D. Giáo dục truyền thống yêu nước.</w:t>
      </w:r>
    </w:p>
    <w:p/>
    <w:p>
      <w:r>
        <w:rPr>
          <w:b/>
          <w:sz w:val="24"/>
        </w:rPr>
        <w:t>Câu 15: Để phòng chống xuyên tạc lịch sử, mỗi công dân cần:</w:t>
      </w:r>
    </w:p>
    <w:p>
      <w:pPr>
        <w:pStyle w:val="ListParagraph"/>
      </w:pPr>
      <w:r>
        <w:rPr>
          <w:sz w:val="22"/>
        </w:rPr>
        <w:t>A. Thờ ơ, không quan tâm.</w:t>
      </w:r>
    </w:p>
    <w:p>
      <w:pPr>
        <w:pStyle w:val="ListParagraph"/>
      </w:pPr>
      <w:r>
        <w:rPr>
          <w:sz w:val="22"/>
        </w:rPr>
        <w:t>B. Nâng cao hiểu biết lịch sử, kiểm chứng thông tin, đấu tranh với thông tin sai lệch.</w:t>
      </w:r>
    </w:p>
    <w:p>
      <w:pPr>
        <w:pStyle w:val="ListParagraph"/>
      </w:pPr>
      <w:r>
        <w:rPr>
          <w:sz w:val="22"/>
        </w:rPr>
        <w:t>C. Chỉ nghe thông tin một chiều.</w:t>
      </w:r>
    </w:p>
    <w:p>
      <w:pPr>
        <w:pStyle w:val="ListParagraph"/>
      </w:pPr>
      <w:r>
        <w:rPr>
          <w:sz w:val="22"/>
        </w:rPr>
        <w:t>D. Lan truyền thông tin chưa kiểm chứng.</w:t>
      </w:r>
    </w:p>
    <w:p/>
    <w:p>
      <w:r>
        <w:rPr>
          <w:b/>
          <w:sz w:val="24"/>
        </w:rPr>
        <w:t>Câu 16: Bài học kinh nghiệm từ quá khứ có ý nghĩa gì cho hiện tại?</w:t>
      </w:r>
    </w:p>
    <w:p>
      <w:pPr>
        <w:pStyle w:val="ListParagraph"/>
      </w:pPr>
      <w:r>
        <w:rPr>
          <w:sz w:val="22"/>
        </w:rPr>
        <w:t>A. Không còn giá trị.</w:t>
      </w:r>
    </w:p>
    <w:p>
      <w:pPr>
        <w:pStyle w:val="ListParagraph"/>
      </w:pPr>
      <w:r>
        <w:rPr>
          <w:sz w:val="22"/>
        </w:rPr>
        <w:t>B. Giúp tránh lặp lại sai lầm, định hướng hành động đúng đắn.</w:t>
      </w:r>
    </w:p>
    <w:p>
      <w:pPr>
        <w:pStyle w:val="ListParagraph"/>
      </w:pPr>
      <w:r>
        <w:rPr>
          <w:sz w:val="22"/>
        </w:rPr>
        <w:t>C. Chỉ mang tính giải trí.</w:t>
      </w:r>
    </w:p>
    <w:p>
      <w:pPr>
        <w:pStyle w:val="ListParagraph"/>
      </w:pPr>
      <w:r>
        <w:rPr>
          <w:sz w:val="22"/>
        </w:rPr>
        <w:t>D. Thay thế mọi dự báo tương lai.</w:t>
      </w:r>
    </w:p>
    <w:p/>
    <w:p>
      <w:r>
        <w:rPr>
          <w:b/>
          <w:sz w:val="24"/>
        </w:rPr>
        <w:t>Câu 17: Tri thức lịch sử góp phần hình thành:</w:t>
      </w:r>
    </w:p>
    <w:p>
      <w:pPr>
        <w:pStyle w:val="ListParagraph"/>
      </w:pPr>
      <w:r>
        <w:rPr>
          <w:sz w:val="22"/>
        </w:rPr>
        <w:t>A. Bản sắc cá nhân, cộng đồng, lòng yêu nước và tự hào dân tộc.</w:t>
      </w:r>
    </w:p>
    <w:p>
      <w:pPr>
        <w:pStyle w:val="ListParagraph"/>
      </w:pPr>
      <w:r>
        <w:rPr>
          <w:sz w:val="22"/>
        </w:rPr>
        <w:t>B. Sự thờ ơ với cội nguồn.</w:t>
      </w:r>
    </w:p>
    <w:p>
      <w:pPr>
        <w:pStyle w:val="ListParagraph"/>
      </w:pPr>
      <w:r>
        <w:rPr>
          <w:sz w:val="22"/>
        </w:rPr>
        <w:t>C. Thái độ coi thường quá khứ.</w:t>
      </w:r>
    </w:p>
    <w:p>
      <w:pPr>
        <w:pStyle w:val="ListParagraph"/>
      </w:pPr>
      <w:r>
        <w:rPr>
          <w:sz w:val="22"/>
        </w:rPr>
        <w:t>D. Chỉ kỹ năng lao động.</w:t>
      </w:r>
    </w:p>
    <w:p/>
    <w:p>
      <w:r>
        <w:rPr>
          <w:b/>
          <w:sz w:val="24"/>
        </w:rPr>
        <w:t>Câu 18: Một trong những nguyên tắc quan trọng khi học tập, tìm hiểu lịch sử là:</w:t>
      </w:r>
    </w:p>
    <w:p>
      <w:pPr>
        <w:pStyle w:val="ListParagraph"/>
      </w:pPr>
      <w:r>
        <w:rPr>
          <w:sz w:val="22"/>
        </w:rPr>
        <w:t>A. Khách quan, trung thực, tôn trọng sự thật lịch sử.</w:t>
      </w:r>
    </w:p>
    <w:p>
      <w:pPr>
        <w:pStyle w:val="ListParagraph"/>
      </w:pPr>
      <w:r>
        <w:rPr>
          <w:sz w:val="22"/>
        </w:rPr>
        <w:t>B. Bóp méo sự thật lịch sử.</w:t>
      </w:r>
    </w:p>
    <w:p>
      <w:pPr>
        <w:pStyle w:val="ListParagraph"/>
      </w:pPr>
      <w:r>
        <w:rPr>
          <w:sz w:val="22"/>
        </w:rPr>
        <w:t>C. Chỉ dựa vào định kiến.</w:t>
      </w:r>
    </w:p>
    <w:p>
      <w:pPr>
        <w:pStyle w:val="ListParagraph"/>
      </w:pPr>
      <w:r>
        <w:rPr>
          <w:sz w:val="22"/>
        </w:rPr>
        <w:t>D. Phủ nhận mọi nguồn sử liệu.</w:t>
      </w:r>
    </w:p>
    <w:p/>
    <w:p>
      <w:r>
        <w:rPr>
          <w:b/>
          <w:sz w:val="24"/>
        </w:rPr>
        <w:t>Câu 19: Sử liệu nào sau đây là sử liệu thành văn?</w:t>
      </w:r>
    </w:p>
    <w:p>
      <w:pPr>
        <w:pStyle w:val="ListParagraph"/>
      </w:pPr>
      <w:r>
        <w:rPr>
          <w:sz w:val="22"/>
        </w:rPr>
        <w:t>A. Trống đồng Ngọc Lũ.</w:t>
      </w:r>
    </w:p>
    <w:p>
      <w:pPr>
        <w:pStyle w:val="ListParagraph"/>
      </w:pPr>
      <w:r>
        <w:rPr>
          <w:sz w:val="22"/>
        </w:rPr>
        <w:t>B. Truyền thuyết Thánh Gióng.</w:t>
      </w:r>
    </w:p>
    <w:p>
      <w:pPr>
        <w:pStyle w:val="ListParagraph"/>
      </w:pPr>
      <w:r>
        <w:rPr>
          <w:sz w:val="22"/>
        </w:rPr>
        <w:t>C. Sách Đại Việt sử ký toàn thư.</w:t>
      </w:r>
    </w:p>
    <w:p>
      <w:pPr>
        <w:pStyle w:val="ListParagraph"/>
      </w:pPr>
      <w:r>
        <w:rPr>
          <w:sz w:val="22"/>
        </w:rPr>
        <w:t>D. Di tích thành nhà Hồ.</w:t>
      </w:r>
    </w:p>
    <w:p/>
    <w:p>
      <w:r>
        <w:rPr>
          <w:b/>
          <w:sz w:val="24"/>
        </w:rPr>
        <w:t>Câu 20: Việc tìm hiểu lịch sử địa phương có ý nghĩa:</w:t>
      </w:r>
    </w:p>
    <w:p>
      <w:pPr>
        <w:pStyle w:val="ListParagraph"/>
      </w:pPr>
      <w:r>
        <w:rPr>
          <w:sz w:val="22"/>
        </w:rPr>
        <w:t>A. Gắn hiểu biết lịch sử dân tộc với quê hương, giáo dục truyền thống.</w:t>
      </w:r>
    </w:p>
    <w:p>
      <w:pPr>
        <w:pStyle w:val="ListParagraph"/>
      </w:pPr>
      <w:r>
        <w:rPr>
          <w:sz w:val="22"/>
        </w:rPr>
        <w:t>B. Chỉ để giải trí.</w:t>
      </w:r>
    </w:p>
    <w:p>
      <w:pPr>
        <w:pStyle w:val="ListParagraph"/>
      </w:pPr>
      <w:r>
        <w:rPr>
          <w:sz w:val="22"/>
        </w:rPr>
        <w:t>C. Không có tác dụng.</w:t>
      </w:r>
    </w:p>
    <w:p>
      <w:pPr>
        <w:pStyle w:val="ListParagraph"/>
      </w:pPr>
      <w:r>
        <w:rPr>
          <w:sz w:val="22"/>
        </w:rPr>
        <w:t>D. Thay thế lịch sử dân tộc.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A</w:t>
      </w:r>
    </w:p>
    <w:p>
      <w:r>
        <w:rPr>
          <w:b/>
        </w:rPr>
        <w:t>Câu 3: Đáp án đúng: B</w:t>
      </w:r>
    </w:p>
    <w:p>
      <w:r>
        <w:rPr>
          <w:b/>
        </w:rPr>
        <w:t>Câu 4: Đáp án đúng: B</w:t>
      </w:r>
    </w:p>
    <w:p>
      <w:r>
        <w:rPr>
          <w:b/>
        </w:rPr>
        <w:t>Câu 5: Đáp án đúng: B</w:t>
      </w:r>
    </w:p>
    <w:p>
      <w:r>
        <w:rPr>
          <w:b/>
        </w:rPr>
        <w:t>Câu 6: Đáp án đúng: B</w:t>
      </w:r>
    </w:p>
    <w:p>
      <w:r>
        <w:rPr>
          <w:b/>
        </w:rPr>
        <w:t>Câu 7: Đáp án đúng: B</w:t>
      </w:r>
    </w:p>
    <w:p>
      <w:r>
        <w:rPr>
          <w:b/>
        </w:rPr>
        <w:t>Câu 8: Đáp án đúng: B</w:t>
      </w:r>
    </w:p>
    <w:p>
      <w:r>
        <w:rPr>
          <w:b/>
        </w:rPr>
        <w:t>Câu 9: Đáp án đúng: B</w:t>
      </w:r>
    </w:p>
    <w:p>
      <w:r>
        <w:rPr>
          <w:b/>
        </w:rPr>
        <w:t>Câu 10: Đáp án đúng: B</w:t>
      </w:r>
    </w:p>
    <w:p>
      <w:r>
        <w:rPr>
          <w:b/>
        </w:rPr>
        <w:t>Câu 11: Đáp án đúng: B</w:t>
      </w:r>
    </w:p>
    <w:p>
      <w:r>
        <w:rPr>
          <w:b/>
        </w:rPr>
        <w:t>Câu 12: Đáp án đúng: B</w:t>
      </w:r>
    </w:p>
    <w:p>
      <w:r>
        <w:rPr>
          <w:b/>
        </w:rPr>
        <w:t>Câu 13: Đáp án đúng: B</w:t>
      </w:r>
    </w:p>
    <w:p>
      <w:r>
        <w:rPr>
          <w:b/>
        </w:rPr>
        <w:t>Câu 14: Đáp án đúng: B</w:t>
      </w:r>
    </w:p>
    <w:p>
      <w:r>
        <w:rPr>
          <w:b/>
        </w:rPr>
        <w:t>Câu 15: Đáp án đúng: B</w:t>
      </w:r>
    </w:p>
    <w:p>
      <w:r>
        <w:rPr>
          <w:b/>
        </w:rPr>
        <w:t>Câu 16: Đáp án đúng: B</w:t>
      </w:r>
    </w:p>
    <w:p>
      <w:r>
        <w:rPr>
          <w:b/>
        </w:rPr>
        <w:t>Câu 17: Đáp án đúng: A</w:t>
      </w:r>
    </w:p>
    <w:p>
      <w:r>
        <w:rPr>
          <w:b/>
        </w:rPr>
        <w:t>Câu 18: Đáp án đúng: A</w:t>
      </w:r>
    </w:p>
    <w:p>
      <w:r>
        <w:rPr>
          <w:b/>
        </w:rPr>
        <w:t>Câu 19: Đáp án đúng: C</w:t>
      </w:r>
    </w:p>
    <w:p>
      <w:r>
        <w:rPr>
          <w:b/>
        </w:rPr>
        <w:t>Câu 20: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