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 I wish I ___ more free time now.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I wish I ___ more free time now.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had</w:t>
      </w:r>
    </w:p>
    <w:p>
      <w:pPr>
        <w:pStyle w:val="ListParagraph"/>
      </w:pPr>
      <w:r>
        <w:rPr>
          <w:sz w:val="22"/>
        </w:rPr>
        <w:t>C. will have</w:t>
      </w:r>
    </w:p>
    <w:p>
      <w:pPr>
        <w:pStyle w:val="ListParagraph"/>
      </w:pPr>
      <w:r>
        <w:rPr>
          <w:sz w:val="22"/>
        </w:rPr>
        <w:t>D. have had</w:t>
      </w:r>
    </w:p>
    <w:p/>
    <w:p>
      <w:r>
        <w:rPr>
          <w:b/>
          <w:sz w:val="24"/>
        </w:rPr>
        <w:t>Câu 2: She wishes she ___ taller.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had been</w:t>
      </w:r>
    </w:p>
    <w:p/>
    <w:p>
      <w:r>
        <w:rPr>
          <w:b/>
          <w:sz w:val="24"/>
        </w:rPr>
        <w:t>Câu 3: They wish they ___ in the countryside.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had lived</w:t>
      </w:r>
    </w:p>
    <w:p>
      <w:pPr>
        <w:pStyle w:val="ListParagraph"/>
      </w:pPr>
      <w:r>
        <w:rPr>
          <w:sz w:val="22"/>
        </w:rPr>
        <w:t>D. will live</w:t>
      </w:r>
    </w:p>
    <w:p/>
    <w:p>
      <w:r>
        <w:rPr>
          <w:b/>
          <w:sz w:val="24"/>
        </w:rPr>
        <w:t>Câu 4: He wishes he ___ speak Japanese.</w:t>
      </w:r>
    </w:p>
    <w:p>
      <w:pPr>
        <w:pStyle w:val="ListParagraph"/>
      </w:pPr>
      <w:r>
        <w:rPr>
          <w:sz w:val="22"/>
        </w:rPr>
        <w:t>A. can</w:t>
      </w:r>
    </w:p>
    <w:p>
      <w:pPr>
        <w:pStyle w:val="ListParagraph"/>
      </w:pPr>
      <w:r>
        <w:rPr>
          <w:sz w:val="22"/>
        </w:rPr>
        <w:t>B. could</w:t>
      </w:r>
    </w:p>
    <w:p>
      <w:pPr>
        <w:pStyle w:val="ListParagraph"/>
      </w:pPr>
      <w:r>
        <w:rPr>
          <w:sz w:val="22"/>
        </w:rPr>
        <w:t>C. will</w:t>
      </w:r>
    </w:p>
    <w:p>
      <w:pPr>
        <w:pStyle w:val="ListParagraph"/>
      </w:pPr>
      <w:r>
        <w:rPr>
          <w:sz w:val="22"/>
        </w:rPr>
        <w:t>D. has</w:t>
      </w:r>
    </w:p>
    <w:p/>
    <w:p>
      <w:r>
        <w:rPr>
          <w:b/>
          <w:sz w:val="24"/>
        </w:rPr>
        <w:t>Câu 5: I wish I ___ my own car.</w:t>
      </w:r>
    </w:p>
    <w:p>
      <w:pPr>
        <w:pStyle w:val="ListParagraph"/>
      </w:pPr>
      <w:r>
        <w:rPr>
          <w:sz w:val="22"/>
        </w:rPr>
        <w:t>A. have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had</w:t>
      </w:r>
    </w:p>
    <w:p>
      <w:pPr>
        <w:pStyle w:val="ListParagraph"/>
      </w:pPr>
      <w:r>
        <w:rPr>
          <w:sz w:val="22"/>
        </w:rPr>
        <w:t>D. will have</w:t>
      </w:r>
    </w:p>
    <w:p/>
    <w:p>
      <w:r>
        <w:rPr>
          <w:b/>
          <w:sz w:val="24"/>
        </w:rPr>
        <w:t>Câu 6: We wish we ___ in a bigger house.</w:t>
      </w:r>
    </w:p>
    <w:p>
      <w:pPr>
        <w:pStyle w:val="ListParagraph"/>
      </w:pPr>
      <w:r>
        <w:rPr>
          <w:sz w:val="22"/>
        </w:rPr>
        <w:t>A. live</w:t>
      </w:r>
    </w:p>
    <w:p>
      <w:pPr>
        <w:pStyle w:val="ListParagraph"/>
      </w:pPr>
      <w:r>
        <w:rPr>
          <w:sz w:val="22"/>
        </w:rPr>
        <w:t>B. lived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have lived</w:t>
      </w:r>
    </w:p>
    <w:p/>
    <w:p>
      <w:r>
        <w:rPr>
          <w:b/>
          <w:sz w:val="24"/>
        </w:rPr>
        <w:t>Câu 7: She wishes she ___ the answer to that question.</w:t>
      </w:r>
    </w:p>
    <w:p>
      <w:pPr>
        <w:pStyle w:val="ListParagraph"/>
      </w:pPr>
      <w:r>
        <w:rPr>
          <w:sz w:val="22"/>
        </w:rPr>
        <w:t>A. knew</w:t>
      </w:r>
    </w:p>
    <w:p>
      <w:pPr>
        <w:pStyle w:val="ListParagraph"/>
      </w:pPr>
      <w:r>
        <w:rPr>
          <w:sz w:val="22"/>
        </w:rPr>
        <w:t>B. knows</w:t>
      </w:r>
    </w:p>
    <w:p>
      <w:pPr>
        <w:pStyle w:val="ListParagraph"/>
      </w:pPr>
      <w:r>
        <w:rPr>
          <w:sz w:val="22"/>
        </w:rPr>
        <w:t>C. know</w:t>
      </w:r>
    </w:p>
    <w:p>
      <w:pPr>
        <w:pStyle w:val="ListParagraph"/>
      </w:pPr>
      <w:r>
        <w:rPr>
          <w:sz w:val="22"/>
        </w:rPr>
        <w:t>D. has known</w:t>
      </w:r>
    </w:p>
    <w:p/>
    <w:p>
      <w:r>
        <w:rPr>
          <w:b/>
          <w:sz w:val="24"/>
        </w:rPr>
        <w:t>Câu 8: I wish my parents ___ me go to the party.</w:t>
      </w:r>
    </w:p>
    <w:p>
      <w:pPr>
        <w:pStyle w:val="ListParagraph"/>
      </w:pPr>
      <w:r>
        <w:rPr>
          <w:sz w:val="22"/>
        </w:rPr>
        <w:t>A. let</w:t>
      </w:r>
    </w:p>
    <w:p>
      <w:pPr>
        <w:pStyle w:val="ListParagraph"/>
      </w:pPr>
      <w:r>
        <w:rPr>
          <w:sz w:val="22"/>
        </w:rPr>
        <w:t>B. lets</w:t>
      </w:r>
    </w:p>
    <w:p>
      <w:pPr>
        <w:pStyle w:val="ListParagraph"/>
      </w:pPr>
      <w:r>
        <w:rPr>
          <w:sz w:val="22"/>
        </w:rPr>
        <w:t>C. letting</w:t>
      </w:r>
    </w:p>
    <w:p>
      <w:pPr>
        <w:pStyle w:val="ListParagraph"/>
      </w:pPr>
      <w:r>
        <w:rPr>
          <w:sz w:val="22"/>
        </w:rPr>
        <w:t>D. would let</w:t>
      </w:r>
    </w:p>
    <w:p/>
    <w:p>
      <w:r>
        <w:rPr>
          <w:b/>
          <w:sz w:val="24"/>
        </w:rPr>
        <w:t>Câu 9: He wishes he ___ more confident when speaking English.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were</w:t>
      </w:r>
    </w:p>
    <w:p>
      <w:pPr>
        <w:pStyle w:val="ListParagraph"/>
      </w:pPr>
      <w:r>
        <w:rPr>
          <w:sz w:val="22"/>
        </w:rPr>
        <w:t>C. will be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10: I wish I ___ a smartphone.</w:t>
      </w:r>
    </w:p>
    <w:p>
      <w:pPr>
        <w:pStyle w:val="ListParagraph"/>
      </w:pPr>
      <w:r>
        <w:rPr>
          <w:sz w:val="22"/>
        </w:rPr>
        <w:t>A. had</w:t>
      </w:r>
    </w:p>
    <w:p>
      <w:pPr>
        <w:pStyle w:val="ListParagraph"/>
      </w:pPr>
      <w:r>
        <w:rPr>
          <w:sz w:val="22"/>
        </w:rPr>
        <w:t>B. has</w:t>
      </w:r>
    </w:p>
    <w:p>
      <w:pPr>
        <w:pStyle w:val="ListParagraph"/>
      </w:pPr>
      <w:r>
        <w:rPr>
          <w:sz w:val="22"/>
        </w:rPr>
        <w:t>C. have</w:t>
      </w:r>
    </w:p>
    <w:p>
      <w:pPr>
        <w:pStyle w:val="ListParagraph"/>
      </w:pPr>
      <w:r>
        <w:rPr>
          <w:sz w:val="22"/>
        </w:rPr>
        <w:t>D. will have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