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Quiz: Bài Tập Câu Ước (Wish Clauses) - Lớp 9 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I wish I ______ more time to finish this test.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had</w:t>
      </w:r>
    </w:p>
    <w:p>
      <w:pPr>
        <w:pStyle w:val="ListParagraph"/>
      </w:pPr>
      <w:r>
        <w:rPr>
          <w:sz w:val="22"/>
        </w:rPr>
        <w:t>C. has</w:t>
      </w:r>
    </w:p>
    <w:p>
      <w:pPr>
        <w:pStyle w:val="ListParagraph"/>
      </w:pPr>
      <w:r>
        <w:rPr>
          <w:sz w:val="22"/>
        </w:rPr>
        <w:t>D. will have</w:t>
      </w:r>
    </w:p>
    <w:p/>
    <w:p>
      <w:r>
        <w:rPr>
          <w:b/>
          <w:sz w:val="24"/>
        </w:rPr>
        <w:t>Câu 2: She wishes she ______ taller so she could join the basketball team.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will be</w:t>
      </w:r>
    </w:p>
    <w:p/>
    <w:p>
      <w:r>
        <w:rPr>
          <w:b/>
          <w:sz w:val="24"/>
        </w:rPr>
        <w:t>Câu 3: They wish they ______ to the beach last weekend.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went</w:t>
      </w:r>
    </w:p>
    <w:p>
      <w:pPr>
        <w:pStyle w:val="ListParagraph"/>
      </w:pPr>
      <w:r>
        <w:rPr>
          <w:sz w:val="22"/>
        </w:rPr>
        <w:t>C. had gone</w:t>
      </w:r>
    </w:p>
    <w:p>
      <w:pPr>
        <w:pStyle w:val="ListParagraph"/>
      </w:pPr>
      <w:r>
        <w:rPr>
          <w:sz w:val="22"/>
        </w:rPr>
        <w:t>D. have gone</w:t>
      </w:r>
    </w:p>
    <w:p/>
    <w:p>
      <w:r>
        <w:rPr>
          <w:b/>
          <w:sz w:val="24"/>
        </w:rPr>
        <w:t>Câu 4: I wish it ______ right now. I forgot my umbrella!</w:t>
      </w:r>
    </w:p>
    <w:p>
      <w:pPr>
        <w:pStyle w:val="ListParagraph"/>
      </w:pPr>
      <w:r>
        <w:rPr>
          <w:sz w:val="22"/>
        </w:rPr>
        <w:t>A. doesn’t rain</w:t>
      </w:r>
    </w:p>
    <w:p>
      <w:pPr>
        <w:pStyle w:val="ListParagraph"/>
      </w:pPr>
      <w:r>
        <w:rPr>
          <w:sz w:val="22"/>
        </w:rPr>
        <w:t>B. isn’t raining</w:t>
      </w:r>
    </w:p>
    <w:p>
      <w:pPr>
        <w:pStyle w:val="ListParagraph"/>
      </w:pPr>
      <w:r>
        <w:rPr>
          <w:sz w:val="22"/>
        </w:rPr>
        <w:t>C. weren’t raining</w:t>
      </w:r>
    </w:p>
    <w:p>
      <w:pPr>
        <w:pStyle w:val="ListParagraph"/>
      </w:pPr>
      <w:r>
        <w:rPr>
          <w:sz w:val="22"/>
        </w:rPr>
        <w:t>D. hadn’t rained</w:t>
      </w:r>
    </w:p>
    <w:p/>
    <w:p>
      <w:r>
        <w:rPr>
          <w:b/>
          <w:sz w:val="24"/>
        </w:rPr>
        <w:t>Câu 5: He wishes his parents ______ him a bike for his birthday last year.</w:t>
      </w:r>
    </w:p>
    <w:p>
      <w:pPr>
        <w:pStyle w:val="ListParagraph"/>
      </w:pPr>
      <w:r>
        <w:rPr>
          <w:sz w:val="22"/>
        </w:rPr>
        <w:t>A. gave</w:t>
      </w:r>
    </w:p>
    <w:p>
      <w:pPr>
        <w:pStyle w:val="ListParagraph"/>
      </w:pPr>
      <w:r>
        <w:rPr>
          <w:sz w:val="22"/>
        </w:rPr>
        <w:t>B. had given</w:t>
      </w:r>
    </w:p>
    <w:p>
      <w:pPr>
        <w:pStyle w:val="ListParagraph"/>
      </w:pPr>
      <w:r>
        <w:rPr>
          <w:sz w:val="22"/>
        </w:rPr>
        <w:t>C. would give</w:t>
      </w:r>
    </w:p>
    <w:p>
      <w:pPr>
        <w:pStyle w:val="ListParagraph"/>
      </w:pPr>
      <w:r>
        <w:rPr>
          <w:sz w:val="22"/>
        </w:rPr>
        <w:t>D. gives</w:t>
      </w:r>
    </w:p>
    <w:p/>
    <w:p>
      <w:r>
        <w:rPr>
          <w:b/>
          <w:sz w:val="24"/>
        </w:rPr>
        <w:t>Câu 6: I wish you ______ make so much noise late at night.</w:t>
      </w:r>
    </w:p>
    <w:p>
      <w:pPr>
        <w:pStyle w:val="ListParagraph"/>
      </w:pPr>
      <w:r>
        <w:rPr>
          <w:sz w:val="22"/>
        </w:rPr>
        <w:t>A. don’t</w:t>
      </w:r>
    </w:p>
    <w:p>
      <w:pPr>
        <w:pStyle w:val="ListParagraph"/>
      </w:pPr>
      <w:r>
        <w:rPr>
          <w:sz w:val="22"/>
        </w:rPr>
        <w:t>B. didn’t</w:t>
      </w:r>
    </w:p>
    <w:p>
      <w:pPr>
        <w:pStyle w:val="ListParagraph"/>
      </w:pPr>
      <w:r>
        <w:rPr>
          <w:sz w:val="22"/>
        </w:rPr>
        <w:t>C. won’t</w:t>
      </w:r>
    </w:p>
    <w:p>
      <w:pPr>
        <w:pStyle w:val="ListParagraph"/>
      </w:pPr>
      <w:r>
        <w:rPr>
          <w:sz w:val="22"/>
        </w:rPr>
        <w:t>D. wouldn’t</w:t>
      </w:r>
    </w:p>
    <w:p/>
    <w:p>
      <w:r>
        <w:rPr>
          <w:b/>
          <w:sz w:val="24"/>
        </w:rPr>
        <w:t>Câu 7: She wishes she ______ earlier this morning.</w:t>
      </w:r>
    </w:p>
    <w:p>
      <w:pPr>
        <w:pStyle w:val="ListParagraph"/>
      </w:pPr>
      <w:r>
        <w:rPr>
          <w:sz w:val="22"/>
        </w:rPr>
        <w:t>A. gets up</w:t>
      </w:r>
    </w:p>
    <w:p>
      <w:pPr>
        <w:pStyle w:val="ListParagraph"/>
      </w:pPr>
      <w:r>
        <w:rPr>
          <w:sz w:val="22"/>
        </w:rPr>
        <w:t>B. got up</w:t>
      </w:r>
    </w:p>
    <w:p>
      <w:pPr>
        <w:pStyle w:val="ListParagraph"/>
      </w:pPr>
      <w:r>
        <w:rPr>
          <w:sz w:val="22"/>
        </w:rPr>
        <w:t>C. had gotten up</w:t>
      </w:r>
    </w:p>
    <w:p>
      <w:pPr>
        <w:pStyle w:val="ListParagraph"/>
      </w:pPr>
      <w:r>
        <w:rPr>
          <w:sz w:val="22"/>
        </w:rPr>
        <w:t>D. will get up</w:t>
      </w:r>
    </w:p>
    <w:p/>
    <w:p>
      <w:r>
        <w:rPr>
          <w:b/>
          <w:sz w:val="24"/>
        </w:rPr>
        <w:t>Câu 8: They wish they ______ better at speaking English.</w:t>
      </w:r>
    </w:p>
    <w:p>
      <w:pPr>
        <w:pStyle w:val="ListParagraph"/>
      </w:pPr>
      <w:r>
        <w:rPr>
          <w:sz w:val="22"/>
        </w:rPr>
        <w:t>A. are</w:t>
      </w:r>
    </w:p>
    <w:p>
      <w:pPr>
        <w:pStyle w:val="ListParagraph"/>
      </w:pPr>
      <w:r>
        <w:rPr>
          <w:sz w:val="22"/>
        </w:rPr>
        <w:t>B. were</w:t>
      </w:r>
    </w:p>
    <w:p>
      <w:pPr>
        <w:pStyle w:val="ListParagraph"/>
      </w:pPr>
      <w:r>
        <w:rPr>
          <w:sz w:val="22"/>
        </w:rPr>
        <w:t>C. will be</w:t>
      </w:r>
    </w:p>
    <w:p>
      <w:pPr>
        <w:pStyle w:val="ListParagraph"/>
      </w:pPr>
      <w:r>
        <w:rPr>
          <w:sz w:val="22"/>
        </w:rPr>
        <w:t>D. had been</w:t>
      </w:r>
    </w:p>
    <w:p/>
    <w:p>
      <w:r>
        <w:rPr>
          <w:b/>
          <w:sz w:val="24"/>
        </w:rPr>
        <w:t>Câu 9: I wish we ______ go to the amusement park tomorrow.</w:t>
      </w:r>
    </w:p>
    <w:p>
      <w:pPr>
        <w:pStyle w:val="ListParagraph"/>
      </w:pPr>
      <w:r>
        <w:rPr>
          <w:sz w:val="22"/>
        </w:rPr>
        <w:t>A. could</w:t>
      </w:r>
    </w:p>
    <w:p>
      <w:pPr>
        <w:pStyle w:val="ListParagraph"/>
      </w:pPr>
      <w:r>
        <w:rPr>
          <w:sz w:val="22"/>
        </w:rPr>
        <w:t>B. can</w:t>
      </w:r>
    </w:p>
    <w:p>
      <w:pPr>
        <w:pStyle w:val="ListParagraph"/>
      </w:pPr>
      <w:r>
        <w:rPr>
          <w:sz w:val="22"/>
        </w:rPr>
        <w:t>C. will</w:t>
      </w:r>
    </w:p>
    <w:p>
      <w:pPr>
        <w:pStyle w:val="ListParagraph"/>
      </w:pPr>
      <w:r>
        <w:rPr>
          <w:sz w:val="22"/>
        </w:rPr>
        <w:t>D. may</w:t>
      </w:r>
    </w:p>
    <w:p/>
    <w:p>
      <w:r>
        <w:rPr>
          <w:b/>
          <w:sz w:val="24"/>
        </w:rPr>
        <w:t>Câu 10: He wishes his teacher ______ less homework yesterday.</w:t>
      </w:r>
    </w:p>
    <w:p>
      <w:pPr>
        <w:pStyle w:val="ListParagraph"/>
      </w:pPr>
      <w:r>
        <w:rPr>
          <w:sz w:val="22"/>
        </w:rPr>
        <w:t>A. gives</w:t>
      </w:r>
    </w:p>
    <w:p>
      <w:pPr>
        <w:pStyle w:val="ListParagraph"/>
      </w:pPr>
      <w:r>
        <w:rPr>
          <w:sz w:val="22"/>
        </w:rPr>
        <w:t>B. gave</w:t>
      </w:r>
    </w:p>
    <w:p>
      <w:pPr>
        <w:pStyle w:val="ListParagraph"/>
      </w:pPr>
      <w:r>
        <w:rPr>
          <w:sz w:val="22"/>
        </w:rPr>
        <w:t>C. would give</w:t>
      </w:r>
    </w:p>
    <w:p>
      <w:pPr>
        <w:pStyle w:val="ListParagraph"/>
      </w:pPr>
      <w:r>
        <w:rPr>
          <w:sz w:val="22"/>
        </w:rPr>
        <w:t>D. had given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