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30 câu trắc nghiệm từ bài toán 12 chương ...</w:t>
      </w:r>
    </w:p>
    <w:p>
      <w:pPr>
        <w:jc w:val="center"/>
      </w:pPr>
      <w:r>
        <w:rPr>
          <w:sz w:val="22"/>
        </w:rPr>
        <w:t>Số câu: 30    Thời gian: _____ phút    Họ và tên: _________________________</w:t>
      </w:r>
    </w:p>
    <w:p/>
    <w:p>
      <w:r>
        <w:rPr>
          <w:b/>
          <w:sz w:val="24"/>
        </w:rPr>
        <w:t>Câu 1: Hàm số $y = x^3 - 3x^2 + 1$ đồng biến trên khoảng nào sau đây?</w:t>
      </w:r>
    </w:p>
    <w:p>
      <w:pPr>
        <w:pStyle w:val="ListParagraph"/>
      </w:pPr>
      <w:r>
        <w:rPr>
          <w:sz w:val="22"/>
        </w:rPr>
        <w:t>A. (0;2)</w:t>
      </w:r>
    </w:p>
    <w:p>
      <w:pPr>
        <w:pStyle w:val="ListParagraph"/>
      </w:pPr>
      <w:r>
        <w:rPr>
          <w:sz w:val="22"/>
        </w:rPr>
        <w:t>B. (-∞;0) và (2;+∞)</w:t>
      </w:r>
    </w:p>
    <w:p>
      <w:pPr>
        <w:pStyle w:val="ListParagraph"/>
      </w:pPr>
      <w:r>
        <w:rPr>
          <w:sz w:val="22"/>
        </w:rPr>
        <w:t>C. (-∞;0)</w:t>
      </w:r>
    </w:p>
    <w:p>
      <w:pPr>
        <w:pStyle w:val="ListParagraph"/>
      </w:pPr>
      <w:r>
        <w:rPr>
          <w:sz w:val="22"/>
        </w:rPr>
        <w:t>D. (2;+∞)</w:t>
      </w:r>
    </w:p>
    <w:p/>
    <w:p>
      <w:r>
        <w:rPr>
          <w:b/>
          <w:sz w:val="24"/>
        </w:rPr>
        <w:t>Câu 2: Cho hàm số $y = -x^3 + 3x^2 - 3x + 1$. Khẳng định nào sau đây đúng?</w:t>
      </w:r>
    </w:p>
    <w:p>
      <w:pPr>
        <w:pStyle w:val="ListParagraph"/>
      </w:pPr>
      <w:r>
        <w:rPr>
          <w:sz w:val="22"/>
        </w:rPr>
        <w:t>A. Hàm số có cực đại tại $x=1$</w:t>
      </w:r>
    </w:p>
    <w:p>
      <w:pPr>
        <w:pStyle w:val="ListParagraph"/>
      </w:pPr>
      <w:r>
        <w:rPr>
          <w:sz w:val="22"/>
        </w:rPr>
        <w:t>B. Hàm số có cực tiểu tại $x=1$</w:t>
      </w:r>
    </w:p>
    <w:p>
      <w:pPr>
        <w:pStyle w:val="ListParagraph"/>
      </w:pPr>
      <w:r>
        <w:rPr>
          <w:sz w:val="22"/>
        </w:rPr>
        <w:t>C. Hàm số có hai cực trị</w:t>
      </w:r>
    </w:p>
    <w:p>
      <w:pPr>
        <w:pStyle w:val="ListParagraph"/>
      </w:pPr>
      <w:r>
        <w:rPr>
          <w:sz w:val="22"/>
        </w:rPr>
        <w:t>D. Hàm số không có cực trị</w:t>
      </w:r>
    </w:p>
    <w:p/>
    <w:p>
      <w:r>
        <w:rPr>
          <w:b/>
          <w:sz w:val="24"/>
        </w:rPr>
        <w:t>Câu 3: Hàm số $y = x^4 - 2x^2 + 3$ có bao nhiêu điểm cực trị?</w:t>
      </w:r>
    </w:p>
    <w:p>
      <w:pPr>
        <w:pStyle w:val="ListParagraph"/>
      </w:pPr>
      <w:r>
        <w:rPr>
          <w:sz w:val="22"/>
        </w:rPr>
        <w:t>A. 0</w:t>
      </w:r>
    </w:p>
    <w:p>
      <w:pPr>
        <w:pStyle w:val="ListParagraph"/>
      </w:pPr>
      <w:r>
        <w:rPr>
          <w:sz w:val="22"/>
        </w:rPr>
        <w:t>B. 1</w:t>
      </w:r>
    </w:p>
    <w:p>
      <w:pPr>
        <w:pStyle w:val="ListParagraph"/>
      </w:pPr>
      <w:r>
        <w:rPr>
          <w:sz w:val="22"/>
        </w:rPr>
        <w:t>C. 2</w:t>
      </w:r>
    </w:p>
    <w:p>
      <w:pPr>
        <w:pStyle w:val="ListParagraph"/>
      </w:pPr>
      <w:r>
        <w:rPr>
          <w:sz w:val="22"/>
        </w:rPr>
        <w:t>D. 3</w:t>
      </w:r>
    </w:p>
    <w:p/>
    <w:p>
      <w:r>
        <w:rPr>
          <w:b/>
          <w:sz w:val="24"/>
        </w:rPr>
        <w:t>Câu 4: Giá trị lớn nhất của hàm số $y = x^3 - 3x + 2$ trên đoạn $[0;2]$ bằng</w:t>
      </w:r>
    </w:p>
    <w:p>
      <w:pPr>
        <w:pStyle w:val="ListParagraph"/>
      </w:pPr>
      <w:r>
        <w:rPr>
          <w:sz w:val="22"/>
        </w:rPr>
        <w:t>A. 0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4</w:t>
      </w:r>
    </w:p>
    <w:p>
      <w:pPr>
        <w:pStyle w:val="ListParagraph"/>
      </w:pPr>
      <w:r>
        <w:rPr>
          <w:sz w:val="22"/>
        </w:rPr>
        <w:t>D. 1</w:t>
      </w:r>
    </w:p>
    <w:p/>
    <w:p>
      <w:r>
        <w:rPr>
          <w:b/>
          <w:sz w:val="24"/>
        </w:rPr>
        <w:t>Câu 5: Giá trị nhỏ nhất của hàm số $y = x + 1/x$ trên khoảng $(0; +∞)$ là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0</w:t>
      </w:r>
    </w:p>
    <w:p>
      <w:pPr>
        <w:pStyle w:val="ListParagraph"/>
      </w:pPr>
      <w:r>
        <w:rPr>
          <w:sz w:val="22"/>
        </w:rPr>
        <w:t>D. 3</w:t>
      </w:r>
    </w:p>
    <w:p/>
    <w:p>
      <w:r>
        <w:rPr>
          <w:b/>
          <w:sz w:val="24"/>
        </w:rPr>
        <w:t>Câu 6: Đường tiệm cận đứng của đồ thị hàm số $y = (2x+1)/(x-1)$ là</w:t>
      </w:r>
    </w:p>
    <w:p>
      <w:pPr>
        <w:pStyle w:val="ListParagraph"/>
      </w:pPr>
      <w:r>
        <w:rPr>
          <w:sz w:val="22"/>
        </w:rPr>
        <w:t>A. $x=1$</w:t>
      </w:r>
    </w:p>
    <w:p>
      <w:pPr>
        <w:pStyle w:val="ListParagraph"/>
      </w:pPr>
      <w:r>
        <w:rPr>
          <w:sz w:val="22"/>
        </w:rPr>
        <w:t>B. $y=2$</w:t>
      </w:r>
    </w:p>
    <w:p>
      <w:pPr>
        <w:pStyle w:val="ListParagraph"/>
      </w:pPr>
      <w:r>
        <w:rPr>
          <w:sz w:val="22"/>
        </w:rPr>
        <w:t>C. $x=2$</w:t>
      </w:r>
    </w:p>
    <w:p>
      <w:pPr>
        <w:pStyle w:val="ListParagraph"/>
      </w:pPr>
      <w:r>
        <w:rPr>
          <w:sz w:val="22"/>
        </w:rPr>
        <w:t>D. $y=1$</w:t>
      </w:r>
    </w:p>
    <w:p/>
    <w:p>
      <w:r>
        <w:rPr>
          <w:b/>
          <w:sz w:val="24"/>
        </w:rPr>
        <w:t>Câu 7: Đường tiệm cận ngang của đồ thị hàm số $y = (2x+1)/(x-1)$ là</w:t>
      </w:r>
    </w:p>
    <w:p>
      <w:pPr>
        <w:pStyle w:val="ListParagraph"/>
      </w:pPr>
      <w:r>
        <w:rPr>
          <w:sz w:val="22"/>
        </w:rPr>
        <w:t>A. $x=1$</w:t>
      </w:r>
    </w:p>
    <w:p>
      <w:pPr>
        <w:pStyle w:val="ListParagraph"/>
      </w:pPr>
      <w:r>
        <w:rPr>
          <w:sz w:val="22"/>
        </w:rPr>
        <w:t>B. $y=2$</w:t>
      </w:r>
    </w:p>
    <w:p>
      <w:pPr>
        <w:pStyle w:val="ListParagraph"/>
      </w:pPr>
      <w:r>
        <w:rPr>
          <w:sz w:val="22"/>
        </w:rPr>
        <w:t>C. $x=2$</w:t>
      </w:r>
    </w:p>
    <w:p>
      <w:pPr>
        <w:pStyle w:val="ListParagraph"/>
      </w:pPr>
      <w:r>
        <w:rPr>
          <w:sz w:val="22"/>
        </w:rPr>
        <w:t>D. $y=1$</w:t>
      </w:r>
    </w:p>
    <w:p/>
    <w:p>
      <w:r>
        <w:rPr>
          <w:b/>
          <w:sz w:val="24"/>
        </w:rPr>
        <w:t>Câu 8: Hàm số $y = (x+1)/(x-1)$ nghịch biến trên khoảng nào?</w:t>
      </w:r>
    </w:p>
    <w:p>
      <w:pPr>
        <w:pStyle w:val="ListParagraph"/>
      </w:pPr>
      <w:r>
        <w:rPr>
          <w:sz w:val="22"/>
        </w:rPr>
        <w:t>A. $(-∞;1)$</w:t>
      </w:r>
    </w:p>
    <w:p>
      <w:pPr>
        <w:pStyle w:val="ListParagraph"/>
      </w:pPr>
      <w:r>
        <w:rPr>
          <w:sz w:val="22"/>
        </w:rPr>
        <w:t>B. $(1;+∞)$</w:t>
      </w:r>
    </w:p>
    <w:p>
      <w:pPr>
        <w:pStyle w:val="ListParagraph"/>
      </w:pPr>
      <w:r>
        <w:rPr>
          <w:sz w:val="22"/>
        </w:rPr>
        <w:t>C. $(-∞;1)$ và $(1;+∞)$</w:t>
      </w:r>
    </w:p>
    <w:p>
      <w:pPr>
        <w:pStyle w:val="ListParagraph"/>
      </w:pPr>
      <w:r>
        <w:rPr>
          <w:sz w:val="22"/>
        </w:rPr>
        <w:t>D. Tất cả các số thực khác 1</w:t>
      </w:r>
    </w:p>
    <w:p/>
    <w:p>
      <w:r>
        <w:rPr>
          <w:b/>
          <w:sz w:val="24"/>
        </w:rPr>
        <w:t>Câu 9: Tìm tất cả các giá trị thực của tham số $m$ để hàm số $y = x^3 - 3mx + 1$ có cực trị.</w:t>
      </w:r>
    </w:p>
    <w:p>
      <w:pPr>
        <w:pStyle w:val="ListParagraph"/>
      </w:pPr>
      <w:r>
        <w:rPr>
          <w:sz w:val="22"/>
        </w:rPr>
        <w:t>A. $m &gt; 0$</w:t>
      </w:r>
    </w:p>
    <w:p>
      <w:pPr>
        <w:pStyle w:val="ListParagraph"/>
      </w:pPr>
      <w:r>
        <w:rPr>
          <w:sz w:val="22"/>
        </w:rPr>
        <w:t>B. $m &lt; 0$</w:t>
      </w:r>
    </w:p>
    <w:p>
      <w:pPr>
        <w:pStyle w:val="ListParagraph"/>
      </w:pPr>
      <w:r>
        <w:rPr>
          <w:sz w:val="22"/>
        </w:rPr>
        <w:t>C. $m ≥ 0$</w:t>
      </w:r>
    </w:p>
    <w:p>
      <w:pPr>
        <w:pStyle w:val="ListParagraph"/>
      </w:pPr>
      <w:r>
        <w:rPr>
          <w:sz w:val="22"/>
        </w:rPr>
        <w:t>D. $m ≤ 0$</w:t>
      </w:r>
    </w:p>
    <w:p/>
    <w:p>
      <w:r>
        <w:rPr>
          <w:b/>
          <w:sz w:val="24"/>
        </w:rPr>
        <w:t>Câu 10: Tìm $m$ để hàm số $y = x^3 - 3x^2 + mx - 1$ đồng biến trên R.</w:t>
      </w:r>
    </w:p>
    <w:p>
      <w:pPr>
        <w:pStyle w:val="ListParagraph"/>
      </w:pPr>
      <w:r>
        <w:rPr>
          <w:sz w:val="22"/>
        </w:rPr>
        <w:t>A. $m ≥ 3$</w:t>
      </w:r>
    </w:p>
    <w:p>
      <w:pPr>
        <w:pStyle w:val="ListParagraph"/>
      </w:pPr>
      <w:r>
        <w:rPr>
          <w:sz w:val="22"/>
        </w:rPr>
        <w:t>B. $m ≤ 3$</w:t>
      </w:r>
    </w:p>
    <w:p>
      <w:pPr>
        <w:pStyle w:val="ListParagraph"/>
      </w:pPr>
      <w:r>
        <w:rPr>
          <w:sz w:val="22"/>
        </w:rPr>
        <w:t>C. $m &gt; 3$</w:t>
      </w:r>
    </w:p>
    <w:p>
      <w:pPr>
        <w:pStyle w:val="ListParagraph"/>
      </w:pPr>
      <w:r>
        <w:rPr>
          <w:sz w:val="22"/>
        </w:rPr>
        <w:t>D. $m &lt; 3$</w:t>
      </w:r>
    </w:p>
    <w:p/>
    <w:p>
      <w:r>
        <w:rPr>
          <w:b/>
          <w:sz w:val="24"/>
        </w:rPr>
        <w:t>Câu 11: Phương trình tiếp tuyến của đồ thị hàm số $y = x^3 - 3x + 1$ tại điểm có hoành độ $x = 1$ là</w:t>
      </w:r>
    </w:p>
    <w:p>
      <w:pPr>
        <w:pStyle w:val="ListParagraph"/>
      </w:pPr>
      <w:r>
        <w:rPr>
          <w:sz w:val="22"/>
        </w:rPr>
        <w:t>A. $y = -1$</w:t>
      </w:r>
    </w:p>
    <w:p>
      <w:pPr>
        <w:pStyle w:val="ListParagraph"/>
      </w:pPr>
      <w:r>
        <w:rPr>
          <w:sz w:val="22"/>
        </w:rPr>
        <w:t>B. $y = x - 1$</w:t>
      </w:r>
    </w:p>
    <w:p>
      <w:pPr>
        <w:pStyle w:val="ListParagraph"/>
      </w:pPr>
      <w:r>
        <w:rPr>
          <w:sz w:val="22"/>
        </w:rPr>
        <w:t>C. $y = 0$</w:t>
      </w:r>
    </w:p>
    <w:p>
      <w:pPr>
        <w:pStyle w:val="ListParagraph"/>
      </w:pPr>
      <w:r>
        <w:rPr>
          <w:sz w:val="22"/>
        </w:rPr>
        <w:t>D. $y = -x + 1$</w:t>
      </w:r>
    </w:p>
    <w:p/>
    <w:p>
      <w:r>
        <w:rPr>
          <w:b/>
          <w:sz w:val="24"/>
        </w:rPr>
        <w:t>Câu 12: Số giao điểm của đồ thị hàm số $y = x^3 - 3x + 2$ và đường thẳng $y = 2$ là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0</w:t>
      </w:r>
    </w:p>
    <w:p/>
    <w:p>
      <w:r>
        <w:rPr>
          <w:b/>
          <w:sz w:val="24"/>
        </w:rPr>
        <w:t>Câu 13: Hàm số $y = -x^4 + 2x^2 + 1$ có bao nhiêu điểm cực đại?</w:t>
      </w:r>
    </w:p>
    <w:p>
      <w:pPr>
        <w:pStyle w:val="ListParagraph"/>
      </w:pPr>
      <w:r>
        <w:rPr>
          <w:sz w:val="22"/>
        </w:rPr>
        <w:t>A. 0</w:t>
      </w:r>
    </w:p>
    <w:p>
      <w:pPr>
        <w:pStyle w:val="ListParagraph"/>
      </w:pPr>
      <w:r>
        <w:rPr>
          <w:sz w:val="22"/>
        </w:rPr>
        <w:t>B. 1</w:t>
      </w:r>
    </w:p>
    <w:p>
      <w:pPr>
        <w:pStyle w:val="ListParagraph"/>
      </w:pPr>
      <w:r>
        <w:rPr>
          <w:sz w:val="22"/>
        </w:rPr>
        <w:t>C. 2</w:t>
      </w:r>
    </w:p>
    <w:p>
      <w:pPr>
        <w:pStyle w:val="ListParagraph"/>
      </w:pPr>
      <w:r>
        <w:rPr>
          <w:sz w:val="22"/>
        </w:rPr>
        <w:t>D. 3</w:t>
      </w:r>
    </w:p>
    <w:p/>
    <w:p>
      <w:r>
        <w:rPr>
          <w:b/>
          <w:sz w:val="24"/>
        </w:rPr>
        <w:t>Câu 14: Giá trị lớn nhất của hàm số $y = -x^2 + 4x + 1$ trên R là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5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15: Với giá trị nào của $m$ thì phương trình $x^3 - 3x + 1 = m$ có 3 nghiệm phân biệt?</w:t>
      </w:r>
    </w:p>
    <w:p>
      <w:pPr>
        <w:pStyle w:val="ListParagraph"/>
      </w:pPr>
      <w:r>
        <w:rPr>
          <w:sz w:val="22"/>
        </w:rPr>
        <w:t>A. $-1 &lt; m &lt; 3$</w:t>
      </w:r>
    </w:p>
    <w:p>
      <w:pPr>
        <w:pStyle w:val="ListParagraph"/>
      </w:pPr>
      <w:r>
        <w:rPr>
          <w:sz w:val="22"/>
        </w:rPr>
        <w:t>B. $m &gt; 3$</w:t>
      </w:r>
    </w:p>
    <w:p>
      <w:pPr>
        <w:pStyle w:val="ListParagraph"/>
      </w:pPr>
      <w:r>
        <w:rPr>
          <w:sz w:val="22"/>
        </w:rPr>
        <w:t>C. $m &lt; -1$</w:t>
      </w:r>
    </w:p>
    <w:p>
      <w:pPr>
        <w:pStyle w:val="ListParagraph"/>
      </w:pPr>
      <w:r>
        <w:rPr>
          <w:sz w:val="22"/>
        </w:rPr>
        <w:t>D. $m = 3$</w:t>
      </w:r>
    </w:p>
    <w:p/>
    <w:p>
      <w:r>
        <w:rPr>
          <w:b/>
          <w:sz w:val="24"/>
        </w:rPr>
        <w:t>Câu 16: Đồ thị hàm số $y = (x^2 + 1)/(x^2 - 1)$ có bao nhiêu đường tiệm cận đứng?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0</w:t>
      </w:r>
    </w:p>
    <w:p>
      <w:pPr>
        <w:pStyle w:val="ListParagraph"/>
      </w:pPr>
      <w:r>
        <w:rPr>
          <w:sz w:val="22"/>
        </w:rPr>
        <w:t>D. 3</w:t>
      </w:r>
    </w:p>
    <w:p/>
    <w:p>
      <w:r>
        <w:rPr>
          <w:b/>
          <w:sz w:val="24"/>
        </w:rPr>
        <w:t>Câu 17: Đồ thị hàm số $y = (x^2 + 1)/x$ có tiệm cận xiên là</w:t>
      </w:r>
    </w:p>
    <w:p>
      <w:pPr>
        <w:pStyle w:val="ListParagraph"/>
      </w:pPr>
      <w:r>
        <w:rPr>
          <w:sz w:val="22"/>
        </w:rPr>
        <w:t>A. $y = x$</w:t>
      </w:r>
    </w:p>
    <w:p>
      <w:pPr>
        <w:pStyle w:val="ListParagraph"/>
      </w:pPr>
      <w:r>
        <w:rPr>
          <w:sz w:val="22"/>
        </w:rPr>
        <w:t>B. $y = x + 1$</w:t>
      </w:r>
    </w:p>
    <w:p>
      <w:pPr>
        <w:pStyle w:val="ListParagraph"/>
      </w:pPr>
      <w:r>
        <w:rPr>
          <w:sz w:val="22"/>
        </w:rPr>
        <w:t>C. $y = -x$</w:t>
      </w:r>
    </w:p>
    <w:p>
      <w:pPr>
        <w:pStyle w:val="ListParagraph"/>
      </w:pPr>
      <w:r>
        <w:rPr>
          <w:sz w:val="22"/>
        </w:rPr>
        <w:t>D. $y = 1$</w:t>
      </w:r>
    </w:p>
    <w:p/>
    <w:p>
      <w:r>
        <w:rPr>
          <w:b/>
          <w:sz w:val="24"/>
        </w:rPr>
        <w:t>Câu 18: Hàm số $y = x^3 - 3x^2 + 2$ nghịch biến trên khoảng nào?</w:t>
      </w:r>
    </w:p>
    <w:p>
      <w:pPr>
        <w:pStyle w:val="ListParagraph"/>
      </w:pPr>
      <w:r>
        <w:rPr>
          <w:sz w:val="22"/>
        </w:rPr>
        <w:t>A. $(0;2)$</w:t>
      </w:r>
    </w:p>
    <w:p>
      <w:pPr>
        <w:pStyle w:val="ListParagraph"/>
      </w:pPr>
      <w:r>
        <w:rPr>
          <w:sz w:val="22"/>
        </w:rPr>
        <w:t>B. $(-∞;0)$</w:t>
      </w:r>
    </w:p>
    <w:p>
      <w:pPr>
        <w:pStyle w:val="ListParagraph"/>
      </w:pPr>
      <w:r>
        <w:rPr>
          <w:sz w:val="22"/>
        </w:rPr>
        <w:t>C. $(2;+∞)$</w:t>
      </w:r>
    </w:p>
    <w:p>
      <w:pPr>
        <w:pStyle w:val="ListParagraph"/>
      </w:pPr>
      <w:r>
        <w:rPr>
          <w:sz w:val="22"/>
        </w:rPr>
        <w:t>D. $(-∞;0)$ và $(2;+∞)$</w:t>
      </w:r>
    </w:p>
    <w:p/>
    <w:p>
      <w:r>
        <w:rPr>
          <w:b/>
          <w:sz w:val="24"/>
        </w:rPr>
        <w:t>Câu 19: Tìm $m$ để hàm số $y = (mx+1)/(x+m)$ nghịch biến trên từng khoảng xác định.</w:t>
      </w:r>
    </w:p>
    <w:p>
      <w:pPr>
        <w:pStyle w:val="ListParagraph"/>
      </w:pPr>
      <w:r>
        <w:rPr>
          <w:sz w:val="22"/>
        </w:rPr>
        <w:t>A. $-1 &lt; m &lt; 1$</w:t>
      </w:r>
    </w:p>
    <w:p>
      <w:pPr>
        <w:pStyle w:val="ListParagraph"/>
      </w:pPr>
      <w:r>
        <w:rPr>
          <w:sz w:val="22"/>
        </w:rPr>
        <w:t>B. $m &gt; 1$</w:t>
      </w:r>
    </w:p>
    <w:p>
      <w:pPr>
        <w:pStyle w:val="ListParagraph"/>
      </w:pPr>
      <w:r>
        <w:rPr>
          <w:sz w:val="22"/>
        </w:rPr>
        <w:t>C. $m &lt; -1$</w:t>
      </w:r>
    </w:p>
    <w:p>
      <w:pPr>
        <w:pStyle w:val="ListParagraph"/>
      </w:pPr>
      <w:r>
        <w:rPr>
          <w:sz w:val="22"/>
        </w:rPr>
        <w:t>D. $-1 ≤ m ≤ 1$</w:t>
      </w:r>
    </w:p>
    <w:p/>
    <w:p>
      <w:r>
        <w:rPr>
          <w:b/>
          <w:sz w:val="24"/>
        </w:rPr>
        <w:t>Câu 20: Hàm số $y = x^4 - 2x^2 + 1$ có bao nhiêu điểm cực trị?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0</w:t>
      </w:r>
    </w:p>
    <w:p/>
    <w:p>
      <w:r>
        <w:rPr>
          <w:b/>
          <w:sz w:val="24"/>
        </w:rPr>
        <w:t>Câu 21: Giá trị nhỏ nhất của hàm số $y = x + 4/x$ trên khoảng $(0; +∞)$ là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4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1</w:t>
      </w:r>
    </w:p>
    <w:p/>
    <w:p>
      <w:r>
        <w:rPr>
          <w:b/>
          <w:sz w:val="24"/>
        </w:rPr>
        <w:t>Câu 22: Tọa độ giao điểm của hai đường tiệm cận của đồ thị hàm số $y = (2x-1)/(x+1)$ là</w:t>
      </w:r>
    </w:p>
    <w:p>
      <w:pPr>
        <w:pStyle w:val="ListParagraph"/>
      </w:pPr>
      <w:r>
        <w:rPr>
          <w:sz w:val="22"/>
        </w:rPr>
        <w:t>A. $(-1;2)$</w:t>
      </w:r>
    </w:p>
    <w:p>
      <w:pPr>
        <w:pStyle w:val="ListParagraph"/>
      </w:pPr>
      <w:r>
        <w:rPr>
          <w:sz w:val="22"/>
        </w:rPr>
        <w:t>B. $(1;-2)$</w:t>
      </w:r>
    </w:p>
    <w:p>
      <w:pPr>
        <w:pStyle w:val="ListParagraph"/>
      </w:pPr>
      <w:r>
        <w:rPr>
          <w:sz w:val="22"/>
        </w:rPr>
        <w:t>C. $(-1;-2)$</w:t>
      </w:r>
    </w:p>
    <w:p>
      <w:pPr>
        <w:pStyle w:val="ListParagraph"/>
      </w:pPr>
      <w:r>
        <w:rPr>
          <w:sz w:val="22"/>
        </w:rPr>
        <w:t>D. $(1;2)$</w:t>
      </w:r>
    </w:p>
    <w:p/>
    <w:p>
      <w:r>
        <w:rPr>
          <w:b/>
          <w:sz w:val="24"/>
        </w:rPr>
        <w:t>Câu 23: Hàm số $y = -x^3 + 3x^2 - 1$ đạt cực đại tại</w:t>
      </w:r>
    </w:p>
    <w:p>
      <w:pPr>
        <w:pStyle w:val="ListParagraph"/>
      </w:pPr>
      <w:r>
        <w:rPr>
          <w:sz w:val="22"/>
        </w:rPr>
        <w:t>A. $x=0$</w:t>
      </w:r>
    </w:p>
    <w:p>
      <w:pPr>
        <w:pStyle w:val="ListParagraph"/>
      </w:pPr>
      <w:r>
        <w:rPr>
          <w:sz w:val="22"/>
        </w:rPr>
        <w:t>B. $x=2$</w:t>
      </w:r>
    </w:p>
    <w:p>
      <w:pPr>
        <w:pStyle w:val="ListParagraph"/>
      </w:pPr>
      <w:r>
        <w:rPr>
          <w:sz w:val="22"/>
        </w:rPr>
        <w:t>C. $x=1$</w:t>
      </w:r>
    </w:p>
    <w:p>
      <w:pPr>
        <w:pStyle w:val="ListParagraph"/>
      </w:pPr>
      <w:r>
        <w:rPr>
          <w:sz w:val="22"/>
        </w:rPr>
        <w:t>D. $x=-1$</w:t>
      </w:r>
    </w:p>
    <w:p/>
    <w:p>
      <w:r>
        <w:rPr>
          <w:b/>
          <w:sz w:val="24"/>
        </w:rPr>
        <w:t>Câu 24: Giá trị lớn nhất của hàm số $y = x^3 - 3x^2 + 3x + 1$ trên đoạn $[0;2]$ là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25: Đồ thị hàm số $y = (x+1)/(x^2 - 4)$ có bao nhiêu đường tiệm cận?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26: Khẳng định nào sau đây đúng về hàm số $y = x^3 - 3x^2 + 3x - 1$?</w:t>
      </w:r>
    </w:p>
    <w:p>
      <w:pPr>
        <w:pStyle w:val="ListParagraph"/>
      </w:pPr>
      <w:r>
        <w:rPr>
          <w:sz w:val="22"/>
        </w:rPr>
        <w:t>A. Hàm số đồng biến trên R</w:t>
      </w:r>
    </w:p>
    <w:p>
      <w:pPr>
        <w:pStyle w:val="ListParagraph"/>
      </w:pPr>
      <w:r>
        <w:rPr>
          <w:sz w:val="22"/>
        </w:rPr>
        <w:t>B. Hàm số nghịch biến trên R</w:t>
      </w:r>
    </w:p>
    <w:p>
      <w:pPr>
        <w:pStyle w:val="ListParagraph"/>
      </w:pPr>
      <w:r>
        <w:rPr>
          <w:sz w:val="22"/>
        </w:rPr>
        <w:t>C. Hàm số có cực đại và cực tiểu</w:t>
      </w:r>
    </w:p>
    <w:p>
      <w:pPr>
        <w:pStyle w:val="ListParagraph"/>
      </w:pPr>
      <w:r>
        <w:rPr>
          <w:sz w:val="22"/>
        </w:rPr>
        <w:t>D. Hàm số có hai cực trị</w:t>
      </w:r>
    </w:p>
    <w:p/>
    <w:p>
      <w:r>
        <w:rPr>
          <w:b/>
          <w:sz w:val="24"/>
        </w:rPr>
        <w:t>Câu 27: Tìm $m$ để phương trình $x^3 - 3x + m = 0$ có 3 nghiệm phân biệt.</w:t>
      </w:r>
    </w:p>
    <w:p>
      <w:pPr>
        <w:pStyle w:val="ListParagraph"/>
      </w:pPr>
      <w:r>
        <w:rPr>
          <w:sz w:val="22"/>
        </w:rPr>
        <w:t>A. $-2 &lt; m &lt; 2$</w:t>
      </w:r>
    </w:p>
    <w:p>
      <w:pPr>
        <w:pStyle w:val="ListParagraph"/>
      </w:pPr>
      <w:r>
        <w:rPr>
          <w:sz w:val="22"/>
        </w:rPr>
        <w:t>B. $-1 &lt; m &lt; 3$</w:t>
      </w:r>
    </w:p>
    <w:p>
      <w:pPr>
        <w:pStyle w:val="ListParagraph"/>
      </w:pPr>
      <w:r>
        <w:rPr>
          <w:sz w:val="22"/>
        </w:rPr>
        <w:t>C. $m &gt; 2$</w:t>
      </w:r>
    </w:p>
    <w:p>
      <w:pPr>
        <w:pStyle w:val="ListParagraph"/>
      </w:pPr>
      <w:r>
        <w:rPr>
          <w:sz w:val="22"/>
        </w:rPr>
        <w:t>D. $m &lt; -2$</w:t>
      </w:r>
    </w:p>
    <w:p/>
    <w:p>
      <w:r>
        <w:rPr>
          <w:b/>
          <w:sz w:val="24"/>
        </w:rPr>
        <w:t>Câu 28: Đồ thị hàm số $y = (x^2 + 2x + 3)/(x+1)$ có tiệm cận xiên là</w:t>
      </w:r>
    </w:p>
    <w:p>
      <w:pPr>
        <w:pStyle w:val="ListParagraph"/>
      </w:pPr>
      <w:r>
        <w:rPr>
          <w:sz w:val="22"/>
        </w:rPr>
        <w:t>A. $y = x + 1$</w:t>
      </w:r>
    </w:p>
    <w:p>
      <w:pPr>
        <w:pStyle w:val="ListParagraph"/>
      </w:pPr>
      <w:r>
        <w:rPr>
          <w:sz w:val="22"/>
        </w:rPr>
        <w:t>B. $y = x$</w:t>
      </w:r>
    </w:p>
    <w:p>
      <w:pPr>
        <w:pStyle w:val="ListParagraph"/>
      </w:pPr>
      <w:r>
        <w:rPr>
          <w:sz w:val="22"/>
        </w:rPr>
        <w:t>C. $y = x + 2$</w:t>
      </w:r>
    </w:p>
    <w:p>
      <w:pPr>
        <w:pStyle w:val="ListParagraph"/>
      </w:pPr>
      <w:r>
        <w:rPr>
          <w:sz w:val="22"/>
        </w:rPr>
        <w:t>D. $y = -x + 1$</w:t>
      </w:r>
    </w:p>
    <w:p/>
    <w:p>
      <w:r>
        <w:rPr>
          <w:b/>
          <w:sz w:val="24"/>
        </w:rPr>
        <w:t>Câu 29: Giá trị nhỏ nhất của hàm số $y = x^4 - 2x^2 + 2$ là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0</w:t>
      </w:r>
    </w:p>
    <w:p>
      <w:pPr>
        <w:pStyle w:val="ListParagraph"/>
      </w:pPr>
      <w:r>
        <w:rPr>
          <w:sz w:val="22"/>
        </w:rPr>
        <w:t>D. 3</w:t>
      </w:r>
    </w:p>
    <w:p/>
    <w:p>
      <w:r>
        <w:rPr>
          <w:b/>
          <w:sz w:val="24"/>
        </w:rPr>
        <w:t>Câu 30: Tọa độ giao điểm của đồ thị hàm số $y = (x-1)/(x+1)$ với trục hoành là</w:t>
      </w:r>
    </w:p>
    <w:p>
      <w:pPr>
        <w:pStyle w:val="ListParagraph"/>
      </w:pPr>
      <w:r>
        <w:rPr>
          <w:sz w:val="22"/>
        </w:rPr>
        <w:t>A. $(1;0)$</w:t>
      </w:r>
    </w:p>
    <w:p>
      <w:pPr>
        <w:pStyle w:val="ListParagraph"/>
      </w:pPr>
      <w:r>
        <w:rPr>
          <w:sz w:val="22"/>
        </w:rPr>
        <w:t>B. $(0;1)$</w:t>
      </w:r>
    </w:p>
    <w:p>
      <w:pPr>
        <w:pStyle w:val="ListParagraph"/>
      </w:pPr>
      <w:r>
        <w:rPr>
          <w:sz w:val="22"/>
        </w:rPr>
        <w:t>C. $(-1;0)$</w:t>
      </w:r>
    </w:p>
    <w:p>
      <w:pPr>
        <w:pStyle w:val="ListParagraph"/>
      </w:pPr>
      <w:r>
        <w:rPr>
          <w:sz w:val="22"/>
        </w:rPr>
        <w:t>D. $(0;-1)$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D</w:t>
      </w:r>
    </w:p>
    <w:p>
      <w:r>
        <w:rPr>
          <w:b/>
        </w:rPr>
        <w:t>Câu 3: Đáp án đúng: D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C</w:t>
      </w:r>
    </w:p>
    <w:p>
      <w:r>
        <w:rPr>
          <w:b/>
        </w:rPr>
        <w:t>Câu 21: Đáp án đúng: B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B</w:t>
      </w:r>
    </w:p>
    <w:p>
      <w:r>
        <w:rPr>
          <w:b/>
        </w:rPr>
        <w:t>Câu 24: Đáp án đúng: C</w:t>
      </w:r>
    </w:p>
    <w:p>
      <w:r>
        <w:rPr>
          <w:b/>
        </w:rPr>
        <w:t>Câu 25: Đáp án đúng: C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