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60 phút toán kì một lớp 8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Biểu thức nào sau đây là đơn thức?</w:t>
      </w:r>
    </w:p>
    <w:p>
      <w:pPr>
        <w:pStyle w:val="ListParagraph"/>
      </w:pPr>
      <w:r>
        <w:rPr>
          <w:sz w:val="22"/>
        </w:rPr>
        <w:t>A. $3x^2y$</w:t>
      </w:r>
    </w:p>
    <w:p>
      <w:pPr>
        <w:pStyle w:val="ListParagraph"/>
      </w:pPr>
      <w:r>
        <w:rPr>
          <w:sz w:val="22"/>
        </w:rPr>
        <w:t>B. $2x + 1$</w:t>
      </w:r>
    </w:p>
    <w:p>
      <w:pPr>
        <w:pStyle w:val="ListParagraph"/>
      </w:pPr>
      <w:r>
        <w:rPr>
          <w:sz w:val="22"/>
        </w:rPr>
        <w:t>C. $x - y$</w:t>
      </w:r>
    </w:p>
    <w:p>
      <w:pPr>
        <w:pStyle w:val="ListParagraph"/>
      </w:pPr>
      <w:r>
        <w:rPr>
          <w:sz w:val="22"/>
        </w:rPr>
        <w:t>D. $\frac{1}{x}$</w:t>
      </w:r>
    </w:p>
    <w:p/>
    <w:p>
      <w:r>
        <w:rPr>
          <w:b/>
          <w:sz w:val="24"/>
        </w:rPr>
        <w:t>Câu 2: Bậc của đơn thức $-4x^3y^2z$ là: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2</w:t>
      </w:r>
    </w:p>
    <w:p/>
    <w:p>
      <w:r>
        <w:rPr>
          <w:b/>
          <w:sz w:val="24"/>
        </w:rPr>
        <w:t>Câu 3: Thu gọn đa thức $3x^2 - 5x + 2x^2 + 7x - 4$ ta được:</w:t>
      </w:r>
    </w:p>
    <w:p>
      <w:pPr>
        <w:pStyle w:val="ListParagraph"/>
      </w:pPr>
      <w:r>
        <w:rPr>
          <w:sz w:val="22"/>
        </w:rPr>
        <w:t>A. $5x^2 + 2x - 4$</w:t>
      </w:r>
    </w:p>
    <w:p>
      <w:pPr>
        <w:pStyle w:val="ListParagraph"/>
      </w:pPr>
      <w:r>
        <w:rPr>
          <w:sz w:val="22"/>
        </w:rPr>
        <w:t>B. $5x^2 - 12x - 4$</w:t>
      </w:r>
    </w:p>
    <w:p>
      <w:pPr>
        <w:pStyle w:val="ListParagraph"/>
      </w:pPr>
      <w:r>
        <w:rPr>
          <w:sz w:val="22"/>
        </w:rPr>
        <w:t>C. $x^2 + 2x - 4$</w:t>
      </w:r>
    </w:p>
    <w:p>
      <w:pPr>
        <w:pStyle w:val="ListParagraph"/>
      </w:pPr>
      <w:r>
        <w:rPr>
          <w:sz w:val="22"/>
        </w:rPr>
        <w:t>D. $5x^2 + 12x - 4$</w:t>
      </w:r>
    </w:p>
    <w:p/>
    <w:p>
      <w:r>
        <w:rPr>
          <w:b/>
          <w:sz w:val="24"/>
        </w:rPr>
        <w:t>Câu 4: Kết quả của phép nhân $2x(3x^2 - 4x + 1)$ là:</w:t>
      </w:r>
    </w:p>
    <w:p>
      <w:pPr>
        <w:pStyle w:val="ListParagraph"/>
      </w:pPr>
      <w:r>
        <w:rPr>
          <w:sz w:val="22"/>
        </w:rPr>
        <w:t>A. $6x^3 - 8x^2 + 2x$</w:t>
      </w:r>
    </w:p>
    <w:p>
      <w:pPr>
        <w:pStyle w:val="ListParagraph"/>
      </w:pPr>
      <w:r>
        <w:rPr>
          <w:sz w:val="22"/>
        </w:rPr>
        <w:t>B. $6x^3 - 4x + 2x$</w:t>
      </w:r>
    </w:p>
    <w:p>
      <w:pPr>
        <w:pStyle w:val="ListParagraph"/>
      </w:pPr>
      <w:r>
        <w:rPr>
          <w:sz w:val="22"/>
        </w:rPr>
        <w:t>C. $6x^2 - 8x + 2$</w:t>
      </w:r>
    </w:p>
    <w:p>
      <w:pPr>
        <w:pStyle w:val="ListParagraph"/>
      </w:pPr>
      <w:r>
        <w:rPr>
          <w:sz w:val="22"/>
        </w:rPr>
        <w:t>D. $6x^3 + 8x^2 - 2x$</w:t>
      </w:r>
    </w:p>
    <w:p/>
    <w:p>
      <w:r>
        <w:rPr>
          <w:b/>
          <w:sz w:val="24"/>
        </w:rPr>
        <w:t>Câu 5: Khai triển $(x+3)^2$ ta được:</w:t>
      </w:r>
    </w:p>
    <w:p>
      <w:pPr>
        <w:pStyle w:val="ListParagraph"/>
      </w:pPr>
      <w:r>
        <w:rPr>
          <w:sz w:val="22"/>
        </w:rPr>
        <w:t>A. $x^2 + 6x + 9$</w:t>
      </w:r>
    </w:p>
    <w:p>
      <w:pPr>
        <w:pStyle w:val="ListParagraph"/>
      </w:pPr>
      <w:r>
        <w:rPr>
          <w:sz w:val="22"/>
        </w:rPr>
        <w:t>B. $x^2 + 3x + 9$</w:t>
      </w:r>
    </w:p>
    <w:p>
      <w:pPr>
        <w:pStyle w:val="ListParagraph"/>
      </w:pPr>
      <w:r>
        <w:rPr>
          <w:sz w:val="22"/>
        </w:rPr>
        <w:t>C. $x^2 + 6x + 3$</w:t>
      </w:r>
    </w:p>
    <w:p>
      <w:pPr>
        <w:pStyle w:val="ListParagraph"/>
      </w:pPr>
      <w:r>
        <w:rPr>
          <w:sz w:val="22"/>
        </w:rPr>
        <w:t>D. $x^2 + 9$</w:t>
      </w:r>
    </w:p>
    <w:p/>
    <w:p>
      <w:r>
        <w:rPr>
          <w:b/>
          <w:sz w:val="24"/>
        </w:rPr>
        <w:t>Câu 6: Viết biểu thức $x^2 - 4$ dưới dạng tích:</w:t>
      </w:r>
    </w:p>
    <w:p>
      <w:pPr>
        <w:pStyle w:val="ListParagraph"/>
      </w:pPr>
      <w:r>
        <w:rPr>
          <w:sz w:val="22"/>
        </w:rPr>
        <w:t>A. $(x-2)(x+2)$</w:t>
      </w:r>
    </w:p>
    <w:p>
      <w:pPr>
        <w:pStyle w:val="ListParagraph"/>
      </w:pPr>
      <w:r>
        <w:rPr>
          <w:sz w:val="22"/>
        </w:rPr>
        <w:t>B. $(x-4)(x+1)$</w:t>
      </w:r>
    </w:p>
    <w:p>
      <w:pPr>
        <w:pStyle w:val="ListParagraph"/>
      </w:pPr>
      <w:r>
        <w:rPr>
          <w:sz w:val="22"/>
        </w:rPr>
        <w:t>C. $(x-2)^2$</w:t>
      </w:r>
    </w:p>
    <w:p>
      <w:pPr>
        <w:pStyle w:val="ListParagraph"/>
      </w:pPr>
      <w:r>
        <w:rPr>
          <w:sz w:val="22"/>
        </w:rPr>
        <w:t>D. $x(x-4)$</w:t>
      </w:r>
    </w:p>
    <w:p/>
    <w:p>
      <w:r>
        <w:rPr>
          <w:b/>
          <w:sz w:val="24"/>
        </w:rPr>
        <w:t>Câu 7: Khai triển $(x-2)^3$ ta được:</w:t>
      </w:r>
    </w:p>
    <w:p>
      <w:pPr>
        <w:pStyle w:val="ListParagraph"/>
      </w:pPr>
      <w:r>
        <w:rPr>
          <w:sz w:val="22"/>
        </w:rPr>
        <w:t>A. $x^3 - 6x^2 + 12x - 8$</w:t>
      </w:r>
    </w:p>
    <w:p>
      <w:pPr>
        <w:pStyle w:val="ListParagraph"/>
      </w:pPr>
      <w:r>
        <w:rPr>
          <w:sz w:val="22"/>
        </w:rPr>
        <w:t>B. $x^3 + 6x^2 + 12x + 8$</w:t>
      </w:r>
    </w:p>
    <w:p>
      <w:pPr>
        <w:pStyle w:val="ListParagraph"/>
      </w:pPr>
      <w:r>
        <w:rPr>
          <w:sz w:val="22"/>
        </w:rPr>
        <w:t>C. $x^3 - 6x^2 + 6x - 8$</w:t>
      </w:r>
    </w:p>
    <w:p>
      <w:pPr>
        <w:pStyle w:val="ListParagraph"/>
      </w:pPr>
      <w:r>
        <w:rPr>
          <w:sz w:val="22"/>
        </w:rPr>
        <w:t>D. $x^3 - 8$</w:t>
      </w:r>
    </w:p>
    <w:p/>
    <w:p>
      <w:r>
        <w:rPr>
          <w:b/>
          <w:sz w:val="24"/>
        </w:rPr>
        <w:t>Câu 8: Rút gọn $x^3 + 8$ bằng:</w:t>
      </w:r>
    </w:p>
    <w:p>
      <w:pPr>
        <w:pStyle w:val="ListParagraph"/>
      </w:pPr>
      <w:r>
        <w:rPr>
          <w:sz w:val="22"/>
        </w:rPr>
        <w:t>A. $(x+2)(x^2 - 2x + 4)$</w:t>
      </w:r>
    </w:p>
    <w:p>
      <w:pPr>
        <w:pStyle w:val="ListParagraph"/>
      </w:pPr>
      <w:r>
        <w:rPr>
          <w:sz w:val="22"/>
        </w:rPr>
        <w:t>B. $(x+2)(x^2 + 2x + 4)$</w:t>
      </w:r>
    </w:p>
    <w:p>
      <w:pPr>
        <w:pStyle w:val="ListParagraph"/>
      </w:pPr>
      <w:r>
        <w:rPr>
          <w:sz w:val="22"/>
        </w:rPr>
        <w:t>C. $(x+2)^3$</w:t>
      </w:r>
    </w:p>
    <w:p>
      <w:pPr>
        <w:pStyle w:val="ListParagraph"/>
      </w:pPr>
      <w:r>
        <w:rPr>
          <w:sz w:val="22"/>
        </w:rPr>
        <w:t>D. $(x-2)(x^2 + 2x + 4)$</w:t>
      </w:r>
    </w:p>
    <w:p/>
    <w:p>
      <w:r>
        <w:rPr>
          <w:b/>
          <w:sz w:val="24"/>
        </w:rPr>
        <w:t>Câu 9: Chia đơn thức $12x^4y^3 : 3x^2y$ ta được:</w:t>
      </w:r>
    </w:p>
    <w:p>
      <w:pPr>
        <w:pStyle w:val="ListParagraph"/>
      </w:pPr>
      <w:r>
        <w:rPr>
          <w:sz w:val="22"/>
        </w:rPr>
        <w:t>A. $4x^2y^2$</w:t>
      </w:r>
    </w:p>
    <w:p>
      <w:pPr>
        <w:pStyle w:val="ListParagraph"/>
      </w:pPr>
      <w:r>
        <w:rPr>
          <w:sz w:val="22"/>
        </w:rPr>
        <w:t>B. $4x^2y^3$</w:t>
      </w:r>
    </w:p>
    <w:p>
      <w:pPr>
        <w:pStyle w:val="ListParagraph"/>
      </w:pPr>
      <w:r>
        <w:rPr>
          <w:sz w:val="22"/>
        </w:rPr>
        <w:t>C. $9x^2y^2$</w:t>
      </w:r>
    </w:p>
    <w:p>
      <w:pPr>
        <w:pStyle w:val="ListParagraph"/>
      </w:pPr>
      <w:r>
        <w:rPr>
          <w:sz w:val="22"/>
        </w:rPr>
        <w:t>D. $4x^6y^4$</w:t>
      </w:r>
    </w:p>
    <w:p/>
    <w:p>
      <w:r>
        <w:rPr>
          <w:b/>
          <w:sz w:val="24"/>
        </w:rPr>
        <w:t>Câu 10: Thực hiện phép chia $(6x^3 - 9x^2 + 3x) : 3x$ ta được:</w:t>
      </w:r>
    </w:p>
    <w:p>
      <w:pPr>
        <w:pStyle w:val="ListParagraph"/>
      </w:pPr>
      <w:r>
        <w:rPr>
          <w:sz w:val="22"/>
        </w:rPr>
        <w:t>A. $2x^2 - 3x + 1$</w:t>
      </w:r>
    </w:p>
    <w:p>
      <w:pPr>
        <w:pStyle w:val="ListParagraph"/>
      </w:pPr>
      <w:r>
        <w:rPr>
          <w:sz w:val="22"/>
        </w:rPr>
        <w:t>B. $2x^2 - 3x$</w:t>
      </w:r>
    </w:p>
    <w:p>
      <w:pPr>
        <w:pStyle w:val="ListParagraph"/>
      </w:pPr>
      <w:r>
        <w:rPr>
          <w:sz w:val="22"/>
        </w:rPr>
        <w:t>C. $2x^3 - 3x^2 + x$</w:t>
      </w:r>
    </w:p>
    <w:p>
      <w:pPr>
        <w:pStyle w:val="ListParagraph"/>
      </w:pPr>
      <w:r>
        <w:rPr>
          <w:sz w:val="22"/>
        </w:rPr>
        <w:t>D. $2x^2 + 3x + 1$</w:t>
      </w:r>
    </w:p>
    <w:p/>
    <w:p>
      <w:r>
        <w:rPr>
          <w:b/>
          <w:sz w:val="24"/>
        </w:rPr>
        <w:t>Câu 11: Hằng đẳng thức $A^3 - B^3$ bằng:</w:t>
      </w:r>
    </w:p>
    <w:p>
      <w:pPr>
        <w:pStyle w:val="ListParagraph"/>
      </w:pPr>
      <w:r>
        <w:rPr>
          <w:sz w:val="22"/>
        </w:rPr>
        <w:t>A. $(A-B)(A^2 + AB + B^2)$</w:t>
      </w:r>
    </w:p>
    <w:p>
      <w:pPr>
        <w:pStyle w:val="ListParagraph"/>
      </w:pPr>
      <w:r>
        <w:rPr>
          <w:sz w:val="22"/>
        </w:rPr>
        <w:t>B. $(A+B)(A^2 - AB + B^2)$</w:t>
      </w:r>
    </w:p>
    <w:p>
      <w:pPr>
        <w:pStyle w:val="ListParagraph"/>
      </w:pPr>
      <w:r>
        <w:rPr>
          <w:sz w:val="22"/>
        </w:rPr>
        <w:t>C. $(A-B)^3$</w:t>
      </w:r>
    </w:p>
    <w:p>
      <w:pPr>
        <w:pStyle w:val="ListParagraph"/>
      </w:pPr>
      <w:r>
        <w:rPr>
          <w:sz w:val="22"/>
        </w:rPr>
        <w:t>D. $(A-B)(A^2 - AB + B^2)$</w:t>
      </w:r>
    </w:p>
    <w:p/>
    <w:p>
      <w:r>
        <w:rPr>
          <w:b/>
          <w:sz w:val="24"/>
        </w:rPr>
        <w:t>Câu 12: Hằng đẳng thức $A^3 + B^3$ bằng:</w:t>
      </w:r>
    </w:p>
    <w:p>
      <w:pPr>
        <w:pStyle w:val="ListParagraph"/>
      </w:pPr>
      <w:r>
        <w:rPr>
          <w:sz w:val="22"/>
        </w:rPr>
        <w:t>A. $(A+B)(A^2 + AB + B^2)$</w:t>
      </w:r>
    </w:p>
    <w:p>
      <w:pPr>
        <w:pStyle w:val="ListParagraph"/>
      </w:pPr>
      <w:r>
        <w:rPr>
          <w:sz w:val="22"/>
        </w:rPr>
        <w:t>B. $(A+B)(A^2 - AB + B^2)$</w:t>
      </w:r>
    </w:p>
    <w:p>
      <w:pPr>
        <w:pStyle w:val="ListParagraph"/>
      </w:pPr>
      <w:r>
        <w:rPr>
          <w:sz w:val="22"/>
        </w:rPr>
        <w:t>C. $(A+B)^3$</w:t>
      </w:r>
    </w:p>
    <w:p>
      <w:pPr>
        <w:pStyle w:val="ListParagraph"/>
      </w:pPr>
      <w:r>
        <w:rPr>
          <w:sz w:val="22"/>
        </w:rPr>
        <w:t>D. $(A-B)(A^2 + AB + B^2)$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