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10 câu hỏi trắc nghiệm bài động từ lớp 4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Từ nào dưới đây là động từ?</w:t>
      </w:r>
    </w:p>
    <w:p>
      <w:pPr>
        <w:pStyle w:val="ListParagraph"/>
      </w:pPr>
      <w:r>
        <w:rPr>
          <w:sz w:val="22"/>
        </w:rPr>
        <w:t>A. chạy</w:t>
      </w:r>
    </w:p>
    <w:p>
      <w:pPr>
        <w:pStyle w:val="ListParagraph"/>
      </w:pPr>
      <w:r>
        <w:rPr>
          <w:sz w:val="22"/>
        </w:rPr>
        <w:t>B. đẹp</w:t>
      </w:r>
    </w:p>
    <w:p>
      <w:pPr>
        <w:pStyle w:val="ListParagraph"/>
      </w:pPr>
      <w:r>
        <w:rPr>
          <w:sz w:val="22"/>
        </w:rPr>
        <w:t>C. ngôi nhà</w:t>
      </w:r>
    </w:p>
    <w:p>
      <w:pPr>
        <w:pStyle w:val="ListParagraph"/>
      </w:pPr>
      <w:r>
        <w:rPr>
          <w:sz w:val="22"/>
        </w:rPr>
        <w:t>D. nhanh</w:t>
      </w:r>
    </w:p>
    <w:p/>
    <w:p>
      <w:r>
        <w:rPr>
          <w:b/>
          <w:sz w:val="24"/>
        </w:rPr>
        <w:t>Câu 2: Trong câu "Em bé đang ngủ", từ "ngủ" là:</w:t>
      </w:r>
    </w:p>
    <w:p>
      <w:pPr>
        <w:pStyle w:val="ListParagraph"/>
      </w:pPr>
      <w:r>
        <w:rPr>
          <w:sz w:val="22"/>
        </w:rPr>
        <w:t>A. danh từ</w:t>
      </w:r>
    </w:p>
    <w:p>
      <w:pPr>
        <w:pStyle w:val="ListParagraph"/>
      </w:pPr>
      <w:r>
        <w:rPr>
          <w:sz w:val="22"/>
        </w:rPr>
        <w:t>B. động từ</w:t>
      </w:r>
    </w:p>
    <w:p>
      <w:pPr>
        <w:pStyle w:val="ListParagraph"/>
      </w:pPr>
      <w:r>
        <w:rPr>
          <w:sz w:val="22"/>
        </w:rPr>
        <w:t>C. tính từ</w:t>
      </w:r>
    </w:p>
    <w:p>
      <w:pPr>
        <w:pStyle w:val="ListParagraph"/>
      </w:pPr>
      <w:r>
        <w:rPr>
          <w:sz w:val="22"/>
        </w:rPr>
        <w:t>D. đại từ</w:t>
      </w:r>
    </w:p>
    <w:p/>
    <w:p>
      <w:r>
        <w:rPr>
          <w:b/>
          <w:sz w:val="24"/>
        </w:rPr>
        <w:t>Câu 3: Động từ nào dưới đây chỉ hoạt động?</w:t>
      </w:r>
    </w:p>
    <w:p>
      <w:pPr>
        <w:pStyle w:val="ListParagraph"/>
      </w:pPr>
      <w:r>
        <w:rPr>
          <w:sz w:val="22"/>
        </w:rPr>
        <w:t>A. vui</w:t>
      </w:r>
    </w:p>
    <w:p>
      <w:pPr>
        <w:pStyle w:val="ListParagraph"/>
      </w:pPr>
      <w:r>
        <w:rPr>
          <w:sz w:val="22"/>
        </w:rPr>
        <w:t>B. buồn</w:t>
      </w:r>
    </w:p>
    <w:p>
      <w:pPr>
        <w:pStyle w:val="ListParagraph"/>
      </w:pPr>
      <w:r>
        <w:rPr>
          <w:sz w:val="22"/>
        </w:rPr>
        <w:t>C. hát</w:t>
      </w:r>
    </w:p>
    <w:p>
      <w:pPr>
        <w:pStyle w:val="ListParagraph"/>
      </w:pPr>
      <w:r>
        <w:rPr>
          <w:sz w:val="22"/>
        </w:rPr>
        <w:t>D. cao</w:t>
      </w:r>
    </w:p>
    <w:p/>
    <w:p>
      <w:r>
        <w:rPr>
          <w:b/>
          <w:sz w:val="24"/>
        </w:rPr>
        <w:t>Câu 4: Từ nào không phải là động từ?</w:t>
      </w:r>
    </w:p>
    <w:p>
      <w:pPr>
        <w:pStyle w:val="ListParagraph"/>
      </w:pPr>
      <w:r>
        <w:rPr>
          <w:sz w:val="22"/>
        </w:rPr>
        <w:t>A. ăn</w:t>
      </w:r>
    </w:p>
    <w:p>
      <w:pPr>
        <w:pStyle w:val="ListParagraph"/>
      </w:pPr>
      <w:r>
        <w:rPr>
          <w:sz w:val="22"/>
        </w:rPr>
        <w:t>B. uống</w:t>
      </w:r>
    </w:p>
    <w:p>
      <w:pPr>
        <w:pStyle w:val="ListParagraph"/>
      </w:pPr>
      <w:r>
        <w:rPr>
          <w:sz w:val="22"/>
        </w:rPr>
        <w:t>C. ngon</w:t>
      </w:r>
    </w:p>
    <w:p>
      <w:pPr>
        <w:pStyle w:val="ListParagraph"/>
      </w:pPr>
      <w:r>
        <w:rPr>
          <w:sz w:val="22"/>
        </w:rPr>
        <w:t>D. nói</w:t>
      </w:r>
    </w:p>
    <w:p/>
    <w:p>
      <w:r>
        <w:rPr>
          <w:b/>
          <w:sz w:val="24"/>
        </w:rPr>
        <w:t>Câu 5: Chọn động từ thích hợp điền vào chỗ trống: "Chúng em ... bài tập về nhà."</w:t>
      </w:r>
    </w:p>
    <w:p>
      <w:pPr>
        <w:pStyle w:val="ListParagraph"/>
      </w:pPr>
      <w:r>
        <w:rPr>
          <w:sz w:val="22"/>
        </w:rPr>
        <w:t>A. làm</w:t>
      </w:r>
    </w:p>
    <w:p>
      <w:pPr>
        <w:pStyle w:val="ListParagraph"/>
      </w:pPr>
      <w:r>
        <w:rPr>
          <w:sz w:val="22"/>
        </w:rPr>
        <w:t>B. là</w:t>
      </w:r>
    </w:p>
    <w:p>
      <w:pPr>
        <w:pStyle w:val="ListParagraph"/>
      </w:pPr>
      <w:r>
        <w:rPr>
          <w:sz w:val="22"/>
        </w:rPr>
        <w:t>C. thì</w:t>
      </w:r>
    </w:p>
    <w:p>
      <w:pPr>
        <w:pStyle w:val="ListParagraph"/>
      </w:pPr>
      <w:r>
        <w:rPr>
          <w:sz w:val="22"/>
        </w:rPr>
        <w:t>D. và</w:t>
      </w:r>
    </w:p>
    <w:p/>
    <w:p>
      <w:r>
        <w:rPr>
          <w:b/>
          <w:sz w:val="24"/>
        </w:rPr>
        <w:t>Câu 6: Trong câu "Mẹ em nấu cơm rất ngon", động từ là:</w:t>
      </w:r>
    </w:p>
    <w:p>
      <w:pPr>
        <w:pStyle w:val="ListParagraph"/>
      </w:pPr>
      <w:r>
        <w:rPr>
          <w:sz w:val="22"/>
        </w:rPr>
        <w:t>A. Mẹ</w:t>
      </w:r>
    </w:p>
    <w:p>
      <w:pPr>
        <w:pStyle w:val="ListParagraph"/>
      </w:pPr>
      <w:r>
        <w:rPr>
          <w:sz w:val="22"/>
        </w:rPr>
        <w:t>B. nấu</w:t>
      </w:r>
    </w:p>
    <w:p>
      <w:pPr>
        <w:pStyle w:val="ListParagraph"/>
      </w:pPr>
      <w:r>
        <w:rPr>
          <w:sz w:val="22"/>
        </w:rPr>
        <w:t>C. cơm</w:t>
      </w:r>
    </w:p>
    <w:p>
      <w:pPr>
        <w:pStyle w:val="ListParagraph"/>
      </w:pPr>
      <w:r>
        <w:rPr>
          <w:sz w:val="22"/>
        </w:rPr>
        <w:t>D. ngon</w:t>
      </w:r>
    </w:p>
    <w:p/>
    <w:p>
      <w:r>
        <w:rPr>
          <w:b/>
          <w:sz w:val="24"/>
        </w:rPr>
        <w:t>Câu 7: Động từ "yêu" thuộc loại động từ chỉ:</w:t>
      </w:r>
    </w:p>
    <w:p>
      <w:pPr>
        <w:pStyle w:val="ListParagraph"/>
      </w:pPr>
      <w:r>
        <w:rPr>
          <w:sz w:val="22"/>
        </w:rPr>
        <w:t>A. hoạt động</w:t>
      </w:r>
    </w:p>
    <w:p>
      <w:pPr>
        <w:pStyle w:val="ListParagraph"/>
      </w:pPr>
      <w:r>
        <w:rPr>
          <w:sz w:val="22"/>
        </w:rPr>
        <w:t>B. trạng thái</w:t>
      </w:r>
    </w:p>
    <w:p>
      <w:pPr>
        <w:pStyle w:val="ListParagraph"/>
      </w:pPr>
      <w:r>
        <w:rPr>
          <w:sz w:val="22"/>
        </w:rPr>
        <w:t>C. tính chất</w:t>
      </w:r>
    </w:p>
    <w:p>
      <w:pPr>
        <w:pStyle w:val="ListParagraph"/>
      </w:pPr>
      <w:r>
        <w:rPr>
          <w:sz w:val="22"/>
        </w:rPr>
        <w:t>D. sự vật</w:t>
      </w:r>
    </w:p>
    <w:p/>
    <w:p>
      <w:r>
        <w:rPr>
          <w:b/>
          <w:sz w:val="24"/>
        </w:rPr>
        <w:t>Câu 8: Từ nào dưới đây là động từ chỉ trạng thái?</w:t>
      </w:r>
    </w:p>
    <w:p>
      <w:pPr>
        <w:pStyle w:val="ListParagraph"/>
      </w:pPr>
      <w:r>
        <w:rPr>
          <w:sz w:val="22"/>
        </w:rPr>
        <w:t>A. chạy</w:t>
      </w:r>
    </w:p>
    <w:p>
      <w:pPr>
        <w:pStyle w:val="ListParagraph"/>
      </w:pPr>
      <w:r>
        <w:rPr>
          <w:sz w:val="22"/>
        </w:rPr>
        <w:t>B. nhảy</w:t>
      </w:r>
    </w:p>
    <w:p>
      <w:pPr>
        <w:pStyle w:val="ListParagraph"/>
      </w:pPr>
      <w:r>
        <w:rPr>
          <w:sz w:val="22"/>
        </w:rPr>
        <w:t>C. thích</w:t>
      </w:r>
    </w:p>
    <w:p>
      <w:pPr>
        <w:pStyle w:val="ListParagraph"/>
      </w:pPr>
      <w:r>
        <w:rPr>
          <w:sz w:val="22"/>
        </w:rPr>
        <w:t>D. viết</w:t>
      </w:r>
    </w:p>
    <w:p/>
    <w:p>
      <w:r>
        <w:rPr>
          <w:b/>
          <w:sz w:val="24"/>
        </w:rPr>
        <w:t>Câu 9: Trong câu "Bạn Lan học rất giỏi", từ "học" là:</w:t>
      </w:r>
    </w:p>
    <w:p>
      <w:pPr>
        <w:pStyle w:val="ListParagraph"/>
      </w:pPr>
      <w:r>
        <w:rPr>
          <w:sz w:val="22"/>
        </w:rPr>
        <w:t>A. danh từ</w:t>
      </w:r>
    </w:p>
    <w:p>
      <w:pPr>
        <w:pStyle w:val="ListParagraph"/>
      </w:pPr>
      <w:r>
        <w:rPr>
          <w:sz w:val="22"/>
        </w:rPr>
        <w:t>B. động từ</w:t>
      </w:r>
    </w:p>
    <w:p>
      <w:pPr>
        <w:pStyle w:val="ListParagraph"/>
      </w:pPr>
      <w:r>
        <w:rPr>
          <w:sz w:val="22"/>
        </w:rPr>
        <w:t>C. tính từ</w:t>
      </w:r>
    </w:p>
    <w:p>
      <w:pPr>
        <w:pStyle w:val="ListParagraph"/>
      </w:pPr>
      <w:r>
        <w:rPr>
          <w:sz w:val="22"/>
        </w:rPr>
        <w:t>D. số từ</w:t>
      </w:r>
    </w:p>
    <w:p/>
    <w:p>
      <w:r>
        <w:rPr>
          <w:b/>
          <w:sz w:val="24"/>
        </w:rPr>
        <w:t>Câu 10: Động từ "đi" trong câu "Tôi đi học" chỉ:</w:t>
      </w:r>
    </w:p>
    <w:p>
      <w:pPr>
        <w:pStyle w:val="ListParagraph"/>
      </w:pPr>
      <w:r>
        <w:rPr>
          <w:sz w:val="22"/>
        </w:rPr>
        <w:t>A. hoạt động</w:t>
      </w:r>
    </w:p>
    <w:p>
      <w:pPr>
        <w:pStyle w:val="ListParagraph"/>
      </w:pPr>
      <w:r>
        <w:rPr>
          <w:sz w:val="22"/>
        </w:rPr>
        <w:t>B. trạng thái</w:t>
      </w:r>
    </w:p>
    <w:p>
      <w:pPr>
        <w:pStyle w:val="ListParagraph"/>
      </w:pPr>
      <w:r>
        <w:rPr>
          <w:sz w:val="22"/>
        </w:rPr>
        <w:t>C. tính chất</w:t>
      </w:r>
    </w:p>
    <w:p>
      <w:pPr>
        <w:pStyle w:val="ListParagraph"/>
      </w:pPr>
      <w:r>
        <w:rPr>
          <w:sz w:val="22"/>
        </w:rPr>
        <w:t>D. sự vật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