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tao mot de tieng anh hoan trinh co 15 cau tra...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Choose the word whose underlined part is pronounced differently from the others.</w:t>
      </w:r>
    </w:p>
    <w:p>
      <w:pPr>
        <w:pStyle w:val="ListParagraph"/>
      </w:pPr>
      <w:r>
        <w:rPr>
          <w:sz w:val="22"/>
        </w:rPr>
        <w:t>A. cat</w:t>
      </w:r>
    </w:p>
    <w:p>
      <w:pPr>
        <w:pStyle w:val="ListParagraph"/>
      </w:pPr>
      <w:r>
        <w:rPr>
          <w:sz w:val="22"/>
        </w:rPr>
        <w:t>B. hat</w:t>
      </w:r>
    </w:p>
    <w:p>
      <w:pPr>
        <w:pStyle w:val="ListParagraph"/>
      </w:pPr>
      <w:r>
        <w:rPr>
          <w:sz w:val="22"/>
        </w:rPr>
        <w:t>C. late</w:t>
      </w:r>
    </w:p>
    <w:p>
      <w:pPr>
        <w:pStyle w:val="ListParagraph"/>
      </w:pPr>
      <w:r>
        <w:rPr>
          <w:sz w:val="22"/>
        </w:rPr>
        <w:t>D. map</w:t>
      </w:r>
    </w:p>
    <w:p/>
    <w:p>
      <w:r>
        <w:rPr>
          <w:b/>
          <w:sz w:val="24"/>
        </w:rPr>
        <w:t>Câu 2: Choose the word whose underlined part is pronounced differently from the others.</w:t>
      </w:r>
    </w:p>
    <w:p>
      <w:pPr>
        <w:pStyle w:val="ListParagraph"/>
      </w:pPr>
      <w:r>
        <w:rPr>
          <w:sz w:val="22"/>
        </w:rPr>
        <w:t>A. books</w:t>
      </w:r>
    </w:p>
    <w:p>
      <w:pPr>
        <w:pStyle w:val="ListParagraph"/>
      </w:pPr>
      <w:r>
        <w:rPr>
          <w:sz w:val="22"/>
        </w:rPr>
        <w:t>B. cats</w:t>
      </w:r>
    </w:p>
    <w:p>
      <w:pPr>
        <w:pStyle w:val="ListParagraph"/>
      </w:pPr>
      <w:r>
        <w:rPr>
          <w:sz w:val="22"/>
        </w:rPr>
        <w:t>C. dogs</w:t>
      </w:r>
    </w:p>
    <w:p>
      <w:pPr>
        <w:pStyle w:val="ListParagraph"/>
      </w:pPr>
      <w:r>
        <w:rPr>
          <w:sz w:val="22"/>
        </w:rPr>
        <w:t>D. maps</w:t>
      </w:r>
    </w:p>
    <w:p/>
    <w:p>
      <w:r>
        <w:rPr>
          <w:b/>
          <w:sz w:val="24"/>
        </w:rPr>
        <w:t>Câu 3: Choose the word that has a different stress pattern from the others.</w:t>
      </w:r>
    </w:p>
    <w:p>
      <w:pPr>
        <w:pStyle w:val="ListParagraph"/>
      </w:pPr>
      <w:r>
        <w:rPr>
          <w:sz w:val="22"/>
        </w:rPr>
        <w:t>A. happy</w:t>
      </w:r>
    </w:p>
    <w:p>
      <w:pPr>
        <w:pStyle w:val="ListParagraph"/>
      </w:pPr>
      <w:r>
        <w:rPr>
          <w:sz w:val="22"/>
        </w:rPr>
        <w:t>B. relax</w:t>
      </w:r>
    </w:p>
    <w:p>
      <w:pPr>
        <w:pStyle w:val="ListParagraph"/>
      </w:pPr>
      <w:r>
        <w:rPr>
          <w:sz w:val="22"/>
        </w:rPr>
        <w:t>C. famous</w:t>
      </w:r>
    </w:p>
    <w:p>
      <w:pPr>
        <w:pStyle w:val="ListParagraph"/>
      </w:pPr>
      <w:r>
        <w:rPr>
          <w:sz w:val="22"/>
        </w:rPr>
        <w:t>D. student</w:t>
      </w:r>
    </w:p>
    <w:p/>
    <w:p>
      <w:r>
        <w:rPr>
          <w:b/>
          <w:sz w:val="24"/>
        </w:rPr>
        <w:t>Câu 4: Choose the word that has a different stress pattern from the others.</w:t>
      </w:r>
    </w:p>
    <w:p>
      <w:pPr>
        <w:pStyle w:val="ListParagraph"/>
      </w:pPr>
      <w:r>
        <w:rPr>
          <w:sz w:val="22"/>
        </w:rPr>
        <w:t>A. begin</w:t>
      </w:r>
    </w:p>
    <w:p>
      <w:pPr>
        <w:pStyle w:val="ListParagraph"/>
      </w:pPr>
      <w:r>
        <w:rPr>
          <w:sz w:val="22"/>
        </w:rPr>
        <w:t>B. visit</w:t>
      </w:r>
    </w:p>
    <w:p>
      <w:pPr>
        <w:pStyle w:val="ListParagraph"/>
      </w:pPr>
      <w:r>
        <w:rPr>
          <w:sz w:val="22"/>
        </w:rPr>
        <w:t>C. open</w:t>
      </w:r>
    </w:p>
    <w:p>
      <w:pPr>
        <w:pStyle w:val="ListParagraph"/>
      </w:pPr>
      <w:r>
        <w:rPr>
          <w:sz w:val="22"/>
        </w:rPr>
        <w:t>D. listen</w:t>
      </w:r>
    </w:p>
    <w:p/>
    <w:p>
      <w:r>
        <w:rPr>
          <w:b/>
          <w:sz w:val="24"/>
        </w:rPr>
        <w:t>Câu 5: She is very ______. She always helps others.</w:t>
      </w:r>
    </w:p>
    <w:p>
      <w:pPr>
        <w:pStyle w:val="ListParagraph"/>
      </w:pPr>
      <w:r>
        <w:rPr>
          <w:sz w:val="22"/>
        </w:rPr>
        <w:t>A. kind</w:t>
      </w:r>
    </w:p>
    <w:p>
      <w:pPr>
        <w:pStyle w:val="ListParagraph"/>
      </w:pPr>
      <w:r>
        <w:rPr>
          <w:sz w:val="22"/>
        </w:rPr>
        <w:t>B. kindly</w:t>
      </w:r>
    </w:p>
    <w:p>
      <w:pPr>
        <w:pStyle w:val="ListParagraph"/>
      </w:pPr>
      <w:r>
        <w:rPr>
          <w:sz w:val="22"/>
        </w:rPr>
        <w:t>C. kindness</w:t>
      </w:r>
    </w:p>
    <w:p>
      <w:pPr>
        <w:pStyle w:val="ListParagraph"/>
      </w:pPr>
      <w:r>
        <w:rPr>
          <w:sz w:val="22"/>
        </w:rPr>
        <w:t>D. unkind</w:t>
      </w:r>
    </w:p>
    <w:p/>
    <w:p>
      <w:r>
        <w:rPr>
          <w:b/>
          <w:sz w:val="24"/>
        </w:rPr>
        <w:t>Câu 6: The teacher asked us to ______ the homework before class.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make</w:t>
      </w:r>
    </w:p>
    <w:p>
      <w:pPr>
        <w:pStyle w:val="ListParagraph"/>
      </w:pPr>
      <w:r>
        <w:rPr>
          <w:sz w:val="22"/>
        </w:rPr>
        <w:t>C. take</w:t>
      </w:r>
    </w:p>
    <w:p>
      <w:pPr>
        <w:pStyle w:val="ListParagraph"/>
      </w:pPr>
      <w:r>
        <w:rPr>
          <w:sz w:val="22"/>
        </w:rPr>
        <w:t>D. get</w:t>
      </w:r>
    </w:p>
    <w:p/>
    <w:p>
      <w:r>
        <w:rPr>
          <w:b/>
          <w:sz w:val="24"/>
        </w:rPr>
        <w:t>Câu 7: If I ______ you, I would apologize.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8: She has lived here ______ 2010.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since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at</w:t>
      </w:r>
    </w:p>
    <w:p/>
    <w:p>
      <w:r>
        <w:rPr>
          <w:b/>
          <w:sz w:val="24"/>
        </w:rPr>
        <w:t>Câu 9: The book ______ by a famous author last year.</w:t>
      </w:r>
    </w:p>
    <w:p>
      <w:pPr>
        <w:pStyle w:val="ListParagraph"/>
      </w:pPr>
      <w:r>
        <w:rPr>
          <w:sz w:val="22"/>
        </w:rPr>
        <w:t>A. wrote</w:t>
      </w:r>
    </w:p>
    <w:p>
      <w:pPr>
        <w:pStyle w:val="ListParagraph"/>
      </w:pPr>
      <w:r>
        <w:rPr>
          <w:sz w:val="22"/>
        </w:rPr>
        <w:t>B. was written</w:t>
      </w:r>
    </w:p>
    <w:p>
      <w:pPr>
        <w:pStyle w:val="ListParagraph"/>
      </w:pPr>
      <w:r>
        <w:rPr>
          <w:sz w:val="22"/>
        </w:rPr>
        <w:t>C. is written</w:t>
      </w:r>
    </w:p>
    <w:p>
      <w:pPr>
        <w:pStyle w:val="ListParagraph"/>
      </w:pPr>
      <w:r>
        <w:rPr>
          <w:sz w:val="22"/>
        </w:rPr>
        <w:t>D. has written</w:t>
      </w:r>
    </w:p>
    <w:p/>
    <w:p>
      <w:r>
        <w:rPr>
          <w:b/>
          <w:sz w:val="24"/>
        </w:rPr>
        <w:t>Câu 10: He suggested ______ to the beach for the weekend.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to go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 xml:space="preserve">Câu 11: Read the passage and choose the correct answer: </w:t>
        <w:br/>
        <w:br/>
        <w:t>Tom is a student. He gets up at 6 o'clock every morning. He has breakfast and then goes to school by bus. His school starts at 7:30. He likes English and Math. After school, he often plays soccer with his friends.</w:t>
        <w:br/>
        <w:br/>
        <w:t>What time does Tom get up?</w:t>
      </w:r>
    </w:p>
    <w:p>
      <w:pPr>
        <w:pStyle w:val="ListParagraph"/>
      </w:pPr>
      <w:r>
        <w:rPr>
          <w:sz w:val="22"/>
        </w:rPr>
        <w:t>A. At 6 o'clock</w:t>
      </w:r>
    </w:p>
    <w:p>
      <w:pPr>
        <w:pStyle w:val="ListParagraph"/>
      </w:pPr>
      <w:r>
        <w:rPr>
          <w:sz w:val="22"/>
        </w:rPr>
        <w:t>B. At 7 o'clock</w:t>
      </w:r>
    </w:p>
    <w:p>
      <w:pPr>
        <w:pStyle w:val="ListParagraph"/>
      </w:pPr>
      <w:r>
        <w:rPr>
          <w:sz w:val="22"/>
        </w:rPr>
        <w:t>C. At 7:30</w:t>
      </w:r>
    </w:p>
    <w:p>
      <w:pPr>
        <w:pStyle w:val="ListParagraph"/>
      </w:pPr>
      <w:r>
        <w:rPr>
          <w:sz w:val="22"/>
        </w:rPr>
        <w:t>D. At 8 o'clock</w:t>
      </w:r>
    </w:p>
    <w:p/>
    <w:p>
      <w:r>
        <w:rPr>
          <w:b/>
          <w:sz w:val="24"/>
        </w:rPr>
        <w:t xml:space="preserve">Câu 12: Read the passage and choose the correct answer: </w:t>
        <w:br/>
        <w:br/>
        <w:t>Tom is a student. He gets up at 6 o'clock every morning. He has breakfast and then goes to school by bus. His school starts at 7:30. He likes English and Math. After school, he often plays soccer with his friends.</w:t>
        <w:br/>
        <w:br/>
        <w:t>How does Tom go to school?</w:t>
      </w:r>
    </w:p>
    <w:p>
      <w:pPr>
        <w:pStyle w:val="ListParagraph"/>
      </w:pPr>
      <w:r>
        <w:rPr>
          <w:sz w:val="22"/>
        </w:rPr>
        <w:t>A. By bike</w:t>
      </w:r>
    </w:p>
    <w:p>
      <w:pPr>
        <w:pStyle w:val="ListParagraph"/>
      </w:pPr>
      <w:r>
        <w:rPr>
          <w:sz w:val="22"/>
        </w:rPr>
        <w:t>B. By bus</w:t>
      </w:r>
    </w:p>
    <w:p>
      <w:pPr>
        <w:pStyle w:val="ListParagraph"/>
      </w:pPr>
      <w:r>
        <w:rPr>
          <w:sz w:val="22"/>
        </w:rPr>
        <w:t>C. On foot</w:t>
      </w:r>
    </w:p>
    <w:p>
      <w:pPr>
        <w:pStyle w:val="ListParagraph"/>
      </w:pPr>
      <w:r>
        <w:rPr>
          <w:sz w:val="22"/>
        </w:rPr>
        <w:t>D. By car</w:t>
      </w:r>
    </w:p>
    <w:p/>
    <w:p>
      <w:r>
        <w:rPr>
          <w:b/>
          <w:sz w:val="24"/>
        </w:rPr>
        <w:t xml:space="preserve">Câu 13: Read the passage and choose the correct answer: </w:t>
        <w:br/>
        <w:br/>
        <w:t>Tom is a student. He gets up at 6 o'clock every morning. He has breakfast and then goes to school by bus. His school starts at 7:30. He likes English and Math. After school, he often plays soccer with his friends.</w:t>
        <w:br/>
        <w:br/>
        <w:t>What does Tom often do after school?</w:t>
      </w:r>
    </w:p>
    <w:p>
      <w:pPr>
        <w:pStyle w:val="ListParagraph"/>
      </w:pPr>
      <w:r>
        <w:rPr>
          <w:sz w:val="22"/>
        </w:rPr>
        <w:t>A. He plays soccer</w:t>
      </w:r>
    </w:p>
    <w:p>
      <w:pPr>
        <w:pStyle w:val="ListParagraph"/>
      </w:pPr>
      <w:r>
        <w:rPr>
          <w:sz w:val="22"/>
        </w:rPr>
        <w:t>B. He does homework</w:t>
      </w:r>
    </w:p>
    <w:p>
      <w:pPr>
        <w:pStyle w:val="ListParagraph"/>
      </w:pPr>
      <w:r>
        <w:rPr>
          <w:sz w:val="22"/>
        </w:rPr>
        <w:t>C. He watches TV</w:t>
      </w:r>
    </w:p>
    <w:p>
      <w:pPr>
        <w:pStyle w:val="ListParagraph"/>
      </w:pPr>
      <w:r>
        <w:rPr>
          <w:sz w:val="22"/>
        </w:rPr>
        <w:t>D. He reads books</w:t>
      </w:r>
    </w:p>
    <w:p/>
    <w:p>
      <w:r>
        <w:rPr>
          <w:b/>
          <w:sz w:val="24"/>
        </w:rPr>
        <w:t>Câu 14: The ______ of the new building will take place next month.</w:t>
      </w:r>
    </w:p>
    <w:p>
      <w:pPr>
        <w:pStyle w:val="ListParagraph"/>
      </w:pPr>
      <w:r>
        <w:rPr>
          <w:sz w:val="22"/>
        </w:rPr>
        <w:t>A. construct</w:t>
      </w:r>
    </w:p>
    <w:p>
      <w:pPr>
        <w:pStyle w:val="ListParagraph"/>
      </w:pPr>
      <w:r>
        <w:rPr>
          <w:sz w:val="22"/>
        </w:rPr>
        <w:t>B. construction</w:t>
      </w:r>
    </w:p>
    <w:p>
      <w:pPr>
        <w:pStyle w:val="ListParagraph"/>
      </w:pPr>
      <w:r>
        <w:rPr>
          <w:sz w:val="22"/>
        </w:rPr>
        <w:t>C. constructive</w:t>
      </w:r>
    </w:p>
    <w:p>
      <w:pPr>
        <w:pStyle w:val="ListParagraph"/>
      </w:pPr>
      <w:r>
        <w:rPr>
          <w:sz w:val="22"/>
        </w:rPr>
        <w:t>D. constructor</w:t>
      </w:r>
    </w:p>
    <w:p/>
    <w:p>
      <w:r>
        <w:rPr>
          <w:b/>
          <w:sz w:val="24"/>
        </w:rPr>
        <w:t>Câu 15: Her ______ made a strong impression on everyone.</w:t>
      </w:r>
    </w:p>
    <w:p>
      <w:pPr>
        <w:pStyle w:val="ListParagraph"/>
      </w:pPr>
      <w:r>
        <w:rPr>
          <w:sz w:val="22"/>
        </w:rPr>
        <w:t>A. beautiful</w:t>
      </w:r>
    </w:p>
    <w:p>
      <w:pPr>
        <w:pStyle w:val="ListParagraph"/>
      </w:pPr>
      <w:r>
        <w:rPr>
          <w:sz w:val="22"/>
        </w:rPr>
        <w:t>B. beautify</w:t>
      </w:r>
    </w:p>
    <w:p>
      <w:pPr>
        <w:pStyle w:val="ListParagraph"/>
      </w:pPr>
      <w:r>
        <w:rPr>
          <w:sz w:val="22"/>
        </w:rPr>
        <w:t>C. beauty</w:t>
      </w:r>
    </w:p>
    <w:p>
      <w:pPr>
        <w:pStyle w:val="ListParagraph"/>
      </w:pPr>
      <w:r>
        <w:rPr>
          <w:sz w:val="22"/>
        </w:rPr>
        <w:t>D. beautifully</w:t>
      </w:r>
    </w:p>
    <w:p/>
    <w:p>
      <w:r>
        <w:rPr>
          <w:b/>
          <w:sz w:val="24"/>
        </w:rPr>
        <w:t>Câu 16: Write a sentence using the words: 'She / like / read / books / free time.'</w:t>
      </w:r>
    </w:p>
    <w:p/>
    <w:p>
      <w:r>
        <w:rPr>
          <w:b/>
          <w:sz w:val="24"/>
        </w:rPr>
        <w:t>Câu 17: Write a sentence using the words: 'They / go / cinema / last night.'</w:t>
      </w:r>
    </w:p>
    <w:p/>
    <w:p>
      <w:r>
        <w:rPr>
          <w:b/>
          <w:sz w:val="24"/>
        </w:rPr>
        <w:t>Câu 18: Write a sentence using the words: 'If / it / rain / tomorrow / we / stay / home.'</w:t>
      </w:r>
    </w:p>
    <w:p/>
    <w:p>
      <w:r>
        <w:rPr>
          <w:b/>
          <w:sz w:val="24"/>
        </w:rPr>
        <w:t>Câu 19: Write a sentence using the words: 'He / not / have / any / money.'</w:t>
      </w:r>
    </w:p>
    <w:p/>
    <w:p>
      <w:r>
        <w:rPr>
          <w:b/>
          <w:sz w:val="24"/>
        </w:rPr>
        <w:t>Câu 20: Write a sentence using the words: 'The book / write / by / Nguyen Du.'</w:t>
      </w:r>
    </w:p>
    <w:p/>
    <w:p>
      <w:r>
        <w:rPr>
          <w:b/>
          <w:sz w:val="24"/>
        </w:rPr>
        <w:t>Câu 21: Write a sentence using the words: 'I / look forward / see / you / again.'</w:t>
      </w:r>
    </w:p>
    <w:p/>
    <w:p>
      <w:r>
        <w:rPr>
          <w:b/>
          <w:sz w:val="24"/>
        </w:rPr>
        <w:t>Câu 22: Write a sentence using the words: 'She / ask / me / where / I / come / from.'</w:t>
      </w:r>
    </w:p>
    <w:p/>
    <w:p>
      <w:r>
        <w:rPr>
          <w:b/>
          <w:sz w:val="24"/>
        </w:rPr>
        <w:t>Câu 23: Write a sentence using the words: 'It / important / learn / English / nowadays.'</w:t>
      </w:r>
    </w:p>
    <w:p/>
    <w:p>
      <w:r>
        <w:rPr>
          <w:b/>
          <w:sz w:val="24"/>
        </w:rPr>
        <w:t>Câu 24: Write a sentence using the words: 'He / used / smoke / but / he / quit / last year.'</w:t>
      </w:r>
    </w:p>
    <w:p/>
    <w:p>
      <w:r>
        <w:rPr>
          <w:b/>
          <w:sz w:val="24"/>
        </w:rPr>
        <w:t>Câu 25: Write a sentence using the words: 'The film / so / boring / that / I / fall asleep.'</w:t>
      </w:r>
    </w:p>
    <w:p/>
    <w:p>
      <w:r>
        <w:rPr>
          <w:b/>
          <w:sz w:val="24"/>
        </w:rPr>
        <w:t>Câu 26: Write a sentence using the words: 'She / suggest / go / picnic / next Sunday.'</w:t>
      </w:r>
    </w:p>
    <w:p/>
    <w:p>
      <w:r>
        <w:rPr>
          <w:b/>
          <w:sz w:val="24"/>
        </w:rPr>
        <w:t>Câu 27: Write a sentence using the words: 'If / I / be / you / I / not / do / that.'</w:t>
      </w:r>
    </w:p>
    <w:p/>
    <w:p>
      <w:r>
        <w:rPr>
          <w:b/>
          <w:sz w:val="24"/>
        </w:rPr>
        <w:t>Câu 28: Write a sentence using the words: 'He / wish / he / can / speak / French / fluently.'</w:t>
      </w:r>
    </w:p>
    <w:p/>
    <w:p>
      <w:r>
        <w:rPr>
          <w:b/>
          <w:sz w:val="24"/>
        </w:rPr>
        <w:t>Câu 29: Write a sentence using the words: 'The teacher / tell / us / not / talk / in class.'</w:t>
      </w:r>
    </w:p>
    <w:p/>
    <w:p>
      <w:r>
        <w:rPr>
          <w:b/>
          <w:sz w:val="24"/>
        </w:rPr>
        <w:t>Câu 30: Write a sentence using the words: 'I / prefer / read / books / than / watch / TV.'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None</w:t>
      </w:r>
    </w:p>
    <w:p>
      <w:r>
        <w:rPr>
          <w:b/>
        </w:rPr>
        <w:t>Câu 17: Đáp án đúng: None</w:t>
      </w:r>
    </w:p>
    <w:p>
      <w:r>
        <w:rPr>
          <w:b/>
        </w:rPr>
        <w:t>Câu 18: Đáp án đúng: None</w:t>
      </w:r>
    </w:p>
    <w:p>
      <w:r>
        <w:rPr>
          <w:b/>
        </w:rPr>
        <w:t>Câu 19: Đáp án đúng: None</w:t>
      </w:r>
    </w:p>
    <w:p>
      <w:r>
        <w:rPr>
          <w:b/>
        </w:rPr>
        <w:t>Câu 20: Đáp án đúng: None</w:t>
      </w:r>
    </w:p>
    <w:p>
      <w:r>
        <w:rPr>
          <w:b/>
        </w:rPr>
        <w:t>Câu 21: Đáp án đúng: None</w:t>
      </w:r>
    </w:p>
    <w:p>
      <w:r>
        <w:rPr>
          <w:b/>
        </w:rPr>
        <w:t>Câu 22: Đáp án đúng: None</w:t>
      </w:r>
    </w:p>
    <w:p>
      <w:r>
        <w:rPr>
          <w:b/>
        </w:rPr>
        <w:t>Câu 23: Đáp án đúng: None</w:t>
      </w:r>
    </w:p>
    <w:p>
      <w:r>
        <w:rPr>
          <w:b/>
        </w:rPr>
        <w:t>Câu 24: Đáp án đúng: None</w:t>
      </w:r>
    </w:p>
    <w:p>
      <w:r>
        <w:rPr>
          <w:b/>
        </w:rPr>
        <w:t>Câu 25: Đáp án đúng: None</w:t>
      </w:r>
    </w:p>
    <w:p>
      <w:r>
        <w:rPr>
          <w:b/>
        </w:rPr>
        <w:t>Câu 26: Đáp án đúng: None</w:t>
      </w:r>
    </w:p>
    <w:p>
      <w:r>
        <w:rPr>
          <w:b/>
        </w:rPr>
        <w:t>Câu 27: Đáp án đúng: None</w:t>
      </w:r>
    </w:p>
    <w:p>
      <w:r>
        <w:rPr>
          <w:b/>
        </w:rPr>
        <w:t>Câu 28: Đáp án đúng: None</w:t>
      </w:r>
    </w:p>
    <w:p>
      <w:r>
        <w:rPr>
          <w:b/>
        </w:rPr>
        <w:t>Câu 29: Đáp án đúng: None</w:t>
      </w:r>
    </w:p>
    <w:p>
      <w:r>
        <w:rPr>
          <w:b/>
        </w:rPr>
        <w:t>Câu 30: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