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KIỂM TRA 12 PHÚT TOÁN 10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Cho tập hợp $A = \{1, 2, 3\}$. Khẳng định nào sau đây đúng?</w:t>
      </w:r>
    </w:p>
    <w:p>
      <w:pPr>
        <w:pStyle w:val="ListParagraph"/>
      </w:pPr>
      <w:r>
        <w:rPr>
          <w:sz w:val="22"/>
        </w:rPr>
        <w:t>A. $1 \in A$</w:t>
      </w:r>
    </w:p>
    <w:p>
      <w:pPr>
        <w:pStyle w:val="ListParagraph"/>
      </w:pPr>
      <w:r>
        <w:rPr>
          <w:sz w:val="22"/>
        </w:rPr>
        <w:t>B. $1 \subset A$</w:t>
      </w:r>
    </w:p>
    <w:p>
      <w:pPr>
        <w:pStyle w:val="ListParagraph"/>
      </w:pPr>
      <w:r>
        <w:rPr>
          <w:sz w:val="22"/>
        </w:rPr>
        <w:t>C. $\{1\} \in A$</w:t>
      </w:r>
    </w:p>
    <w:p>
      <w:pPr>
        <w:pStyle w:val="ListParagraph"/>
      </w:pPr>
      <w:r>
        <w:rPr>
          <w:sz w:val="22"/>
        </w:rPr>
        <w:t>D. $A \subset \{1, 2, 3\}$</w:t>
      </w:r>
    </w:p>
    <w:p/>
    <w:p>
      <w:r>
        <w:rPr>
          <w:b/>
          <w:sz w:val="24"/>
        </w:rPr>
        <w:t>Câu 2: Tập hợp nào sau đây có 3 phần tử?</w:t>
      </w:r>
    </w:p>
    <w:p>
      <w:pPr>
        <w:pStyle w:val="ListParagraph"/>
      </w:pPr>
      <w:r>
        <w:rPr>
          <w:sz w:val="22"/>
        </w:rPr>
        <w:t>A. $\{1, 2, 3\}$</w:t>
      </w:r>
    </w:p>
    <w:p>
      <w:pPr>
        <w:pStyle w:val="ListParagraph"/>
      </w:pPr>
      <w:r>
        <w:rPr>
          <w:sz w:val="22"/>
        </w:rPr>
        <w:t>B. $\{1, 2\}$</w:t>
      </w:r>
    </w:p>
    <w:p>
      <w:pPr>
        <w:pStyle w:val="ListParagraph"/>
      </w:pPr>
      <w:r>
        <w:rPr>
          <w:sz w:val="22"/>
        </w:rPr>
        <w:t>C. $\{1, 2, 3, 4\}$</w:t>
      </w:r>
    </w:p>
    <w:p>
      <w:pPr>
        <w:pStyle w:val="ListParagraph"/>
      </w:pPr>
      <w:r>
        <w:rPr>
          <w:sz w:val="22"/>
        </w:rPr>
        <w:t>D. $\emptyset$</w:t>
      </w:r>
    </w:p>
    <w:p/>
    <w:p>
      <w:r>
        <w:rPr>
          <w:b/>
          <w:sz w:val="24"/>
        </w:rPr>
        <w:t>Câu 3: Cho tập hợp $A = \{x \in \mathbb{R} \mid x &lt; 2\}$. Khẳng định nào sau đây đúng?</w:t>
      </w:r>
    </w:p>
    <w:p>
      <w:pPr>
        <w:pStyle w:val="ListParagraph"/>
      </w:pPr>
      <w:r>
        <w:rPr>
          <w:sz w:val="22"/>
        </w:rPr>
        <w:t>A. $1 \in A$</w:t>
      </w:r>
    </w:p>
    <w:p>
      <w:pPr>
        <w:pStyle w:val="ListParagraph"/>
      </w:pPr>
      <w:r>
        <w:rPr>
          <w:sz w:val="22"/>
        </w:rPr>
        <w:t>B. $2 \in A$</w:t>
      </w:r>
    </w:p>
    <w:p>
      <w:pPr>
        <w:pStyle w:val="ListParagraph"/>
      </w:pPr>
      <w:r>
        <w:rPr>
          <w:sz w:val="22"/>
        </w:rPr>
        <w:t>C. $3 \in A$</w:t>
      </w:r>
    </w:p>
    <w:p>
      <w:pPr>
        <w:pStyle w:val="ListParagraph"/>
      </w:pPr>
      <w:r>
        <w:rPr>
          <w:sz w:val="22"/>
        </w:rPr>
        <w:t>D. $-1 \notin A$</w:t>
      </w:r>
    </w:p>
    <w:p/>
    <w:p>
      <w:r>
        <w:rPr>
          <w:b/>
          <w:sz w:val="24"/>
        </w:rPr>
        <w:t>Câu 4: Cho $A = \{1, 2\}$, $B = \{2, 3\}$. Tập hợp $A \cup B$ là:</w:t>
      </w:r>
    </w:p>
    <w:p>
      <w:pPr>
        <w:pStyle w:val="ListParagraph"/>
      </w:pPr>
      <w:r>
        <w:rPr>
          <w:sz w:val="22"/>
        </w:rPr>
        <w:t>A. $\{1, 2, 3\}$</w:t>
      </w:r>
    </w:p>
    <w:p>
      <w:pPr>
        <w:pStyle w:val="ListParagraph"/>
      </w:pPr>
      <w:r>
        <w:rPr>
          <w:sz w:val="22"/>
        </w:rPr>
        <w:t>B. $\{2\}$</w:t>
      </w:r>
    </w:p>
    <w:p>
      <w:pPr>
        <w:pStyle w:val="ListParagraph"/>
      </w:pPr>
      <w:r>
        <w:rPr>
          <w:sz w:val="22"/>
        </w:rPr>
        <w:t>C. $\{1, 3\}$</w:t>
      </w:r>
    </w:p>
    <w:p>
      <w:pPr>
        <w:pStyle w:val="ListParagraph"/>
      </w:pPr>
      <w:r>
        <w:rPr>
          <w:sz w:val="22"/>
        </w:rPr>
        <w:t>D. $\{1, 2\}$</w:t>
      </w:r>
    </w:p>
    <w:p/>
    <w:p>
      <w:r>
        <w:rPr>
          <w:b/>
          <w:sz w:val="24"/>
        </w:rPr>
        <w:t>Câu 5: Cho $A = \{1, 2, 3, 4\}$, $B = \{3, 4, 5, 6\}$. Tập hợp $A \cap B$ là:</w:t>
      </w:r>
    </w:p>
    <w:p>
      <w:pPr>
        <w:pStyle w:val="ListParagraph"/>
      </w:pPr>
      <w:r>
        <w:rPr>
          <w:sz w:val="22"/>
        </w:rPr>
        <w:t>A. $\{3, 4\}$</w:t>
      </w:r>
    </w:p>
    <w:p>
      <w:pPr>
        <w:pStyle w:val="ListParagraph"/>
      </w:pPr>
      <w:r>
        <w:rPr>
          <w:sz w:val="22"/>
        </w:rPr>
        <w:t>B. $\{1, 2, 5, 6\}$</w:t>
      </w:r>
    </w:p>
    <w:p>
      <w:pPr>
        <w:pStyle w:val="ListParagraph"/>
      </w:pPr>
      <w:r>
        <w:rPr>
          <w:sz w:val="22"/>
        </w:rPr>
        <w:t>C. $\{1, 2, 3, 4, 5, 6\}$</w:t>
      </w:r>
    </w:p>
    <w:p>
      <w:pPr>
        <w:pStyle w:val="ListParagraph"/>
      </w:pPr>
      <w:r>
        <w:rPr>
          <w:sz w:val="22"/>
        </w:rPr>
        <w:t>D. $\emptyset$</w:t>
      </w:r>
    </w:p>
    <w:p/>
    <w:p>
      <w:r>
        <w:rPr>
          <w:b/>
          <w:sz w:val="24"/>
        </w:rPr>
        <w:t>Câu 6: Cho $A = \{1, 2, 3\}$, $B = \{2, 3, 4\}$. Tập hợp $A \setminus B$ là:</w:t>
      </w:r>
    </w:p>
    <w:p>
      <w:pPr>
        <w:pStyle w:val="ListParagraph"/>
      </w:pPr>
      <w:r>
        <w:rPr>
          <w:sz w:val="22"/>
        </w:rPr>
        <w:t>A. $\{1\}$</w:t>
      </w:r>
    </w:p>
    <w:p>
      <w:pPr>
        <w:pStyle w:val="ListParagraph"/>
      </w:pPr>
      <w:r>
        <w:rPr>
          <w:sz w:val="22"/>
        </w:rPr>
        <w:t>B. $\{4\}$</w:t>
      </w:r>
    </w:p>
    <w:p>
      <w:pPr>
        <w:pStyle w:val="ListParagraph"/>
      </w:pPr>
      <w:r>
        <w:rPr>
          <w:sz w:val="22"/>
        </w:rPr>
        <w:t>C. $\{1, 2, 3\}$</w:t>
      </w:r>
    </w:p>
    <w:p>
      <w:pPr>
        <w:pStyle w:val="ListParagraph"/>
      </w:pPr>
      <w:r>
        <w:rPr>
          <w:sz w:val="22"/>
        </w:rPr>
        <w:t>D. $\{2, 3\}$</w:t>
      </w:r>
    </w:p>
    <w:p/>
    <w:p>
      <w:r>
        <w:rPr>
          <w:b/>
          <w:sz w:val="24"/>
        </w:rPr>
        <w:t>Câu 7: Số tập con của tập hợp $A = \{a, b, c\}$ là:</w:t>
      </w:r>
    </w:p>
    <w:p>
      <w:pPr>
        <w:pStyle w:val="ListParagraph"/>
      </w:pPr>
      <w:r>
        <w:rPr>
          <w:sz w:val="22"/>
        </w:rPr>
        <w:t>A. 6</w:t>
      </w:r>
    </w:p>
    <w:p>
      <w:pPr>
        <w:pStyle w:val="ListParagraph"/>
      </w:pPr>
      <w:r>
        <w:rPr>
          <w:sz w:val="22"/>
        </w:rPr>
        <w:t>B. 8</w:t>
      </w:r>
    </w:p>
    <w:p>
      <w:pPr>
        <w:pStyle w:val="ListParagraph"/>
      </w:pPr>
      <w:r>
        <w:rPr>
          <w:sz w:val="22"/>
        </w:rPr>
        <w:t>C. 3</w:t>
      </w:r>
    </w:p>
    <w:p>
      <w:pPr>
        <w:pStyle w:val="ListParagraph"/>
      </w:pPr>
      <w:r>
        <w:rPr>
          <w:sz w:val="22"/>
        </w:rPr>
        <w:t>D. 9</w:t>
      </w:r>
    </w:p>
    <w:p/>
    <w:p>
      <w:r>
        <w:rPr>
          <w:b/>
          <w:sz w:val="24"/>
        </w:rPr>
        <w:t>Câu 8: Cho tập hợp $A = \{x \in \mathbb{N} \mid x &lt; 5\}$. Liệt kê các phần tử của $A$:</w:t>
      </w:r>
    </w:p>
    <w:p>
      <w:pPr>
        <w:pStyle w:val="ListParagraph"/>
      </w:pPr>
      <w:r>
        <w:rPr>
          <w:sz w:val="22"/>
        </w:rPr>
        <w:t>A. $\{0, 1, 2, 3, 4\}$</w:t>
      </w:r>
    </w:p>
    <w:p>
      <w:pPr>
        <w:pStyle w:val="ListParagraph"/>
      </w:pPr>
      <w:r>
        <w:rPr>
          <w:sz w:val="22"/>
        </w:rPr>
        <w:t>B. $\{1, 2, 3, 4\}$</w:t>
      </w:r>
    </w:p>
    <w:p>
      <w:pPr>
        <w:pStyle w:val="ListParagraph"/>
      </w:pPr>
      <w:r>
        <w:rPr>
          <w:sz w:val="22"/>
        </w:rPr>
        <w:t>C. $\{0, 1, 2, 3, 4, 5\}$</w:t>
      </w:r>
    </w:p>
    <w:p>
      <w:pPr>
        <w:pStyle w:val="ListParagraph"/>
      </w:pPr>
      <w:r>
        <w:rPr>
          <w:sz w:val="22"/>
        </w:rPr>
        <w:t>D. $\{1, 2, 3, 4, 5\}$</w:t>
      </w:r>
    </w:p>
    <w:p/>
    <w:p>
      <w:r>
        <w:rPr>
          <w:b/>
          <w:sz w:val="24"/>
        </w:rPr>
        <w:t>Câu 9: Cho $A = \{x \in \mathbb{R} \mid -1 \le x &lt; 3\}$, $B = \{x \in \mathbb{R} \mid 1 &lt; x \le 5\}$. Tập hợp $A \cap B$ là:</w:t>
      </w:r>
    </w:p>
    <w:p>
      <w:pPr>
        <w:pStyle w:val="ListParagraph"/>
      </w:pPr>
      <w:r>
        <w:rPr>
          <w:sz w:val="22"/>
        </w:rPr>
        <w:t>A. $(1, 3)$</w:t>
      </w:r>
    </w:p>
    <w:p>
      <w:pPr>
        <w:pStyle w:val="ListParagraph"/>
      </w:pPr>
      <w:r>
        <w:rPr>
          <w:sz w:val="22"/>
        </w:rPr>
        <w:t>B. $[1, 3)$</w:t>
      </w:r>
    </w:p>
    <w:p>
      <w:pPr>
        <w:pStyle w:val="ListParagraph"/>
      </w:pPr>
      <w:r>
        <w:rPr>
          <w:sz w:val="22"/>
        </w:rPr>
        <w:t>C. $(1, 3]$</w:t>
      </w:r>
    </w:p>
    <w:p>
      <w:pPr>
        <w:pStyle w:val="ListParagraph"/>
      </w:pPr>
      <w:r>
        <w:rPr>
          <w:sz w:val="22"/>
        </w:rPr>
        <w:t>D. $[1, 3]$</w:t>
      </w:r>
    </w:p>
    <w:p/>
    <w:p>
      <w:r>
        <w:rPr>
          <w:b/>
          <w:sz w:val="24"/>
        </w:rPr>
        <w:t>Câu 10: Cho $A = \{1, 2, 3, 4\}$, $B = \{3, 4, 5, 6\}$. Tập hợp $(A \cup B) \setminus (A \cap B)$ là:</w:t>
      </w:r>
    </w:p>
    <w:p>
      <w:pPr>
        <w:pStyle w:val="ListParagraph"/>
      </w:pPr>
      <w:r>
        <w:rPr>
          <w:sz w:val="22"/>
        </w:rPr>
        <w:t>A. $\{1, 2, 5, 6\}$</w:t>
      </w:r>
    </w:p>
    <w:p>
      <w:pPr>
        <w:pStyle w:val="ListParagraph"/>
      </w:pPr>
      <w:r>
        <w:rPr>
          <w:sz w:val="22"/>
        </w:rPr>
        <w:t>B. $\{1, 2, 3, 4, 5, 6\}$</w:t>
      </w:r>
    </w:p>
    <w:p>
      <w:pPr>
        <w:pStyle w:val="ListParagraph"/>
      </w:pPr>
      <w:r>
        <w:rPr>
          <w:sz w:val="22"/>
        </w:rPr>
        <w:t>C. $\{3, 4\}$</w:t>
      </w:r>
    </w:p>
    <w:p>
      <w:pPr>
        <w:pStyle w:val="ListParagraph"/>
      </w:pPr>
      <w:r>
        <w:rPr>
          <w:sz w:val="22"/>
        </w:rPr>
        <w:t>D. $\emptyset$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