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60p</w:t>
      </w:r>
    </w:p>
    <w:p>
      <w:pPr>
        <w:jc w:val="center"/>
      </w:pPr>
      <w:r>
        <w:rPr>
          <w:sz w:val="22"/>
        </w:rPr>
        <w:t>Số câu: 60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Huế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TP. Hồ Chí Minh</w:t>
      </w:r>
    </w:p>
    <w:p/>
    <w:p>
      <w:r>
        <w:rPr>
          <w:b/>
          <w:sz w:val="24"/>
        </w:rPr>
        <w:t>Câu 2: Hành tinh nào gần Mặt Trời nhất?</w:t>
      </w:r>
    </w:p>
    <w:p>
      <w:pPr>
        <w:pStyle w:val="ListParagraph"/>
      </w:pPr>
      <w:r>
        <w:rPr>
          <w:sz w:val="22"/>
        </w:rPr>
        <w:t>A. Thủy tinh</w:t>
      </w:r>
    </w:p>
    <w:p>
      <w:pPr>
        <w:pStyle w:val="ListParagraph"/>
      </w:pPr>
      <w:r>
        <w:rPr>
          <w:sz w:val="22"/>
        </w:rPr>
        <w:t>B. Kim tinh</w:t>
      </w:r>
    </w:p>
    <w:p>
      <w:pPr>
        <w:pStyle w:val="ListParagraph"/>
      </w:pPr>
      <w:r>
        <w:rPr>
          <w:sz w:val="22"/>
        </w:rPr>
        <w:t>C. Trái Đất</w:t>
      </w:r>
    </w:p>
    <w:p>
      <w:pPr>
        <w:pStyle w:val="ListParagraph"/>
      </w:pPr>
      <w:r>
        <w:rPr>
          <w:sz w:val="22"/>
        </w:rPr>
        <w:t>D. Hỏa tinh</w:t>
      </w:r>
    </w:p>
    <w:p/>
    <w:p>
      <w:r>
        <w:rPr>
          <w:b/>
          <w:sz w:val="24"/>
        </w:rPr>
        <w:t>Câu 3: Sông Hồng chảy qua thành phố nào?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Huế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4: Quốc gia nào có diện tích lớn nhất thế giới?</w:t>
      </w:r>
    </w:p>
    <w:p>
      <w:pPr>
        <w:pStyle w:val="ListParagraph"/>
      </w:pPr>
      <w:r>
        <w:rPr>
          <w:sz w:val="22"/>
        </w:rPr>
        <w:t>A. Nga</w:t>
      </w:r>
    </w:p>
    <w:p>
      <w:pPr>
        <w:pStyle w:val="ListParagraph"/>
      </w:pPr>
      <w:r>
        <w:rPr>
          <w:sz w:val="22"/>
        </w:rPr>
        <w:t>B. Canada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5: Nguyên tố hóa học nào có ký hiệu O?</w:t>
      </w:r>
    </w:p>
    <w:p>
      <w:pPr>
        <w:pStyle w:val="ListParagraph"/>
      </w:pPr>
      <w:r>
        <w:rPr>
          <w:sz w:val="22"/>
        </w:rPr>
        <w:t>A. Oxy</w:t>
      </w:r>
    </w:p>
    <w:p>
      <w:pPr>
        <w:pStyle w:val="ListParagraph"/>
      </w:pPr>
      <w:r>
        <w:rPr>
          <w:sz w:val="22"/>
        </w:rPr>
        <w:t>B. Vàng</w:t>
      </w:r>
    </w:p>
    <w:p>
      <w:pPr>
        <w:pStyle w:val="ListParagraph"/>
      </w:pPr>
      <w:r>
        <w:rPr>
          <w:sz w:val="22"/>
        </w:rPr>
        <w:t>C. Sắt</w:t>
      </w:r>
    </w:p>
    <w:p>
      <w:pPr>
        <w:pStyle w:val="ListParagraph"/>
      </w:pPr>
      <w:r>
        <w:rPr>
          <w:sz w:val="22"/>
        </w:rPr>
        <w:t>D. Hydro</w:t>
      </w:r>
    </w:p>
    <w:p/>
    <w:p>
      <w:r>
        <w:rPr>
          <w:b/>
          <w:sz w:val="24"/>
        </w:rPr>
        <w:t>Câu 6: Bộ phận nào của cây hấp thụ nước chủ yếu?</w:t>
      </w:r>
    </w:p>
    <w:p>
      <w:pPr>
        <w:pStyle w:val="ListParagraph"/>
      </w:pPr>
      <w:r>
        <w:rPr>
          <w:sz w:val="22"/>
        </w:rPr>
        <w:t>A. Rễ</w:t>
      </w:r>
    </w:p>
    <w:p>
      <w:pPr>
        <w:pStyle w:val="ListParagraph"/>
      </w:pPr>
      <w:r>
        <w:rPr>
          <w:sz w:val="22"/>
        </w:rPr>
        <w:t>B. Thân</w:t>
      </w:r>
    </w:p>
    <w:p>
      <w:pPr>
        <w:pStyle w:val="ListParagraph"/>
      </w:pPr>
      <w:r>
        <w:rPr>
          <w:sz w:val="22"/>
        </w:rPr>
        <w:t>C. Lá</w:t>
      </w:r>
    </w:p>
    <w:p>
      <w:pPr>
        <w:pStyle w:val="ListParagraph"/>
      </w:pPr>
      <w:r>
        <w:rPr>
          <w:sz w:val="22"/>
        </w:rPr>
        <w:t>D. Hoa</w:t>
      </w:r>
    </w:p>
    <w:p/>
    <w:p>
      <w:r>
        <w:rPr>
          <w:b/>
          <w:sz w:val="24"/>
        </w:rPr>
        <w:t>Câu 7: Hành tinh nào được gọi là Hành tinh Đỏ?</w:t>
      </w:r>
    </w:p>
    <w:p>
      <w:pPr>
        <w:pStyle w:val="ListParagraph"/>
      </w:pPr>
      <w:r>
        <w:rPr>
          <w:sz w:val="22"/>
        </w:rPr>
        <w:t>A. Hỏa tinh</w:t>
      </w:r>
    </w:p>
    <w:p>
      <w:pPr>
        <w:pStyle w:val="ListParagraph"/>
      </w:pPr>
      <w:r>
        <w:rPr>
          <w:sz w:val="22"/>
        </w:rPr>
        <w:t>B. Kim tinh</w:t>
      </w:r>
    </w:p>
    <w:p>
      <w:pPr>
        <w:pStyle w:val="ListParagraph"/>
      </w:pPr>
      <w:r>
        <w:rPr>
          <w:sz w:val="22"/>
        </w:rPr>
        <w:t>C. Mộc tinh</w:t>
      </w:r>
    </w:p>
    <w:p>
      <w:pPr>
        <w:pStyle w:val="ListParagraph"/>
      </w:pPr>
      <w:r>
        <w:rPr>
          <w:sz w:val="22"/>
        </w:rPr>
        <w:t>D. Thổ tinh</w:t>
      </w:r>
    </w:p>
    <w:p/>
    <w:p>
      <w:r>
        <w:rPr>
          <w:b/>
          <w:sz w:val="24"/>
        </w:rPr>
        <w:t>Câu 8: Ai là tác giả của Truyện Kiều?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Tố Hữu</w:t>
      </w:r>
    </w:p>
    <w:p/>
    <w:p>
      <w:r>
        <w:rPr>
          <w:b/>
          <w:sz w:val="24"/>
        </w:rPr>
        <w:t>Câu 9: Việt Nam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1996</w:t>
      </w:r>
    </w:p>
    <w:p>
      <w:pPr>
        <w:pStyle w:val="ListParagraph"/>
      </w:pPr>
      <w:r>
        <w:rPr>
          <w:sz w:val="22"/>
        </w:rPr>
        <w:t>C. 1997</w:t>
      </w:r>
    </w:p>
    <w:p>
      <w:pPr>
        <w:pStyle w:val="ListParagraph"/>
      </w:pPr>
      <w:r>
        <w:rPr>
          <w:sz w:val="22"/>
        </w:rPr>
        <w:t>D. 1998</w:t>
      </w:r>
    </w:p>
    <w:p/>
    <w:p>
      <w:r>
        <w:rPr>
          <w:b/>
          <w:sz w:val="24"/>
        </w:rPr>
        <w:t>Câu 10: Đơn vị đo cường độ dòng điện là gì?</w:t>
      </w:r>
    </w:p>
    <w:p>
      <w:pPr>
        <w:pStyle w:val="ListParagraph"/>
      </w:pPr>
      <w:r>
        <w:rPr>
          <w:sz w:val="22"/>
        </w:rPr>
        <w:t>A. Ampe</w:t>
      </w:r>
    </w:p>
    <w:p>
      <w:pPr>
        <w:pStyle w:val="ListParagraph"/>
      </w:pPr>
      <w:r>
        <w:rPr>
          <w:sz w:val="22"/>
        </w:rPr>
        <w:t>B. Vôn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11: Hành tinh nào lớn nhất trong Hệ Mặt Trời?</w:t>
      </w:r>
    </w:p>
    <w:p>
      <w:pPr>
        <w:pStyle w:val="ListParagraph"/>
      </w:pPr>
      <w:r>
        <w:rPr>
          <w:sz w:val="22"/>
        </w:rPr>
        <w:t>A. Mộc tinh</w:t>
      </w:r>
    </w:p>
    <w:p>
      <w:pPr>
        <w:pStyle w:val="ListParagraph"/>
      </w:pPr>
      <w:r>
        <w:rPr>
          <w:sz w:val="22"/>
        </w:rPr>
        <w:t>B. Thổ tinh</w:t>
      </w:r>
    </w:p>
    <w:p>
      <w:pPr>
        <w:pStyle w:val="ListParagraph"/>
      </w:pPr>
      <w:r>
        <w:rPr>
          <w:sz w:val="22"/>
        </w:rPr>
        <w:t>C. Thiên Vương tinh</w:t>
      </w:r>
    </w:p>
    <w:p>
      <w:pPr>
        <w:pStyle w:val="ListParagraph"/>
      </w:pPr>
      <w:r>
        <w:rPr>
          <w:sz w:val="22"/>
        </w:rPr>
        <w:t>D. Hải Vương tinh</w:t>
      </w:r>
    </w:p>
    <w:p/>
    <w:p>
      <w:r>
        <w:rPr>
          <w:b/>
          <w:sz w:val="24"/>
        </w:rPr>
        <w:t>Câu 12: Trong toán học, số nguyên tố nhỏ nhất là?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13: Thủ đô của Nhật Bản là?</w:t>
      </w:r>
    </w:p>
    <w:p>
      <w:pPr>
        <w:pStyle w:val="ListParagraph"/>
      </w:pPr>
      <w:r>
        <w:rPr>
          <w:sz w:val="22"/>
        </w:rPr>
        <w:t>A. Tokyo</w:t>
      </w:r>
    </w:p>
    <w:p>
      <w:pPr>
        <w:pStyle w:val="ListParagraph"/>
      </w:pPr>
      <w:r>
        <w:rPr>
          <w:sz w:val="22"/>
        </w:rPr>
        <w:t>B. Osaka</w:t>
      </w:r>
    </w:p>
    <w:p>
      <w:pPr>
        <w:pStyle w:val="ListParagraph"/>
      </w:pPr>
      <w:r>
        <w:rPr>
          <w:sz w:val="22"/>
        </w:rPr>
        <w:t>C. Kyoto</w:t>
      </w:r>
    </w:p>
    <w:p>
      <w:pPr>
        <w:pStyle w:val="ListParagraph"/>
      </w:pPr>
      <w:r>
        <w:rPr>
          <w:sz w:val="22"/>
        </w:rPr>
        <w:t>D. Nagoya</w:t>
      </w:r>
    </w:p>
    <w:p/>
    <w:p>
      <w:r>
        <w:rPr>
          <w:b/>
          <w:sz w:val="24"/>
        </w:rPr>
        <w:t>Câu 14: Quốc gia nào được mệnh danh là Đất nước mặt trời mọc?</w:t>
      </w:r>
    </w:p>
    <w:p>
      <w:pPr>
        <w:pStyle w:val="ListParagraph"/>
      </w:pPr>
      <w:r>
        <w:rPr>
          <w:sz w:val="22"/>
        </w:rPr>
        <w:t>A. Nhật Bản</w:t>
      </w:r>
    </w:p>
    <w:p>
      <w:pPr>
        <w:pStyle w:val="ListParagraph"/>
      </w:pPr>
      <w:r>
        <w:rPr>
          <w:sz w:val="22"/>
        </w:rPr>
        <w:t>B. Hàn Quốc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Thái Lan</w:t>
      </w:r>
    </w:p>
    <w:p/>
    <w:p>
      <w:r>
        <w:rPr>
          <w:b/>
          <w:sz w:val="24"/>
        </w:rPr>
        <w:t>Câu 15: Ai phát minh ra bóng đèn sợi đốt?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16: Loài động vật nào được coi là vua của muôn thú?</w:t>
      </w:r>
    </w:p>
    <w:p>
      <w:pPr>
        <w:pStyle w:val="ListParagraph"/>
      </w:pPr>
      <w:r>
        <w:rPr>
          <w:sz w:val="22"/>
        </w:rPr>
        <w:t>A. Sư tử</w:t>
      </w:r>
    </w:p>
    <w:p>
      <w:pPr>
        <w:pStyle w:val="ListParagraph"/>
      </w:pPr>
      <w:r>
        <w:rPr>
          <w:sz w:val="22"/>
        </w:rPr>
        <w:t>B. Hổ</w:t>
      </w:r>
    </w:p>
    <w:p>
      <w:pPr>
        <w:pStyle w:val="ListParagraph"/>
      </w:pPr>
      <w:r>
        <w:rPr>
          <w:sz w:val="22"/>
        </w:rPr>
        <w:t>C. Voi</w:t>
      </w:r>
    </w:p>
    <w:p>
      <w:pPr>
        <w:pStyle w:val="ListParagraph"/>
      </w:pPr>
      <w:r>
        <w:rPr>
          <w:sz w:val="22"/>
        </w:rPr>
        <w:t>D. Gấu</w:t>
      </w:r>
    </w:p>
    <w:p/>
    <w:p>
      <w:r>
        <w:rPr>
          <w:b/>
          <w:sz w:val="24"/>
        </w:rPr>
        <w:t>Câu 17: Từ hello trong tiếng Anh có nghĩa là gì?</w:t>
      </w:r>
    </w:p>
    <w:p>
      <w:pPr>
        <w:pStyle w:val="ListParagraph"/>
      </w:pPr>
      <w:r>
        <w:rPr>
          <w:sz w:val="22"/>
        </w:rPr>
        <w:t>A. Xin chào</w:t>
      </w:r>
    </w:p>
    <w:p>
      <w:pPr>
        <w:pStyle w:val="ListParagraph"/>
      </w:pPr>
      <w:r>
        <w:rPr>
          <w:sz w:val="22"/>
        </w:rPr>
        <w:t>B. Tạm biệt</w:t>
      </w:r>
    </w:p>
    <w:p>
      <w:pPr>
        <w:pStyle w:val="ListParagraph"/>
      </w:pPr>
      <w:r>
        <w:rPr>
          <w:sz w:val="22"/>
        </w:rPr>
        <w:t>C. Cảm ơn</w:t>
      </w:r>
    </w:p>
    <w:p>
      <w:pPr>
        <w:pStyle w:val="ListParagraph"/>
      </w:pPr>
      <w:r>
        <w:rPr>
          <w:sz w:val="22"/>
        </w:rPr>
        <w:t>D. Xin lỗi</w:t>
      </w:r>
    </w:p>
    <w:p/>
    <w:p>
      <w:r>
        <w:rPr>
          <w:b/>
          <w:sz w:val="24"/>
        </w:rPr>
        <w:t>Câu 18: Hành tinh nào có vành đai rõ nét nhất?</w:t>
      </w:r>
    </w:p>
    <w:p>
      <w:pPr>
        <w:pStyle w:val="ListParagraph"/>
      </w:pPr>
      <w:r>
        <w:rPr>
          <w:sz w:val="22"/>
        </w:rPr>
        <w:t>A. Thổ tinh</w:t>
      </w:r>
    </w:p>
    <w:p>
      <w:pPr>
        <w:pStyle w:val="ListParagraph"/>
      </w:pPr>
      <w:r>
        <w:rPr>
          <w:sz w:val="22"/>
        </w:rPr>
        <w:t>B. Mộc tinh</w:t>
      </w:r>
    </w:p>
    <w:p>
      <w:pPr>
        <w:pStyle w:val="ListParagraph"/>
      </w:pPr>
      <w:r>
        <w:rPr>
          <w:sz w:val="22"/>
        </w:rPr>
        <w:t>C. Thiên Vương tinh</w:t>
      </w:r>
    </w:p>
    <w:p>
      <w:pPr>
        <w:pStyle w:val="ListParagraph"/>
      </w:pPr>
      <w:r>
        <w:rPr>
          <w:sz w:val="22"/>
        </w:rPr>
        <w:t>D. Hải Vương tinh</w:t>
      </w:r>
    </w:p>
    <w:p/>
    <w:p>
      <w:r>
        <w:rPr>
          <w:b/>
          <w:sz w:val="24"/>
        </w:rPr>
        <w:t>Câu 19: Cơ quan nào trong cơ thể người có chức năng bơm máu?</w:t>
      </w:r>
    </w:p>
    <w:p>
      <w:pPr>
        <w:pStyle w:val="ListParagraph"/>
      </w:pPr>
      <w:r>
        <w:rPr>
          <w:sz w:val="22"/>
        </w:rPr>
        <w:t>A. Tim</w:t>
      </w:r>
    </w:p>
    <w:p>
      <w:pPr>
        <w:pStyle w:val="ListParagraph"/>
      </w:pPr>
      <w:r>
        <w:rPr>
          <w:sz w:val="22"/>
        </w:rPr>
        <w:t>B. Phổi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20: Ngày Quốc khánh Việt Nam là ngày nào?</w:t>
      </w:r>
    </w:p>
    <w:p>
      <w:pPr>
        <w:pStyle w:val="ListParagraph"/>
      </w:pPr>
      <w:r>
        <w:rPr>
          <w:sz w:val="22"/>
        </w:rPr>
        <w:t>A. 2/9</w:t>
      </w:r>
    </w:p>
    <w:p>
      <w:pPr>
        <w:pStyle w:val="ListParagraph"/>
      </w:pPr>
      <w:r>
        <w:rPr>
          <w:sz w:val="22"/>
        </w:rPr>
        <w:t>B. 30/4</w:t>
      </w:r>
    </w:p>
    <w:p>
      <w:pPr>
        <w:pStyle w:val="ListParagraph"/>
      </w:pPr>
      <w:r>
        <w:rPr>
          <w:sz w:val="22"/>
        </w:rPr>
        <w:t>C. 1/5</w:t>
      </w:r>
    </w:p>
    <w:p>
      <w:pPr>
        <w:pStyle w:val="ListParagraph"/>
      </w:pPr>
      <w:r>
        <w:rPr>
          <w:sz w:val="22"/>
        </w:rPr>
        <w:t>D. 19/5</w:t>
      </w:r>
    </w:p>
    <w:p/>
    <w:p>
      <w:r>
        <w:rPr>
          <w:b/>
          <w:sz w:val="24"/>
        </w:rPr>
        <w:t>Câu 21: Trong bảng tuần hoàn, ký hiệu Na là nguyên tố nào?</w:t>
      </w:r>
    </w:p>
    <w:p>
      <w:pPr>
        <w:pStyle w:val="ListParagraph"/>
      </w:pPr>
      <w:r>
        <w:rPr>
          <w:sz w:val="22"/>
        </w:rPr>
        <w:t>A. Natri</w:t>
      </w:r>
    </w:p>
    <w:p>
      <w:pPr>
        <w:pStyle w:val="ListParagraph"/>
      </w:pPr>
      <w:r>
        <w:rPr>
          <w:sz w:val="22"/>
        </w:rPr>
        <w:t>B. Nitơ</w:t>
      </w:r>
    </w:p>
    <w:p>
      <w:pPr>
        <w:pStyle w:val="ListParagraph"/>
      </w:pPr>
      <w:r>
        <w:rPr>
          <w:sz w:val="22"/>
        </w:rPr>
        <w:t>C. Neon</w:t>
      </w:r>
    </w:p>
    <w:p>
      <w:pPr>
        <w:pStyle w:val="ListParagraph"/>
      </w:pPr>
      <w:r>
        <w:rPr>
          <w:sz w:val="22"/>
        </w:rPr>
        <w:t>D. Niken</w:t>
      </w:r>
    </w:p>
    <w:p/>
    <w:p>
      <w:r>
        <w:rPr>
          <w:b/>
          <w:sz w:val="24"/>
        </w:rPr>
        <w:t>Câu 22: Hành tinh nào được gọi là Hành tinh Xanh?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Hải Vương tinh</w:t>
      </w:r>
    </w:p>
    <w:p>
      <w:pPr>
        <w:pStyle w:val="ListParagraph"/>
      </w:pPr>
      <w:r>
        <w:rPr>
          <w:sz w:val="22"/>
        </w:rPr>
        <w:t>C. Thiên Vương tinh</w:t>
      </w:r>
    </w:p>
    <w:p>
      <w:pPr>
        <w:pStyle w:val="ListParagraph"/>
      </w:pPr>
      <w:r>
        <w:rPr>
          <w:sz w:val="22"/>
        </w:rPr>
        <w:t>D. Kim tinh</w:t>
      </w:r>
    </w:p>
    <w:p/>
    <w:p>
      <w:r>
        <w:rPr>
          <w:b/>
          <w:sz w:val="24"/>
        </w:rPr>
        <w:t>Câu 23: Tác phẩm Tắt đèn là của tác giả nào?</w:t>
      </w:r>
    </w:p>
    <w:p>
      <w:pPr>
        <w:pStyle w:val="ListParagraph"/>
      </w:pPr>
      <w:r>
        <w:rPr>
          <w:sz w:val="22"/>
        </w:rPr>
        <w:t>A. Ngô Tất Tố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Nguyễn Công Hoan</w:t>
      </w:r>
    </w:p>
    <w:p/>
    <w:p>
      <w:r>
        <w:rPr>
          <w:b/>
          <w:sz w:val="24"/>
        </w:rPr>
        <w:t>Câu 24: Đỉnh núi cao nhất Việt Nam là?</w:t>
      </w:r>
    </w:p>
    <w:p>
      <w:pPr>
        <w:pStyle w:val="ListParagraph"/>
      </w:pPr>
      <w:r>
        <w:rPr>
          <w:sz w:val="22"/>
        </w:rPr>
        <w:t>A. Fansipan</w:t>
      </w:r>
    </w:p>
    <w:p>
      <w:pPr>
        <w:pStyle w:val="ListParagraph"/>
      </w:pPr>
      <w:r>
        <w:rPr>
          <w:sz w:val="22"/>
        </w:rPr>
        <w:t>B. Pu Ta Leng</w:t>
      </w:r>
    </w:p>
    <w:p>
      <w:pPr>
        <w:pStyle w:val="ListParagraph"/>
      </w:pPr>
      <w:r>
        <w:rPr>
          <w:sz w:val="22"/>
        </w:rPr>
        <w:t>C. Ngọc Linh</w:t>
      </w:r>
    </w:p>
    <w:p>
      <w:pPr>
        <w:pStyle w:val="ListParagraph"/>
      </w:pPr>
      <w:r>
        <w:rPr>
          <w:sz w:val="22"/>
        </w:rPr>
        <w:t>D. Bà Đen</w:t>
      </w:r>
    </w:p>
    <w:p/>
    <w:p>
      <w:r>
        <w:rPr>
          <w:b/>
          <w:sz w:val="24"/>
        </w:rPr>
        <w:t>Câu 25: Quốc gia nào có số dân đông nhất thế giới tính đến năm 2024?</w:t>
      </w:r>
    </w:p>
    <w:p>
      <w:pPr>
        <w:pStyle w:val="ListParagraph"/>
      </w:pPr>
      <w:r>
        <w:rPr>
          <w:sz w:val="22"/>
        </w:rPr>
        <w:t>A. Ấn Độ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26: Trong tiếng Anh, từ trái nghĩa với big là gì?</w:t>
      </w:r>
    </w:p>
    <w:p>
      <w:pPr>
        <w:pStyle w:val="ListParagraph"/>
      </w:pPr>
      <w:r>
        <w:rPr>
          <w:sz w:val="22"/>
        </w:rPr>
        <w:t>A. small</w:t>
      </w:r>
    </w:p>
    <w:p>
      <w:pPr>
        <w:pStyle w:val="ListParagraph"/>
      </w:pPr>
      <w:r>
        <w:rPr>
          <w:sz w:val="22"/>
        </w:rPr>
        <w:t>B. large</w:t>
      </w:r>
    </w:p>
    <w:p>
      <w:pPr>
        <w:pStyle w:val="ListParagraph"/>
      </w:pPr>
      <w:r>
        <w:rPr>
          <w:sz w:val="22"/>
        </w:rPr>
        <w:t>C. huge</w:t>
      </w:r>
    </w:p>
    <w:p>
      <w:pPr>
        <w:pStyle w:val="ListParagraph"/>
      </w:pPr>
      <w:r>
        <w:rPr>
          <w:sz w:val="22"/>
        </w:rPr>
        <w:t>D. tall</w:t>
      </w:r>
    </w:p>
    <w:p/>
    <w:p>
      <w:r>
        <w:rPr>
          <w:b/>
          <w:sz w:val="24"/>
        </w:rPr>
        <w:t>Câu 27: Hành tinh nào không được coi là hành tinh trong Hệ Mặt Trời từ năm 2006?</w:t>
      </w:r>
    </w:p>
    <w:p>
      <w:pPr>
        <w:pStyle w:val="ListParagraph"/>
      </w:pPr>
      <w:r>
        <w:rPr>
          <w:sz w:val="22"/>
        </w:rPr>
        <w:t>A. Sao Diêm Vương</w:t>
      </w:r>
    </w:p>
    <w:p>
      <w:pPr>
        <w:pStyle w:val="ListParagraph"/>
      </w:pPr>
      <w:r>
        <w:rPr>
          <w:sz w:val="22"/>
        </w:rPr>
        <w:t>B. Sao Hải Vương</w:t>
      </w:r>
    </w:p>
    <w:p>
      <w:pPr>
        <w:pStyle w:val="ListParagraph"/>
      </w:pPr>
      <w:r>
        <w:rPr>
          <w:sz w:val="22"/>
        </w:rPr>
        <w:t>C. Sao Thiên Vương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28: Công thức hóa học của nước là gì?</w:t>
      </w:r>
    </w:p>
    <w:p>
      <w:pPr>
        <w:pStyle w:val="ListParagraph"/>
      </w:pPr>
      <w:r>
        <w:rPr>
          <w:sz w:val="22"/>
        </w:rPr>
        <w:t>A. H2O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29: Ai là người đầu tiên đặt chân lên Mặt Trăng?</w:t>
      </w:r>
    </w:p>
    <w:p>
      <w:pPr>
        <w:pStyle w:val="ListParagraph"/>
      </w:pPr>
      <w:r>
        <w:rPr>
          <w:sz w:val="22"/>
        </w:rPr>
        <w:t>A. Neil Armstrong</w:t>
      </w:r>
    </w:p>
    <w:p>
      <w:pPr>
        <w:pStyle w:val="ListParagraph"/>
      </w:pPr>
      <w:r>
        <w:rPr>
          <w:sz w:val="22"/>
        </w:rPr>
        <w:t>B. Buzz Aldrin</w:t>
      </w:r>
    </w:p>
    <w:p>
      <w:pPr>
        <w:pStyle w:val="ListParagraph"/>
      </w:pPr>
      <w:r>
        <w:rPr>
          <w:sz w:val="22"/>
        </w:rPr>
        <w:t>C. Yuri Gagarin</w:t>
      </w:r>
    </w:p>
    <w:p>
      <w:pPr>
        <w:pStyle w:val="ListParagraph"/>
      </w:pPr>
      <w:r>
        <w:rPr>
          <w:sz w:val="22"/>
        </w:rPr>
        <w:t>D. John Glenn</w:t>
      </w:r>
    </w:p>
    <w:p/>
    <w:p>
      <w:r>
        <w:rPr>
          <w:b/>
          <w:sz w:val="24"/>
        </w:rPr>
        <w:t>Câu 30: Quốc gia nào nằm ở cả châu Á và châu Âu?</w:t>
      </w:r>
    </w:p>
    <w:p>
      <w:pPr>
        <w:pStyle w:val="ListParagraph"/>
      </w:pPr>
      <w:r>
        <w:rPr>
          <w:sz w:val="22"/>
        </w:rPr>
        <w:t>A. Thổ Nhĩ Kỳ</w:t>
      </w:r>
    </w:p>
    <w:p>
      <w:pPr>
        <w:pStyle w:val="ListParagraph"/>
      </w:pPr>
      <w:r>
        <w:rPr>
          <w:sz w:val="22"/>
        </w:rPr>
        <w:t>B. Hy Lạp</w:t>
      </w:r>
    </w:p>
    <w:p>
      <w:pPr>
        <w:pStyle w:val="ListParagraph"/>
      </w:pPr>
      <w:r>
        <w:rPr>
          <w:sz w:val="22"/>
        </w:rPr>
        <w:t>C. Ý</w:t>
      </w:r>
    </w:p>
    <w:p>
      <w:pPr>
        <w:pStyle w:val="ListParagraph"/>
      </w:pPr>
      <w:r>
        <w:rPr>
          <w:sz w:val="22"/>
        </w:rPr>
        <w:t>D. Tây Ban Nha</w:t>
      </w:r>
    </w:p>
    <w:p/>
    <w:p>
      <w:r>
        <w:rPr>
          <w:b/>
          <w:sz w:val="24"/>
        </w:rPr>
        <w:t>Câu 31: Trong toán học, giá trị của π xấp xỉ bằng?</w:t>
      </w:r>
    </w:p>
    <w:p>
      <w:pPr>
        <w:pStyle w:val="ListParagraph"/>
      </w:pPr>
      <w:r>
        <w:rPr>
          <w:sz w:val="22"/>
        </w:rPr>
        <w:t>A. 3,14</w:t>
      </w:r>
    </w:p>
    <w:p>
      <w:pPr>
        <w:pStyle w:val="ListParagraph"/>
      </w:pPr>
      <w:r>
        <w:rPr>
          <w:sz w:val="22"/>
        </w:rPr>
        <w:t>B. 2,14</w:t>
      </w:r>
    </w:p>
    <w:p>
      <w:pPr>
        <w:pStyle w:val="ListParagraph"/>
      </w:pPr>
      <w:r>
        <w:rPr>
          <w:sz w:val="22"/>
        </w:rPr>
        <w:t>C. 4,13</w:t>
      </w:r>
    </w:p>
    <w:p>
      <w:pPr>
        <w:pStyle w:val="ListParagraph"/>
      </w:pPr>
      <w:r>
        <w:rPr>
          <w:sz w:val="22"/>
        </w:rPr>
        <w:t>D. 3,41</w:t>
      </w:r>
    </w:p>
    <w:p/>
    <w:p>
      <w:r>
        <w:rPr>
          <w:b/>
          <w:sz w:val="24"/>
        </w:rPr>
        <w:t>Câu 32: Loài chim nào không biết bay?</w:t>
      </w:r>
    </w:p>
    <w:p>
      <w:pPr>
        <w:pStyle w:val="ListParagraph"/>
      </w:pPr>
      <w:r>
        <w:rPr>
          <w:sz w:val="22"/>
        </w:rPr>
        <w:t>A. Chim cánh cụt</w:t>
      </w:r>
    </w:p>
    <w:p>
      <w:pPr>
        <w:pStyle w:val="ListParagraph"/>
      </w:pPr>
      <w:r>
        <w:rPr>
          <w:sz w:val="22"/>
        </w:rPr>
        <w:t>B. Đại bàng</w:t>
      </w:r>
    </w:p>
    <w:p>
      <w:pPr>
        <w:pStyle w:val="ListParagraph"/>
      </w:pPr>
      <w:r>
        <w:rPr>
          <w:sz w:val="22"/>
        </w:rPr>
        <w:t>C. Chim sẻ</w:t>
      </w:r>
    </w:p>
    <w:p>
      <w:pPr>
        <w:pStyle w:val="ListParagraph"/>
      </w:pPr>
      <w:r>
        <w:rPr>
          <w:sz w:val="22"/>
        </w:rPr>
        <w:t>D. Vẹt</w:t>
      </w:r>
    </w:p>
    <w:p/>
    <w:p>
      <w:r>
        <w:rPr>
          <w:b/>
          <w:sz w:val="24"/>
        </w:rPr>
        <w:t>Câu 33: Đại dương nào lớn nhất thế giới?</w:t>
      </w:r>
    </w:p>
    <w:p>
      <w:pPr>
        <w:pStyle w:val="ListParagraph"/>
      </w:pPr>
      <w:r>
        <w:rPr>
          <w:sz w:val="22"/>
        </w:rPr>
        <w:t>A. Thái Bình Dương</w:t>
      </w:r>
    </w:p>
    <w:p>
      <w:pPr>
        <w:pStyle w:val="ListParagraph"/>
      </w:pPr>
      <w:r>
        <w:rPr>
          <w:sz w:val="22"/>
        </w:rPr>
        <w:t>B. Đại Tây Dương</w:t>
      </w:r>
    </w:p>
    <w:p>
      <w:pPr>
        <w:pStyle w:val="ListParagraph"/>
      </w:pPr>
      <w:r>
        <w:rPr>
          <w:sz w:val="22"/>
        </w:rPr>
        <w:t>C. Ấn Độ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34: Đơn vị đo khối lượng trong hệ SI là gì?</w:t>
      </w:r>
    </w:p>
    <w:p>
      <w:pPr>
        <w:pStyle w:val="ListParagraph"/>
      </w:pPr>
      <w:r>
        <w:rPr>
          <w:sz w:val="22"/>
        </w:rPr>
        <w:t>A. Kilôgam</w:t>
      </w:r>
    </w:p>
    <w:p>
      <w:pPr>
        <w:pStyle w:val="ListParagraph"/>
      </w:pPr>
      <w:r>
        <w:rPr>
          <w:sz w:val="22"/>
        </w:rPr>
        <w:t>B. Gam</w:t>
      </w:r>
    </w:p>
    <w:p>
      <w:pPr>
        <w:pStyle w:val="ListParagraph"/>
      </w:pPr>
      <w:r>
        <w:rPr>
          <w:sz w:val="22"/>
        </w:rPr>
        <w:t>C. Tấn</w:t>
      </w:r>
    </w:p>
    <w:p>
      <w:pPr>
        <w:pStyle w:val="ListParagraph"/>
      </w:pPr>
      <w:r>
        <w:rPr>
          <w:sz w:val="22"/>
        </w:rPr>
        <w:t>D. Pound</w:t>
      </w:r>
    </w:p>
    <w:p/>
    <w:p>
      <w:r>
        <w:rPr>
          <w:b/>
          <w:sz w:val="24"/>
        </w:rPr>
        <w:t>Câu 35: Ai là tác giả của Tuyên ngôn Độc lập của Việt Nam?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Phạm Văn Đồng</w:t>
      </w:r>
    </w:p>
    <w:p>
      <w:pPr>
        <w:pStyle w:val="ListParagraph"/>
      </w:pPr>
      <w:r>
        <w:rPr>
          <w:sz w:val="22"/>
        </w:rPr>
        <w:t>C. Võ Nguyên Giáp</w:t>
      </w:r>
    </w:p>
    <w:p>
      <w:pPr>
        <w:pStyle w:val="ListParagraph"/>
      </w:pPr>
      <w:r>
        <w:rPr>
          <w:sz w:val="22"/>
        </w:rPr>
        <w:t>D. Nguyễn Ái Quốc</w:t>
      </w:r>
    </w:p>
    <w:p/>
    <w:p>
      <w:r>
        <w:rPr>
          <w:b/>
          <w:sz w:val="24"/>
        </w:rPr>
        <w:t>Câu 36: Quốc gia nào có tháp Eiffel?</w:t>
      </w:r>
    </w:p>
    <w:p>
      <w:pPr>
        <w:pStyle w:val="ListParagraph"/>
      </w:pPr>
      <w:r>
        <w:rPr>
          <w:sz w:val="22"/>
        </w:rPr>
        <w:t>A. Pháp</w:t>
      </w:r>
    </w:p>
    <w:p>
      <w:pPr>
        <w:pStyle w:val="ListParagraph"/>
      </w:pPr>
      <w:r>
        <w:rPr>
          <w:sz w:val="22"/>
        </w:rPr>
        <w:t>B. Ý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Anh</w:t>
      </w:r>
    </w:p>
    <w:p/>
    <w:p>
      <w:r>
        <w:rPr>
          <w:b/>
          <w:sz w:val="24"/>
        </w:rPr>
        <w:t>Câu 37: Trong tiếng Anh, book có nghĩa là gì?</w:t>
      </w:r>
    </w:p>
    <w:p>
      <w:pPr>
        <w:pStyle w:val="ListParagraph"/>
      </w:pPr>
      <w:r>
        <w:rPr>
          <w:sz w:val="22"/>
        </w:rPr>
        <w:t>A. Quyển sách</w:t>
      </w:r>
    </w:p>
    <w:p>
      <w:pPr>
        <w:pStyle w:val="ListParagraph"/>
      </w:pPr>
      <w:r>
        <w:rPr>
          <w:sz w:val="22"/>
        </w:rPr>
        <w:t>B. Cây bút</w:t>
      </w:r>
    </w:p>
    <w:p>
      <w:pPr>
        <w:pStyle w:val="ListParagraph"/>
      </w:pPr>
      <w:r>
        <w:rPr>
          <w:sz w:val="22"/>
        </w:rPr>
        <w:t>C. Cái bàn</w:t>
      </w:r>
    </w:p>
    <w:p>
      <w:pPr>
        <w:pStyle w:val="ListParagraph"/>
      </w:pPr>
      <w:r>
        <w:rPr>
          <w:sz w:val="22"/>
        </w:rPr>
        <w:t>D. Cái ghế</w:t>
      </w:r>
    </w:p>
    <w:p/>
    <w:p>
      <w:r>
        <w:rPr>
          <w:b/>
          <w:sz w:val="24"/>
        </w:rPr>
        <w:t>Câu 38: Hệ Mặt Trời có bao nhiêu hành tinh?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39: Ai là nhà bác học nổi tiếng với thuyết tương đối?</w:t>
      </w:r>
    </w:p>
    <w:p>
      <w:pPr>
        <w:pStyle w:val="ListParagraph"/>
      </w:pPr>
      <w:r>
        <w:rPr>
          <w:sz w:val="22"/>
        </w:rPr>
        <w:t>A. Albert Einstein</w:t>
      </w:r>
    </w:p>
    <w:p>
      <w:pPr>
        <w:pStyle w:val="ListParagraph"/>
      </w:pPr>
      <w:r>
        <w:rPr>
          <w:sz w:val="22"/>
        </w:rPr>
        <w:t>B. Isaac Newton</w:t>
      </w:r>
    </w:p>
    <w:p>
      <w:pPr>
        <w:pStyle w:val="ListParagraph"/>
      </w:pPr>
      <w:r>
        <w:rPr>
          <w:sz w:val="22"/>
        </w:rPr>
        <w:t>C. Galileo Galilei</w:t>
      </w:r>
    </w:p>
    <w:p>
      <w:pPr>
        <w:pStyle w:val="ListParagraph"/>
      </w:pPr>
      <w:r>
        <w:rPr>
          <w:sz w:val="22"/>
        </w:rPr>
        <w:t>D. Stephen Hawking</w:t>
      </w:r>
    </w:p>
    <w:p/>
    <w:p>
      <w:r>
        <w:rPr>
          <w:b/>
          <w:sz w:val="24"/>
        </w:rPr>
        <w:t>Câu 40: Quốc gia nào có kim tự tháp Giza?</w:t>
      </w:r>
    </w:p>
    <w:p>
      <w:pPr>
        <w:pStyle w:val="ListParagraph"/>
      </w:pPr>
      <w:r>
        <w:rPr>
          <w:sz w:val="22"/>
        </w:rPr>
        <w:t>A. Ai Cập</w:t>
      </w:r>
    </w:p>
    <w:p>
      <w:pPr>
        <w:pStyle w:val="ListParagraph"/>
      </w:pPr>
      <w:r>
        <w:rPr>
          <w:sz w:val="22"/>
        </w:rPr>
        <w:t>B. Mexico</w:t>
      </w:r>
    </w:p>
    <w:p>
      <w:pPr>
        <w:pStyle w:val="ListParagraph"/>
      </w:pPr>
      <w:r>
        <w:rPr>
          <w:sz w:val="22"/>
        </w:rPr>
        <w:t>C. Peru</w:t>
      </w:r>
    </w:p>
    <w:p>
      <w:pPr>
        <w:pStyle w:val="ListParagraph"/>
      </w:pPr>
      <w:r>
        <w:rPr>
          <w:sz w:val="22"/>
        </w:rPr>
        <w:t>D. Iraq</w:t>
      </w:r>
    </w:p>
    <w:p/>
    <w:p>
      <w:r>
        <w:rPr>
          <w:b/>
          <w:sz w:val="24"/>
        </w:rPr>
        <w:t>Câu 41: Trong cơ thể người, xương nào dài nhất?</w:t>
      </w:r>
    </w:p>
    <w:p>
      <w:pPr>
        <w:pStyle w:val="ListParagraph"/>
      </w:pPr>
      <w:r>
        <w:rPr>
          <w:sz w:val="22"/>
        </w:rPr>
        <w:t>A. Xương đùi</w:t>
      </w:r>
    </w:p>
    <w:p>
      <w:pPr>
        <w:pStyle w:val="ListParagraph"/>
      </w:pPr>
      <w:r>
        <w:rPr>
          <w:sz w:val="22"/>
        </w:rPr>
        <w:t>B. Xương cánh tay</w:t>
      </w:r>
    </w:p>
    <w:p>
      <w:pPr>
        <w:pStyle w:val="ListParagraph"/>
      </w:pPr>
      <w:r>
        <w:rPr>
          <w:sz w:val="22"/>
        </w:rPr>
        <w:t>C. Xương chày</w:t>
      </w:r>
    </w:p>
    <w:p>
      <w:pPr>
        <w:pStyle w:val="ListParagraph"/>
      </w:pPr>
      <w:r>
        <w:rPr>
          <w:sz w:val="22"/>
        </w:rPr>
        <w:t>D. Xương sườn</w:t>
      </w:r>
    </w:p>
    <w:p/>
    <w:p>
      <w:r>
        <w:rPr>
          <w:b/>
          <w:sz w:val="24"/>
        </w:rPr>
        <w:t>Câu 42: Hành tinh nào có nhiệt độ bề mặt cao nhất trong Hệ Mặt Trời?</w:t>
      </w:r>
    </w:p>
    <w:p>
      <w:pPr>
        <w:pStyle w:val="ListParagraph"/>
      </w:pPr>
      <w:r>
        <w:rPr>
          <w:sz w:val="22"/>
        </w:rPr>
        <w:t>A. Kim tinh</w:t>
      </w:r>
    </w:p>
    <w:p>
      <w:pPr>
        <w:pStyle w:val="ListParagraph"/>
      </w:pPr>
      <w:r>
        <w:rPr>
          <w:sz w:val="22"/>
        </w:rPr>
        <w:t>B. Thủy tinh</w:t>
      </w:r>
    </w:p>
    <w:p>
      <w:pPr>
        <w:pStyle w:val="ListParagraph"/>
      </w:pPr>
      <w:r>
        <w:rPr>
          <w:sz w:val="22"/>
        </w:rPr>
        <w:t>C. Hỏa tinh</w:t>
      </w:r>
    </w:p>
    <w:p>
      <w:pPr>
        <w:pStyle w:val="ListParagraph"/>
      </w:pPr>
      <w:r>
        <w:rPr>
          <w:sz w:val="22"/>
        </w:rPr>
        <w:t>D. Mộc tinh</w:t>
      </w:r>
    </w:p>
    <w:p/>
    <w:p>
      <w:r>
        <w:rPr>
          <w:b/>
          <w:sz w:val="24"/>
        </w:rPr>
        <w:t>Câu 43: Thủ đô của Pháp là gì?</w:t>
      </w:r>
    </w:p>
    <w:p>
      <w:pPr>
        <w:pStyle w:val="ListParagraph"/>
      </w:pPr>
      <w:r>
        <w:rPr>
          <w:sz w:val="22"/>
        </w:rPr>
        <w:t>A. Paris</w:t>
      </w:r>
    </w:p>
    <w:p>
      <w:pPr>
        <w:pStyle w:val="ListParagraph"/>
      </w:pPr>
      <w:r>
        <w:rPr>
          <w:sz w:val="22"/>
        </w:rPr>
        <w:t>B. Lyon</w:t>
      </w:r>
    </w:p>
    <w:p>
      <w:pPr>
        <w:pStyle w:val="ListParagraph"/>
      </w:pPr>
      <w:r>
        <w:rPr>
          <w:sz w:val="22"/>
        </w:rPr>
        <w:t>C. Marseille</w:t>
      </w:r>
    </w:p>
    <w:p>
      <w:pPr>
        <w:pStyle w:val="ListParagraph"/>
      </w:pPr>
      <w:r>
        <w:rPr>
          <w:sz w:val="22"/>
        </w:rPr>
        <w:t>D. Nice</w:t>
      </w:r>
    </w:p>
    <w:p/>
    <w:p>
      <w:r>
        <w:rPr>
          <w:b/>
          <w:sz w:val="24"/>
        </w:rPr>
        <w:t>Câu 44: Từ thank you trong tiếng Anh có nghĩa là gì?</w:t>
      </w:r>
    </w:p>
    <w:p>
      <w:pPr>
        <w:pStyle w:val="ListParagraph"/>
      </w:pPr>
      <w:r>
        <w:rPr>
          <w:sz w:val="22"/>
        </w:rPr>
        <w:t>A. Cảm ơn</w:t>
      </w:r>
    </w:p>
    <w:p>
      <w:pPr>
        <w:pStyle w:val="ListParagraph"/>
      </w:pPr>
      <w:r>
        <w:rPr>
          <w:sz w:val="22"/>
        </w:rPr>
        <w:t>B. Xin chào</w:t>
      </w:r>
    </w:p>
    <w:p>
      <w:pPr>
        <w:pStyle w:val="ListParagraph"/>
      </w:pPr>
      <w:r>
        <w:rPr>
          <w:sz w:val="22"/>
        </w:rPr>
        <w:t>C. Tạm biệt</w:t>
      </w:r>
    </w:p>
    <w:p>
      <w:pPr>
        <w:pStyle w:val="ListParagraph"/>
      </w:pPr>
      <w:r>
        <w:rPr>
          <w:sz w:val="22"/>
        </w:rPr>
        <w:t>D. Xin lỗi</w:t>
      </w:r>
    </w:p>
    <w:p/>
    <w:p>
      <w:r>
        <w:rPr>
          <w:b/>
          <w:sz w:val="24"/>
        </w:rPr>
        <w:t>Câu 45: Quốc gia nào có diện tích nhỏ nhất thế giới?</w:t>
      </w:r>
    </w:p>
    <w:p>
      <w:pPr>
        <w:pStyle w:val="ListParagraph"/>
      </w:pPr>
      <w:r>
        <w:rPr>
          <w:sz w:val="22"/>
        </w:rPr>
        <w:t>A. Vatican</w:t>
      </w:r>
    </w:p>
    <w:p>
      <w:pPr>
        <w:pStyle w:val="ListParagraph"/>
      </w:pPr>
      <w:r>
        <w:rPr>
          <w:sz w:val="22"/>
        </w:rPr>
        <w:t>B. Monaco</w:t>
      </w:r>
    </w:p>
    <w:p>
      <w:pPr>
        <w:pStyle w:val="ListParagraph"/>
      </w:pPr>
      <w:r>
        <w:rPr>
          <w:sz w:val="22"/>
        </w:rPr>
        <w:t>C. Nauru</w:t>
      </w:r>
    </w:p>
    <w:p>
      <w:pPr>
        <w:pStyle w:val="ListParagraph"/>
      </w:pPr>
      <w:r>
        <w:rPr>
          <w:sz w:val="22"/>
        </w:rPr>
        <w:t>D. San Marino</w:t>
      </w:r>
    </w:p>
    <w:p/>
    <w:p>
      <w:r>
        <w:rPr>
          <w:b/>
          <w:sz w:val="24"/>
        </w:rPr>
        <w:t>Câu 46: Trong toán học, 5! bằng bao nhiêu?</w:t>
      </w:r>
    </w:p>
    <w:p>
      <w:pPr>
        <w:pStyle w:val="ListParagraph"/>
      </w:pPr>
      <w:r>
        <w:rPr>
          <w:sz w:val="22"/>
        </w:rPr>
        <w:t>A. 120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60</w:t>
      </w:r>
    </w:p>
    <w:p/>
    <w:p>
      <w:r>
        <w:rPr>
          <w:b/>
          <w:sz w:val="24"/>
        </w:rPr>
        <w:t>Câu 47: Loài vật nào có vú và sống dưới nước?</w:t>
      </w:r>
    </w:p>
    <w:p>
      <w:pPr>
        <w:pStyle w:val="ListParagraph"/>
      </w:pPr>
      <w:r>
        <w:rPr>
          <w:sz w:val="22"/>
        </w:rPr>
        <w:t>A. Cá voi</w:t>
      </w:r>
    </w:p>
    <w:p>
      <w:pPr>
        <w:pStyle w:val="ListParagraph"/>
      </w:pPr>
      <w:r>
        <w:rPr>
          <w:sz w:val="22"/>
        </w:rPr>
        <w:t>B. Cá mập</w:t>
      </w:r>
    </w:p>
    <w:p>
      <w:pPr>
        <w:pStyle w:val="ListParagraph"/>
      </w:pPr>
      <w:r>
        <w:rPr>
          <w:sz w:val="22"/>
        </w:rPr>
        <w:t>C. Cá ngừ</w:t>
      </w:r>
    </w:p>
    <w:p>
      <w:pPr>
        <w:pStyle w:val="ListParagraph"/>
      </w:pPr>
      <w:r>
        <w:rPr>
          <w:sz w:val="22"/>
        </w:rPr>
        <w:t>D. Cá hồi</w:t>
      </w:r>
    </w:p>
    <w:p/>
    <w:p>
      <w:r>
        <w:rPr>
          <w:b/>
          <w:sz w:val="24"/>
        </w:rPr>
        <w:t>Câu 48: Quốc gia nào có Vạn Lý Trường Thành?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Hàn Quốc</w:t>
      </w:r>
    </w:p>
    <w:p>
      <w:pPr>
        <w:pStyle w:val="ListParagraph"/>
      </w:pPr>
      <w:r>
        <w:rPr>
          <w:sz w:val="22"/>
        </w:rPr>
        <w:t>D. Mông Cổ</w:t>
      </w:r>
    </w:p>
    <w:p/>
    <w:p>
      <w:r>
        <w:rPr>
          <w:b/>
          <w:sz w:val="24"/>
        </w:rPr>
        <w:t>Câu 49: Đơn vị đo nhiệt độ thường dùng ở Việt Nam là gì?</w:t>
      </w:r>
    </w:p>
    <w:p>
      <w:pPr>
        <w:pStyle w:val="ListParagraph"/>
      </w:pPr>
      <w:r>
        <w:rPr>
          <w:sz w:val="22"/>
        </w:rPr>
        <w:t>A. Độ C</w:t>
      </w:r>
    </w:p>
    <w:p>
      <w:pPr>
        <w:pStyle w:val="ListParagraph"/>
      </w:pPr>
      <w:r>
        <w:rPr>
          <w:sz w:val="22"/>
        </w:rPr>
        <w:t>B. Độ F</w:t>
      </w:r>
    </w:p>
    <w:p>
      <w:pPr>
        <w:pStyle w:val="ListParagraph"/>
      </w:pPr>
      <w:r>
        <w:rPr>
          <w:sz w:val="22"/>
        </w:rPr>
        <w:t>C. Kelvin</w:t>
      </w:r>
    </w:p>
    <w:p>
      <w:pPr>
        <w:pStyle w:val="ListParagraph"/>
      </w:pPr>
      <w:r>
        <w:rPr>
          <w:sz w:val="22"/>
        </w:rPr>
        <w:t>D. Độ K</w:t>
      </w:r>
    </w:p>
    <w:p/>
    <w:p>
      <w:r>
        <w:rPr>
          <w:b/>
          <w:sz w:val="24"/>
        </w:rPr>
        <w:t>Câu 50: Ai là người sáng lập ra Microsoft?</w:t>
      </w:r>
    </w:p>
    <w:p>
      <w:pPr>
        <w:pStyle w:val="ListParagraph"/>
      </w:pPr>
      <w:r>
        <w:rPr>
          <w:sz w:val="22"/>
        </w:rPr>
        <w:t>A. Bill Gates</w:t>
      </w:r>
    </w:p>
    <w:p>
      <w:pPr>
        <w:pStyle w:val="ListParagraph"/>
      </w:pPr>
      <w:r>
        <w:rPr>
          <w:sz w:val="22"/>
        </w:rPr>
        <w:t>B. Steve Jobs</w:t>
      </w:r>
    </w:p>
    <w:p>
      <w:pPr>
        <w:pStyle w:val="ListParagraph"/>
      </w:pPr>
      <w:r>
        <w:rPr>
          <w:sz w:val="22"/>
        </w:rPr>
        <w:t>C. Mark Zuckerberg</w:t>
      </w:r>
    </w:p>
    <w:p>
      <w:pPr>
        <w:pStyle w:val="ListParagraph"/>
      </w:pPr>
      <w:r>
        <w:rPr>
          <w:sz w:val="22"/>
        </w:rPr>
        <w:t>D. Elon Musk</w:t>
      </w:r>
    </w:p>
    <w:p/>
    <w:p>
      <w:r>
        <w:rPr>
          <w:b/>
          <w:sz w:val="24"/>
        </w:rPr>
        <w:t>Câu 51: Hành tinh nào có mặt trăng lớn nhất trong Hệ Mặt Trời?</w:t>
      </w:r>
    </w:p>
    <w:p>
      <w:pPr>
        <w:pStyle w:val="ListParagraph"/>
      </w:pPr>
      <w:r>
        <w:rPr>
          <w:sz w:val="22"/>
        </w:rPr>
        <w:t>A. Mộc tinh</w:t>
      </w:r>
    </w:p>
    <w:p>
      <w:pPr>
        <w:pStyle w:val="ListParagraph"/>
      </w:pPr>
      <w:r>
        <w:rPr>
          <w:sz w:val="22"/>
        </w:rPr>
        <w:t>B. Thổ tinh</w:t>
      </w:r>
    </w:p>
    <w:p>
      <w:pPr>
        <w:pStyle w:val="ListParagraph"/>
      </w:pPr>
      <w:r>
        <w:rPr>
          <w:sz w:val="22"/>
        </w:rPr>
        <w:t>C. Trái Đất</w:t>
      </w:r>
    </w:p>
    <w:p>
      <w:pPr>
        <w:pStyle w:val="ListParagraph"/>
      </w:pPr>
      <w:r>
        <w:rPr>
          <w:sz w:val="22"/>
        </w:rPr>
        <w:t>D. Hỏa tinh</w:t>
      </w:r>
    </w:p>
    <w:p/>
    <w:p>
      <w:r>
        <w:rPr>
          <w:b/>
          <w:sz w:val="24"/>
        </w:rPr>
        <w:t>Câu 52: Trong tiếng Anh, teacher nghĩa là gì?</w:t>
      </w:r>
    </w:p>
    <w:p>
      <w:pPr>
        <w:pStyle w:val="ListParagraph"/>
      </w:pPr>
      <w:r>
        <w:rPr>
          <w:sz w:val="22"/>
        </w:rPr>
        <w:t>A. Giáo viên</w:t>
      </w:r>
    </w:p>
    <w:p>
      <w:pPr>
        <w:pStyle w:val="ListParagraph"/>
      </w:pPr>
      <w:r>
        <w:rPr>
          <w:sz w:val="22"/>
        </w:rPr>
        <w:t>B. Học sinh</w:t>
      </w:r>
    </w:p>
    <w:p>
      <w:pPr>
        <w:pStyle w:val="ListParagraph"/>
      </w:pPr>
      <w:r>
        <w:rPr>
          <w:sz w:val="22"/>
        </w:rPr>
        <w:t>C. Bác sĩ</w:t>
      </w:r>
    </w:p>
    <w:p>
      <w:pPr>
        <w:pStyle w:val="ListParagraph"/>
      </w:pPr>
      <w:r>
        <w:rPr>
          <w:sz w:val="22"/>
        </w:rPr>
        <w:t>D. Kỹ sư</w:t>
      </w:r>
    </w:p>
    <w:p/>
    <w:p>
      <w:r>
        <w:rPr>
          <w:b/>
          <w:sz w:val="24"/>
        </w:rPr>
        <w:t>Câu 53: Quốc gia nào có nền kinh tế lớn nhất thế giới theo GDP danh nghĩa năm 2023?</w:t>
      </w:r>
    </w:p>
    <w:p>
      <w:pPr>
        <w:pStyle w:val="ListParagraph"/>
      </w:pPr>
      <w:r>
        <w:rPr>
          <w:sz w:val="22"/>
        </w:rPr>
        <w:t>A. Mỹ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Nhật Bản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54: Trong hóa học, ký hiệu Fe là nguyên tố nào?</w:t>
      </w:r>
    </w:p>
    <w:p>
      <w:pPr>
        <w:pStyle w:val="ListParagraph"/>
      </w:pPr>
      <w:r>
        <w:rPr>
          <w:sz w:val="22"/>
        </w:rPr>
        <w:t>A. Sắt</w:t>
      </w:r>
    </w:p>
    <w:p>
      <w:pPr>
        <w:pStyle w:val="ListParagraph"/>
      </w:pPr>
      <w:r>
        <w:rPr>
          <w:sz w:val="22"/>
        </w:rPr>
        <w:t>B. Đồng</w:t>
      </w:r>
    </w:p>
    <w:p>
      <w:pPr>
        <w:pStyle w:val="ListParagraph"/>
      </w:pPr>
      <w:r>
        <w:rPr>
          <w:sz w:val="22"/>
        </w:rPr>
        <w:t>C. Kẽm</w:t>
      </w:r>
    </w:p>
    <w:p>
      <w:pPr>
        <w:pStyle w:val="ListParagraph"/>
      </w:pPr>
      <w:r>
        <w:rPr>
          <w:sz w:val="22"/>
        </w:rPr>
        <w:t>D. Chì</w:t>
      </w:r>
    </w:p>
    <w:p/>
    <w:p>
      <w:r>
        <w:rPr>
          <w:b/>
          <w:sz w:val="24"/>
        </w:rPr>
        <w:t>Câu 55: Bộ phận nào của mắt giúp điều chỉnh lượng ánh sáng vào mắt?</w:t>
      </w:r>
    </w:p>
    <w:p>
      <w:pPr>
        <w:pStyle w:val="ListParagraph"/>
      </w:pPr>
      <w:r>
        <w:rPr>
          <w:sz w:val="22"/>
        </w:rPr>
        <w:t>A. Mống mắt</w:t>
      </w:r>
    </w:p>
    <w:p>
      <w:pPr>
        <w:pStyle w:val="ListParagraph"/>
      </w:pPr>
      <w:r>
        <w:rPr>
          <w:sz w:val="22"/>
        </w:rPr>
        <w:t>B. Giác mạc</w:t>
      </w:r>
    </w:p>
    <w:p>
      <w:pPr>
        <w:pStyle w:val="ListParagraph"/>
      </w:pPr>
      <w:r>
        <w:rPr>
          <w:sz w:val="22"/>
        </w:rPr>
        <w:t>C. Võng mạc</w:t>
      </w:r>
    </w:p>
    <w:p>
      <w:pPr>
        <w:pStyle w:val="ListParagraph"/>
      </w:pPr>
      <w:r>
        <w:rPr>
          <w:sz w:val="22"/>
        </w:rPr>
        <w:t>D. Thủy tinh thể</w:t>
      </w:r>
    </w:p>
    <w:p/>
    <w:p>
      <w:r>
        <w:rPr>
          <w:b/>
          <w:sz w:val="24"/>
        </w:rPr>
        <w:t>Câu 56: Quốc gia nào có thành phố New York?</w:t>
      </w:r>
    </w:p>
    <w:p>
      <w:pPr>
        <w:pStyle w:val="ListParagraph"/>
      </w:pPr>
      <w:r>
        <w:rPr>
          <w:sz w:val="22"/>
        </w:rPr>
        <w:t>A. Mỹ</w:t>
      </w:r>
    </w:p>
    <w:p>
      <w:pPr>
        <w:pStyle w:val="ListParagraph"/>
      </w:pPr>
      <w:r>
        <w:rPr>
          <w:sz w:val="22"/>
        </w:rPr>
        <w:t>B. Canada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Pháp</w:t>
      </w:r>
    </w:p>
    <w:p/>
    <w:p>
      <w:r>
        <w:rPr>
          <w:b/>
          <w:sz w:val="24"/>
        </w:rPr>
        <w:t>Câu 57: Trong toán học, số nào sau đây là số chẵn?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58: Loài hoa nào thường được tặng trong ngày Quốc tế Phụ nữ 8/3?</w:t>
      </w:r>
    </w:p>
    <w:p>
      <w:pPr>
        <w:pStyle w:val="ListParagraph"/>
      </w:pPr>
      <w:r>
        <w:rPr>
          <w:sz w:val="22"/>
        </w:rPr>
        <w:t>A. Hoa hồng</w:t>
      </w:r>
    </w:p>
    <w:p>
      <w:pPr>
        <w:pStyle w:val="ListParagraph"/>
      </w:pPr>
      <w:r>
        <w:rPr>
          <w:sz w:val="22"/>
        </w:rPr>
        <w:t>B. Hoa sen</w:t>
      </w:r>
    </w:p>
    <w:p>
      <w:pPr>
        <w:pStyle w:val="ListParagraph"/>
      </w:pPr>
      <w:r>
        <w:rPr>
          <w:sz w:val="22"/>
        </w:rPr>
        <w:t>C. Hoa mai</w:t>
      </w:r>
    </w:p>
    <w:p>
      <w:pPr>
        <w:pStyle w:val="ListParagraph"/>
      </w:pPr>
      <w:r>
        <w:rPr>
          <w:sz w:val="22"/>
        </w:rPr>
        <w:t>D. Hoa đào</w:t>
      </w:r>
    </w:p>
    <w:p/>
    <w:p>
      <w:r>
        <w:rPr>
          <w:b/>
          <w:sz w:val="24"/>
        </w:rPr>
        <w:t>Câu 59: Hành tinh nào có sự sống được biết đến?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Hỏa tinh</w:t>
      </w:r>
    </w:p>
    <w:p>
      <w:pPr>
        <w:pStyle w:val="ListParagraph"/>
      </w:pPr>
      <w:r>
        <w:rPr>
          <w:sz w:val="22"/>
        </w:rPr>
        <w:t>C. Kim tinh</w:t>
      </w:r>
    </w:p>
    <w:p>
      <w:pPr>
        <w:pStyle w:val="ListParagraph"/>
      </w:pPr>
      <w:r>
        <w:rPr>
          <w:sz w:val="22"/>
        </w:rPr>
        <w:t>D. Mộc tinh</w:t>
      </w:r>
    </w:p>
    <w:p/>
    <w:p>
      <w:r>
        <w:rPr>
          <w:b/>
          <w:sz w:val="24"/>
        </w:rPr>
        <w:t>Câu 60: Ai là tác giả của bài thơ Nhàn?</w:t>
      </w:r>
    </w:p>
    <w:p>
      <w:pPr>
        <w:pStyle w:val="ListParagraph"/>
      </w:pPr>
      <w:r>
        <w:rPr>
          <w:sz w:val="22"/>
        </w:rPr>
        <w:t>A. Nguyễn Bỉnh Khiêm</w:t>
      </w:r>
    </w:p>
    <w:p>
      <w:pPr>
        <w:pStyle w:val="ListParagraph"/>
      </w:pPr>
      <w:r>
        <w:rPr>
          <w:sz w:val="22"/>
        </w:rPr>
        <w:t>B. Nguyễn Du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Bà Huyện Thanh Quan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