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Đâu là một trong những bản chất của quản lý: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Đâu là một trong những bản chất của quản lý:</w:t>
      </w:r>
    </w:p>
    <w:p>
      <w:pPr>
        <w:pStyle w:val="ListParagraph"/>
      </w:pPr>
      <w:r>
        <w:rPr>
          <w:sz w:val="22"/>
        </w:rPr>
        <w:t>A. Khả năng tạo ra tầm nhìn, cảm hứng và ảnh hưởng trong tổ chức</w:t>
      </w:r>
    </w:p>
    <w:p>
      <w:pPr>
        <w:pStyle w:val="ListParagraph"/>
      </w:pPr>
      <w:r>
        <w:rPr>
          <w:sz w:val="22"/>
        </w:rPr>
        <w:t>B. Thực hiện các nhiệm vụ được giao</w:t>
      </w:r>
    </w:p>
    <w:p>
      <w:pPr>
        <w:pStyle w:val="ListParagraph"/>
      </w:pPr>
      <w:r>
        <w:rPr>
          <w:sz w:val="22"/>
        </w:rPr>
        <w:t>C. Đưa ra chiến lược cho tổ chức</w:t>
      </w:r>
    </w:p>
    <w:p>
      <w:pPr>
        <w:pStyle w:val="ListParagraph"/>
      </w:pPr>
      <w:r>
        <w:rPr>
          <w:sz w:val="22"/>
        </w:rPr>
        <w:t>D. Nhằm đạt tới các mục tiêu của tổ chức một cách hiệu quả nhất</w:t>
      </w:r>
    </w:p>
    <w:p/>
    <w:p>
      <w:r>
        <w:rPr>
          <w:b/>
          <w:sz w:val="24"/>
        </w:rPr>
        <w:t>Câu 2: Điền vào chỗ trống: “quản lý là hoạt động thực tiễn đặc biệt của con người trong một tổ chức đạt được những … của tổ chức một cách hiệu quả nhất”</w:t>
      </w:r>
    </w:p>
    <w:p>
      <w:pPr>
        <w:pStyle w:val="ListParagraph"/>
      </w:pPr>
      <w:r>
        <w:rPr>
          <w:sz w:val="22"/>
        </w:rPr>
        <w:t>A. Mục tiêu</w:t>
      </w:r>
    </w:p>
    <w:p>
      <w:pPr>
        <w:pStyle w:val="ListParagraph"/>
      </w:pPr>
      <w:r>
        <w:rPr>
          <w:sz w:val="22"/>
        </w:rPr>
        <w:t>B. Lợi nhuận</w:t>
      </w:r>
    </w:p>
    <w:p>
      <w:pPr>
        <w:pStyle w:val="ListParagraph"/>
      </w:pPr>
      <w:r>
        <w:rPr>
          <w:sz w:val="22"/>
        </w:rPr>
        <w:t>C. Kế hoạch</w:t>
      </w:r>
    </w:p>
    <w:p>
      <w:pPr>
        <w:pStyle w:val="ListParagraph"/>
      </w:pPr>
      <w:r>
        <w:rPr>
          <w:sz w:val="22"/>
        </w:rPr>
        <w:t>D. Lợi ích</w:t>
      </w:r>
    </w:p>
    <w:p/>
    <w:p>
      <w:r>
        <w:rPr>
          <w:b/>
          <w:sz w:val="24"/>
        </w:rPr>
        <w:t>Câu 3: Để tăng hiệu suất hoạt động quản lý, các nhà quản lý có thể thực hiện bằng cách:</w:t>
      </w:r>
    </w:p>
    <w:p>
      <w:pPr>
        <w:pStyle w:val="ListParagraph"/>
      </w:pPr>
      <w:r>
        <w:rPr>
          <w:sz w:val="22"/>
        </w:rPr>
        <w:t>A. Giảm chi phí ở đầu vào và giảm doanh thu ở đầu ra</w:t>
      </w:r>
    </w:p>
    <w:p>
      <w:pPr>
        <w:pStyle w:val="ListParagraph"/>
      </w:pPr>
      <w:r>
        <w:rPr>
          <w:sz w:val="22"/>
        </w:rPr>
        <w:t>B. Chi phí ở đầu vào không thay đổi và giảm doanh thu ở đầu ra</w:t>
      </w:r>
    </w:p>
    <w:p>
      <w:pPr>
        <w:pStyle w:val="ListParagraph"/>
      </w:pPr>
      <w:r>
        <w:rPr>
          <w:sz w:val="22"/>
        </w:rPr>
        <w:t>C. Vừa giảm chi phí ở đầu vào và vừa tăng doanh thu ở đầu ra</w:t>
      </w:r>
    </w:p>
    <w:p>
      <w:pPr>
        <w:pStyle w:val="ListParagraph"/>
      </w:pPr>
      <w:r>
        <w:rPr>
          <w:sz w:val="22"/>
        </w:rPr>
        <w:t>D. Không có đáp án nào đúng</w:t>
      </w:r>
    </w:p>
    <w:p/>
    <w:p>
      <w:r>
        <w:rPr>
          <w:b/>
          <w:sz w:val="24"/>
        </w:rPr>
        <w:t>Câu 4: Đâu không phải là cách tiếp cận trong quản lý?</w:t>
      </w:r>
    </w:p>
    <w:p>
      <w:pPr>
        <w:pStyle w:val="ListParagraph"/>
      </w:pPr>
      <w:r>
        <w:rPr>
          <w:sz w:val="22"/>
        </w:rPr>
        <w:t>A. Tiếp cận theo điều kiện và theo tình huống</w:t>
      </w:r>
    </w:p>
    <w:p>
      <w:pPr>
        <w:pStyle w:val="ListParagraph"/>
      </w:pPr>
      <w:r>
        <w:rPr>
          <w:sz w:val="22"/>
        </w:rPr>
        <w:t>B. Tiếp cận tổng hợp và thích nghi trong xã hội hậu công nghiệp</w:t>
      </w:r>
    </w:p>
    <w:p>
      <w:pPr>
        <w:pStyle w:val="ListParagraph"/>
      </w:pPr>
      <w:r>
        <w:rPr>
          <w:sz w:val="22"/>
        </w:rPr>
        <w:t>C. Tiếp cận theo cảm quan</w:t>
      </w:r>
    </w:p>
    <w:p>
      <w:pPr>
        <w:pStyle w:val="ListParagraph"/>
      </w:pPr>
      <w:r>
        <w:rPr>
          <w:sz w:val="22"/>
        </w:rPr>
        <w:t>D. Tiếp cận theo kinh nghiệm</w:t>
      </w:r>
    </w:p>
    <w:p/>
    <w:p>
      <w:r>
        <w:rPr>
          <w:b/>
          <w:sz w:val="24"/>
        </w:rPr>
        <w:t>Câu 5: Nhà quản lý phân bố thời gian nhiều nhất cho việc thực hiện chức năng:</w:t>
      </w:r>
    </w:p>
    <w:p>
      <w:pPr>
        <w:pStyle w:val="ListParagraph"/>
      </w:pPr>
      <w:r>
        <w:rPr>
          <w:sz w:val="22"/>
        </w:rPr>
        <w:t>A. Bao quát</w:t>
      </w:r>
    </w:p>
    <w:p>
      <w:pPr>
        <w:pStyle w:val="ListParagraph"/>
      </w:pPr>
      <w:r>
        <w:rPr>
          <w:sz w:val="22"/>
        </w:rPr>
        <w:t>B. Làm việc</w:t>
      </w:r>
    </w:p>
    <w:p>
      <w:pPr>
        <w:pStyle w:val="ListParagraph"/>
      </w:pPr>
      <w:r>
        <w:rPr>
          <w:sz w:val="22"/>
        </w:rPr>
        <w:t>C. Chuyên môn</w:t>
      </w:r>
    </w:p>
    <w:p>
      <w:pPr>
        <w:pStyle w:val="ListParagraph"/>
      </w:pPr>
      <w:r>
        <w:rPr>
          <w:sz w:val="22"/>
        </w:rPr>
        <w:t>D. Tùy thuộc vào điều kiện cụ thể</w:t>
      </w:r>
    </w:p>
    <w:p/>
    <w:p>
      <w:r>
        <w:rPr>
          <w:b/>
          <w:sz w:val="24"/>
        </w:rPr>
        <w:t>Câu 6: Những người quản lý cấp cao cần thiết nhất kỹ năng nào?</w:t>
      </w:r>
    </w:p>
    <w:p>
      <w:pPr>
        <w:pStyle w:val="ListParagraph"/>
      </w:pPr>
      <w:r>
        <w:rPr>
          <w:sz w:val="22"/>
        </w:rPr>
        <w:t>A. Bao quát</w:t>
      </w:r>
    </w:p>
    <w:p>
      <w:pPr>
        <w:pStyle w:val="ListParagraph"/>
      </w:pPr>
      <w:r>
        <w:rPr>
          <w:sz w:val="22"/>
        </w:rPr>
        <w:t>B. Làm việc</w:t>
      </w:r>
    </w:p>
    <w:p>
      <w:pPr>
        <w:pStyle w:val="ListParagraph"/>
      </w:pPr>
      <w:r>
        <w:rPr>
          <w:sz w:val="22"/>
        </w:rPr>
        <w:t>C. Chuyên môn</w:t>
      </w:r>
    </w:p>
    <w:p>
      <w:pPr>
        <w:pStyle w:val="ListParagraph"/>
      </w:pPr>
      <w:r>
        <w:rPr>
          <w:sz w:val="22"/>
        </w:rPr>
        <w:t>D. Không có đáp án đúng.</w:t>
      </w:r>
    </w:p>
    <w:p/>
    <w:p>
      <w:r>
        <w:rPr>
          <w:b/>
          <w:sz w:val="24"/>
        </w:rPr>
        <w:t>Câu 7: Cách thức quản lý nào dưới đây không phù hợp với quan điểm quản lý thời kì hậu công nghiệp:</w:t>
      </w:r>
    </w:p>
    <w:p>
      <w:pPr>
        <w:pStyle w:val="ListParagraph"/>
      </w:pPr>
      <w:r>
        <w:rPr>
          <w:sz w:val="22"/>
        </w:rPr>
        <w:t>A. Quản lý chặt chẽ, chấp nhận xích mích để đạt được chỉ tiêu như đã đề ra</w:t>
      </w:r>
    </w:p>
    <w:p>
      <w:pPr>
        <w:pStyle w:val="ListParagraph"/>
      </w:pPr>
      <w:r>
        <w:rPr>
          <w:sz w:val="22"/>
        </w:rPr>
        <w:t>B. Tạo môi trường cởi mở, hoà đồng, thoải mái trao đổi</w:t>
      </w:r>
    </w:p>
    <w:p>
      <w:pPr>
        <w:pStyle w:val="ListParagraph"/>
      </w:pPr>
      <w:r>
        <w:rPr>
          <w:sz w:val="22"/>
        </w:rPr>
        <w:t>C. Tăng cường trao đổi giữa các cấp bậc quản lý và nhân viên</w:t>
      </w:r>
    </w:p>
    <w:p>
      <w:pPr>
        <w:pStyle w:val="ListParagraph"/>
      </w:pPr>
      <w:r>
        <w:rPr>
          <w:sz w:val="22"/>
        </w:rPr>
        <w:t>D. Không có đáp án đúng</w:t>
      </w:r>
    </w:p>
    <w:p/>
    <w:p>
      <w:r>
        <w:rPr>
          <w:b/>
          <w:sz w:val="24"/>
        </w:rPr>
        <w:t>Câu 8: Quy trình chung bắt buộc đối với mọi nhà quản lý phải tuân theo được thực hiện thông qua 4 chức năng:</w:t>
      </w:r>
    </w:p>
    <w:p>
      <w:pPr>
        <w:pStyle w:val="ListParagraph"/>
      </w:pPr>
      <w:r>
        <w:rPr>
          <w:sz w:val="22"/>
        </w:rPr>
        <w:t>A. Lập kế hoạch, tổ chức, lãnh đạo, kiểm tra</w:t>
      </w:r>
    </w:p>
    <w:p>
      <w:pPr>
        <w:pStyle w:val="ListParagraph"/>
      </w:pPr>
      <w:r>
        <w:rPr>
          <w:sz w:val="22"/>
        </w:rPr>
        <w:t>B. Hoạch định, nhân sự, chỉ huy, phối hợp</w:t>
      </w:r>
    </w:p>
    <w:p>
      <w:pPr>
        <w:pStyle w:val="ListParagraph"/>
      </w:pPr>
      <w:r>
        <w:rPr>
          <w:sz w:val="22"/>
        </w:rPr>
        <w:t>C. Hoạch định, tổ chức, phối hợp, báo cáo</w:t>
      </w:r>
    </w:p>
    <w:p>
      <w:pPr>
        <w:pStyle w:val="ListParagraph"/>
      </w:pPr>
      <w:r>
        <w:rPr>
          <w:sz w:val="22"/>
        </w:rPr>
        <w:t>D. Kế hoạch, chỉ đạo, tổ chức, kiểm tra</w:t>
      </w:r>
    </w:p>
    <w:p/>
    <w:p>
      <w:r>
        <w:rPr>
          <w:b/>
          <w:sz w:val="24"/>
        </w:rPr>
        <w:t>Câu 9: Trong 1 tổ chức, các cấp bậc quản lý thường được chia thành:</w:t>
      </w:r>
    </w:p>
    <w:p>
      <w:pPr>
        <w:pStyle w:val="ListParagraph"/>
      </w:pPr>
      <w:r>
        <w:rPr>
          <w:sz w:val="22"/>
        </w:rPr>
        <w:t>A. 2 cấp quản lý</w:t>
      </w:r>
    </w:p>
    <w:p>
      <w:pPr>
        <w:pStyle w:val="ListParagraph"/>
      </w:pPr>
      <w:r>
        <w:rPr>
          <w:sz w:val="22"/>
        </w:rPr>
        <w:t>B. 3 cấp quản lý</w:t>
      </w:r>
    </w:p>
    <w:p>
      <w:pPr>
        <w:pStyle w:val="ListParagraph"/>
      </w:pPr>
      <w:r>
        <w:rPr>
          <w:sz w:val="22"/>
        </w:rPr>
        <w:t>C. 4 cấp quản lý</w:t>
      </w:r>
    </w:p>
    <w:p>
      <w:pPr>
        <w:pStyle w:val="ListParagraph"/>
      </w:pPr>
      <w:r>
        <w:rPr>
          <w:sz w:val="22"/>
        </w:rPr>
        <w:t>D. 5 cấp quản lý</w:t>
      </w:r>
    </w:p>
    <w:p/>
    <w:p>
      <w:r>
        <w:rPr>
          <w:b/>
          <w:sz w:val="24"/>
        </w:rPr>
        <w:t>Câu 10: Quan hệ giữa cấp bậc quản lý và các kỹ năng</w:t>
      </w:r>
    </w:p>
    <w:p>
      <w:pPr>
        <w:pStyle w:val="ListParagraph"/>
      </w:pPr>
      <w:r>
        <w:rPr>
          <w:sz w:val="22"/>
        </w:rPr>
        <w:t>A. Chức vụ càng thấp thì kĩ năng về chuyên môn càng quan trọng</w:t>
      </w:r>
    </w:p>
    <w:p>
      <w:pPr>
        <w:pStyle w:val="ListParagraph"/>
      </w:pPr>
      <w:r>
        <w:rPr>
          <w:sz w:val="22"/>
        </w:rPr>
        <w:t>B. Chức vụ càng cao thì kỹ năng về bao quát càng quan trọng</w:t>
      </w:r>
    </w:p>
    <w:p>
      <w:pPr>
        <w:pStyle w:val="ListParagraph"/>
      </w:pPr>
      <w:r>
        <w:rPr>
          <w:sz w:val="22"/>
        </w:rPr>
        <w:t>C. Nhà quản lý cần tất cả các kỹ năng, tuy nhiên chức vụ càng cao thì kỹ năng bao quát càng quan trọng</w:t>
      </w:r>
    </w:p>
    <w:p>
      <w:pPr>
        <w:pStyle w:val="ListParagraph"/>
      </w:pPr>
      <w:r>
        <w:rPr>
          <w:sz w:val="22"/>
        </w:rPr>
        <w:t>D. Tất cả những tuyên bố đưa ra đều sai</w:t>
      </w:r>
    </w:p>
    <w:p/>
    <w:p>
      <w:r>
        <w:rPr>
          <w:b/>
          <w:sz w:val="24"/>
        </w:rPr>
        <w:t>Câu 11: Kỹ năng nào cần thiết ở mức độ như nhau đối với các nhà quản lý</w:t>
      </w:r>
    </w:p>
    <w:p>
      <w:pPr>
        <w:pStyle w:val="ListParagraph"/>
      </w:pPr>
      <w:r>
        <w:rPr>
          <w:sz w:val="22"/>
        </w:rPr>
        <w:t>A. Bao quát</w:t>
      </w:r>
    </w:p>
    <w:p>
      <w:pPr>
        <w:pStyle w:val="ListParagraph"/>
      </w:pPr>
      <w:r>
        <w:rPr>
          <w:sz w:val="22"/>
        </w:rPr>
        <w:t>B. Chuyên môn</w:t>
      </w:r>
    </w:p>
    <w:p>
      <w:pPr>
        <w:pStyle w:val="ListParagraph"/>
      </w:pPr>
      <w:r>
        <w:rPr>
          <w:sz w:val="22"/>
        </w:rPr>
        <w:t>C. Làm việc</w:t>
      </w:r>
    </w:p>
    <w:p>
      <w:pPr>
        <w:pStyle w:val="ListParagraph"/>
      </w:pPr>
      <w:r>
        <w:rPr>
          <w:sz w:val="22"/>
        </w:rPr>
        <w:t>D. Tất cả các đáp án đều sai</w:t>
      </w:r>
    </w:p>
    <w:p/>
    <w:p>
      <w:r>
        <w:rPr>
          <w:b/>
          <w:sz w:val="24"/>
        </w:rPr>
        <w:t>Câu 12: Phát biểu nào sau đây không đúng về “chủ thể quản lý”?</w:t>
      </w:r>
    </w:p>
    <w:p>
      <w:pPr>
        <w:pStyle w:val="ListParagraph"/>
      </w:pPr>
      <w:r>
        <w:rPr>
          <w:sz w:val="22"/>
        </w:rPr>
        <w:t>A. Chủ thể quản lý được hiểu là “người quản lý”</w:t>
      </w:r>
    </w:p>
    <w:p>
      <w:pPr>
        <w:pStyle w:val="ListParagraph"/>
      </w:pPr>
      <w:r>
        <w:rPr>
          <w:sz w:val="22"/>
        </w:rPr>
        <w:t>B. Chủ thể quản lý đưa ra định hướng cho đối tượng quản lý</w:t>
      </w:r>
    </w:p>
    <w:p>
      <w:pPr>
        <w:pStyle w:val="ListParagraph"/>
      </w:pPr>
      <w:r>
        <w:rPr>
          <w:sz w:val="22"/>
        </w:rPr>
        <w:t>C. Chủ thể quản lý luôn phải tìm cách giảm thiểu xung đột với Đối tượng quản lý</w:t>
      </w:r>
    </w:p>
    <w:p>
      <w:pPr>
        <w:pStyle w:val="ListParagraph"/>
      </w:pPr>
      <w:r>
        <w:rPr>
          <w:sz w:val="22"/>
        </w:rPr>
        <w:t>D. Chủ thể quản lý sử dụng những công cụ, phương pháp quản lý để đạt được mục tiêu quản lý.</w:t>
      </w:r>
    </w:p>
    <w:p/>
    <w:p>
      <w:r>
        <w:rPr>
          <w:b/>
          <w:sz w:val="24"/>
        </w:rPr>
        <w:t>Câu 13: Phát biểu nào sau đây là đúng?</w:t>
      </w:r>
    </w:p>
    <w:p>
      <w:pPr>
        <w:pStyle w:val="ListParagraph"/>
      </w:pPr>
      <w:r>
        <w:rPr>
          <w:sz w:val="22"/>
        </w:rPr>
        <w:t>A. Khách thể quản lý là trật tự quản lý mà chủ thể quản lý mong muốn thiết lập để đạt được mục tiêu quản lý.</w:t>
      </w:r>
    </w:p>
    <w:p>
      <w:pPr>
        <w:pStyle w:val="ListParagraph"/>
      </w:pPr>
      <w:r>
        <w:rPr>
          <w:sz w:val="22"/>
        </w:rPr>
        <w:t>B. Chủ thể quản lý cũng chính là Khách thể quản lý</w:t>
      </w:r>
    </w:p>
    <w:p>
      <w:pPr>
        <w:pStyle w:val="ListParagraph"/>
      </w:pPr>
      <w:r>
        <w:rPr>
          <w:sz w:val="22"/>
        </w:rPr>
        <w:t>C. Đối tượng quản lý không phải chịu trách nghiệm về kết quả công việc được giao.</w:t>
      </w:r>
    </w:p>
    <w:p>
      <w:pPr>
        <w:pStyle w:val="ListParagraph"/>
      </w:pPr>
      <w:r>
        <w:rPr>
          <w:sz w:val="22"/>
        </w:rPr>
        <w:t>D. Tất cả các đáp án đều đúng</w:t>
      </w:r>
    </w:p>
    <w:p/>
    <w:p>
      <w:r>
        <w:rPr>
          <w:b/>
          <w:sz w:val="24"/>
        </w:rPr>
        <w:t>Câu 14: Đặc điểm nào dưới đây phù hợp với Những tiếp cận mới trong điều kiện của cuộc cách mạng công nghiệp lần thứ tư:</w:t>
      </w:r>
    </w:p>
    <w:p>
      <w:pPr>
        <w:pStyle w:val="ListParagraph"/>
      </w:pPr>
      <w:r>
        <w:rPr>
          <w:sz w:val="22"/>
        </w:rPr>
        <w:t>A. Con người là nguồn lực trung tâm để quản lý</w:t>
      </w:r>
    </w:p>
    <w:p>
      <w:pPr>
        <w:pStyle w:val="ListParagraph"/>
      </w:pPr>
      <w:r>
        <w:rPr>
          <w:sz w:val="22"/>
        </w:rPr>
        <w:t>B. Tập trung vào những ứng dụng công nghệ trong quản lý.</w:t>
      </w:r>
    </w:p>
    <w:p>
      <w:pPr>
        <w:pStyle w:val="ListParagraph"/>
      </w:pPr>
      <w:r>
        <w:rPr>
          <w:sz w:val="22"/>
        </w:rPr>
        <w:t>C. Luôn nâng cao hiệu quả quản lý.</w:t>
      </w:r>
    </w:p>
    <w:p>
      <w:pPr>
        <w:pStyle w:val="ListParagraph"/>
      </w:pPr>
      <w:r>
        <w:rPr>
          <w:sz w:val="22"/>
        </w:rPr>
        <w:t>D. Tất cả các đáp án đều đúng</w:t>
      </w:r>
    </w:p>
    <w:p/>
    <w:p>
      <w:r>
        <w:rPr>
          <w:b/>
          <w:sz w:val="24"/>
        </w:rPr>
        <w:t>Câu 15: Phương pháp nào không phải là phương pháp nghiên cứu của Khoa học quản lý?</w:t>
      </w:r>
    </w:p>
    <w:p>
      <w:pPr>
        <w:pStyle w:val="ListParagraph"/>
      </w:pPr>
      <w:r>
        <w:rPr>
          <w:sz w:val="22"/>
        </w:rPr>
        <w:t>A. Phương pháp lịch sử và logic</w:t>
      </w:r>
    </w:p>
    <w:p>
      <w:pPr>
        <w:pStyle w:val="ListParagraph"/>
      </w:pPr>
      <w:r>
        <w:rPr>
          <w:sz w:val="22"/>
        </w:rPr>
        <w:t>B. Phương pháp phân tích và tổng hợp</w:t>
      </w:r>
    </w:p>
    <w:p>
      <w:pPr>
        <w:pStyle w:val="ListParagraph"/>
      </w:pPr>
      <w:r>
        <w:rPr>
          <w:sz w:val="22"/>
        </w:rPr>
        <w:t>C. Phương pháp phân quyền</w:t>
      </w:r>
    </w:p>
    <w:p>
      <w:pPr>
        <w:pStyle w:val="ListParagraph"/>
      </w:pPr>
      <w:r>
        <w:rPr>
          <w:sz w:val="22"/>
        </w:rPr>
        <w:t>D. Phương pháp hệ thống</w:t>
      </w:r>
    </w:p>
    <w:p/>
    <w:p>
      <w:r>
        <w:rPr>
          <w:b/>
          <w:sz w:val="24"/>
        </w:rPr>
        <w:t>Câu 16: Phương pháp và kỹ thuật cụ thể nào không được sử dụng trong khoa học quản lý?</w:t>
      </w:r>
    </w:p>
    <w:p>
      <w:pPr>
        <w:pStyle w:val="ListParagraph"/>
      </w:pPr>
      <w:r>
        <w:rPr>
          <w:sz w:val="22"/>
        </w:rPr>
        <w:t>A. Phương pháp mô hình hóa</w:t>
      </w:r>
    </w:p>
    <w:p>
      <w:pPr>
        <w:pStyle w:val="ListParagraph"/>
      </w:pPr>
      <w:r>
        <w:rPr>
          <w:sz w:val="22"/>
        </w:rPr>
        <w:t>B. Phương pháp thực nghiệm xã hội</w:t>
      </w:r>
    </w:p>
    <w:p>
      <w:pPr>
        <w:pStyle w:val="ListParagraph"/>
      </w:pPr>
      <w:r>
        <w:rPr>
          <w:sz w:val="22"/>
        </w:rPr>
        <w:t>C. Phương pháp khảo sát xã hội học</w:t>
      </w:r>
    </w:p>
    <w:p>
      <w:pPr>
        <w:pStyle w:val="ListParagraph"/>
      </w:pPr>
      <w:r>
        <w:rPr>
          <w:sz w:val="22"/>
        </w:rPr>
        <w:t>D. Phương pháp phỏng vấn nhóm và phỏng vấn sâu</w:t>
      </w:r>
    </w:p>
    <w:p/>
    <w:p>
      <w:r>
        <w:rPr>
          <w:b/>
          <w:sz w:val="24"/>
        </w:rPr>
        <w:t>Câu 17: Đâu là yếu tố nằm trong quy trình chung bắt buộc đối với mọi nhà quản lý phải tuân theo</w:t>
      </w:r>
    </w:p>
    <w:p>
      <w:pPr>
        <w:pStyle w:val="ListParagraph"/>
      </w:pPr>
      <w:r>
        <w:rPr>
          <w:sz w:val="22"/>
        </w:rPr>
        <w:t>A. Định hướng nhân viên</w:t>
      </w:r>
    </w:p>
    <w:p>
      <w:pPr>
        <w:pStyle w:val="ListParagraph"/>
      </w:pPr>
      <w:r>
        <w:rPr>
          <w:sz w:val="22"/>
        </w:rPr>
        <w:t>B. Tạo động lực cho nhân viên</w:t>
      </w:r>
    </w:p>
    <w:p>
      <w:pPr>
        <w:pStyle w:val="ListParagraph"/>
      </w:pPr>
      <w:r>
        <w:rPr>
          <w:sz w:val="22"/>
        </w:rPr>
        <w:t>C. Lập kế hoạch</w:t>
      </w:r>
    </w:p>
    <w:p>
      <w:pPr>
        <w:pStyle w:val="ListParagraph"/>
      </w:pPr>
      <w:r>
        <w:rPr>
          <w:sz w:val="22"/>
        </w:rPr>
        <w:t>D. Tất cả các đáp án đều đúng</w:t>
      </w:r>
    </w:p>
    <w:p/>
    <w:p>
      <w:r>
        <w:rPr>
          <w:b/>
          <w:sz w:val="24"/>
        </w:rPr>
        <w:t>Câu 18: Trước khi Khoa học quản lý hiện đại xuất hiện, con người vẫn quản lý theo...?</w:t>
      </w:r>
    </w:p>
    <w:p>
      <w:pPr>
        <w:pStyle w:val="ListParagraph"/>
      </w:pPr>
      <w:r>
        <w:rPr>
          <w:sz w:val="22"/>
        </w:rPr>
        <w:t>A. Các quy trình quản lý</w:t>
      </w:r>
    </w:p>
    <w:p>
      <w:pPr>
        <w:pStyle w:val="ListParagraph"/>
      </w:pPr>
      <w:r>
        <w:rPr>
          <w:sz w:val="22"/>
        </w:rPr>
        <w:t>B. Kinh nghiệm sẵn có</w:t>
      </w:r>
    </w:p>
    <w:p>
      <w:pPr>
        <w:pStyle w:val="ListParagraph"/>
      </w:pPr>
      <w:r>
        <w:rPr>
          <w:sz w:val="22"/>
        </w:rPr>
        <w:t>C. Các phương pháp quản lý</w:t>
      </w:r>
    </w:p>
    <w:p>
      <w:pPr>
        <w:pStyle w:val="ListParagraph"/>
      </w:pPr>
      <w:r>
        <w:rPr>
          <w:sz w:val="22"/>
        </w:rPr>
        <w:t>D. Tất cả các đáp án đều đúng</w:t>
      </w:r>
    </w:p>
    <w:p/>
    <w:p>
      <w:r>
        <w:rPr>
          <w:b/>
          <w:sz w:val="24"/>
        </w:rPr>
        <w:t>Câu 19: Đâu không phải là đặc điểm của Phương pháp phân tích và tổng hợp trong Khoa học quản lý?</w:t>
      </w:r>
    </w:p>
    <w:p>
      <w:pPr>
        <w:pStyle w:val="ListParagraph"/>
      </w:pPr>
      <w:r>
        <w:rPr>
          <w:sz w:val="22"/>
        </w:rPr>
        <w:t>A. Phương pháp phân tích và phương pháp tổng hợp có quan hệ mật thiết với nhau</w:t>
      </w:r>
    </w:p>
    <w:p>
      <w:pPr>
        <w:pStyle w:val="ListParagraph"/>
      </w:pPr>
      <w:r>
        <w:rPr>
          <w:sz w:val="22"/>
        </w:rPr>
        <w:t>B. Phân tích là phương pháp chia nhỏ toàn bộ ra thành từng bộ phận nhỏ hơn để phân tích</w:t>
      </w:r>
    </w:p>
    <w:p>
      <w:pPr>
        <w:pStyle w:val="ListParagraph"/>
      </w:pPr>
      <w:r>
        <w:rPr>
          <w:sz w:val="22"/>
        </w:rPr>
        <w:t>C. Tổng hợp là phương pháp liên kết, thống nhất các bộ phận đã được phân tích để nhận thức cái toàn bộ</w:t>
      </w:r>
    </w:p>
    <w:p>
      <w:pPr>
        <w:pStyle w:val="ListParagraph"/>
      </w:pPr>
      <w:r>
        <w:rPr>
          <w:sz w:val="22"/>
        </w:rPr>
        <w:t>D. Tùy theo đối tượng và mục tiêu nghiên cứu, người nghiên cứu nên chọn hoàn toàn 1 trong 2 phương pháp để sử dụng</w:t>
      </w:r>
    </w:p>
    <w:p/>
    <w:p>
      <w:r>
        <w:rPr>
          <w:b/>
          <w:sz w:val="24"/>
        </w:rPr>
        <w:t>Câu 20: Sử dụng phương thức Phản hồi tích cực để quản lý khuyến khích nhân viên làm việc tốt hơn, gắn bó hơn với công ty là quản lý theo hướng:</w:t>
      </w:r>
    </w:p>
    <w:p>
      <w:pPr>
        <w:pStyle w:val="ListParagraph"/>
      </w:pPr>
      <w:r>
        <w:rPr>
          <w:sz w:val="22"/>
        </w:rPr>
        <w:t>A. Toán học</w:t>
      </w:r>
    </w:p>
    <w:p>
      <w:pPr>
        <w:pStyle w:val="ListParagraph"/>
      </w:pPr>
      <w:r>
        <w:rPr>
          <w:sz w:val="22"/>
        </w:rPr>
        <w:t>B. Hệ thống</w:t>
      </w:r>
    </w:p>
    <w:p>
      <w:pPr>
        <w:pStyle w:val="ListParagraph"/>
      </w:pPr>
      <w:r>
        <w:rPr>
          <w:sz w:val="22"/>
        </w:rPr>
        <w:t>C. Khoa học hành vi</w:t>
      </w:r>
    </w:p>
    <w:p>
      <w:pPr>
        <w:pStyle w:val="ListParagraph"/>
      </w:pPr>
      <w:r>
        <w:rPr>
          <w:sz w:val="22"/>
        </w:rPr>
        <w:t>D. Không có đáp án đúng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