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gián tiếp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Chọn câu gián tiếp đúng cho câu trực tiếp: "I am tired," she said.</w:t>
      </w:r>
    </w:p>
    <w:p>
      <w:pPr>
        <w:pStyle w:val="ListParagraph"/>
      </w:pPr>
      <w:r>
        <w:rPr>
          <w:sz w:val="22"/>
        </w:rPr>
        <w:t>A. She said that she is tired.</w:t>
      </w:r>
    </w:p>
    <w:p>
      <w:pPr>
        <w:pStyle w:val="ListParagraph"/>
      </w:pPr>
      <w:r>
        <w:rPr>
          <w:sz w:val="22"/>
        </w:rPr>
        <w:t>B. She said that she was tired.</w:t>
      </w:r>
    </w:p>
    <w:p>
      <w:pPr>
        <w:pStyle w:val="ListParagraph"/>
      </w:pPr>
      <w:r>
        <w:rPr>
          <w:sz w:val="22"/>
        </w:rPr>
        <w:t>C. She said that she were tired.</w:t>
      </w:r>
    </w:p>
    <w:p>
      <w:pPr>
        <w:pStyle w:val="ListParagraph"/>
      </w:pPr>
      <w:r>
        <w:rPr>
          <w:sz w:val="22"/>
        </w:rPr>
        <w:t>D. She said that she has been tired.</w:t>
      </w:r>
    </w:p>
    <w:p/>
    <w:p>
      <w:r>
        <w:rPr>
          <w:b/>
          <w:sz w:val="24"/>
        </w:rPr>
        <w:t>Câu 2: Chọn câu gián tiếp đúng: He said, "I will go to school tomorrow."</w:t>
      </w:r>
    </w:p>
    <w:p>
      <w:pPr>
        <w:pStyle w:val="ListParagraph"/>
      </w:pPr>
      <w:r>
        <w:rPr>
          <w:sz w:val="22"/>
        </w:rPr>
        <w:t>A. He said that he will go to school tomorrow.</w:t>
      </w:r>
    </w:p>
    <w:p>
      <w:pPr>
        <w:pStyle w:val="ListParagraph"/>
      </w:pPr>
      <w:r>
        <w:rPr>
          <w:sz w:val="22"/>
        </w:rPr>
        <w:t>B. He said that he would go to school tomorrow.</w:t>
      </w:r>
    </w:p>
    <w:p>
      <w:pPr>
        <w:pStyle w:val="ListParagraph"/>
      </w:pPr>
      <w:r>
        <w:rPr>
          <w:sz w:val="22"/>
        </w:rPr>
        <w:t>C. He said that he goes to school tomorrow.</w:t>
      </w:r>
    </w:p>
    <w:p>
      <w:pPr>
        <w:pStyle w:val="ListParagraph"/>
      </w:pPr>
      <w:r>
        <w:rPr>
          <w:sz w:val="22"/>
        </w:rPr>
        <w:t>D. He said that he went to school the next day.</w:t>
      </w:r>
    </w:p>
    <w:p/>
    <w:p>
      <w:r>
        <w:rPr>
          <w:b/>
          <w:sz w:val="24"/>
        </w:rPr>
        <w:t>Câu 3: Chọn câu gián tiếp đúng: Mary said, "I have finished my homework."</w:t>
      </w:r>
    </w:p>
    <w:p>
      <w:pPr>
        <w:pStyle w:val="ListParagraph"/>
      </w:pPr>
      <w:r>
        <w:rPr>
          <w:sz w:val="22"/>
        </w:rPr>
        <w:t>A. Mary said that she has finished her homework.</w:t>
      </w:r>
    </w:p>
    <w:p>
      <w:pPr>
        <w:pStyle w:val="ListParagraph"/>
      </w:pPr>
      <w:r>
        <w:rPr>
          <w:sz w:val="22"/>
        </w:rPr>
        <w:t>B. Mary said that she had finished her homework.</w:t>
      </w:r>
    </w:p>
    <w:p>
      <w:pPr>
        <w:pStyle w:val="ListParagraph"/>
      </w:pPr>
      <w:r>
        <w:rPr>
          <w:sz w:val="22"/>
        </w:rPr>
        <w:t>C. Mary said that she finished her homework.</w:t>
      </w:r>
    </w:p>
    <w:p>
      <w:pPr>
        <w:pStyle w:val="ListParagraph"/>
      </w:pPr>
      <w:r>
        <w:rPr>
          <w:sz w:val="22"/>
        </w:rPr>
        <w:t>D. Mary said that she finishes her homework.</w:t>
      </w:r>
    </w:p>
    <w:p/>
    <w:p>
      <w:r>
        <w:rPr>
          <w:b/>
          <w:sz w:val="24"/>
        </w:rPr>
        <w:t>Câu 4: Chọn câu gián tiếp đúng: They said, "We are playing football now."</w:t>
      </w:r>
    </w:p>
    <w:p>
      <w:pPr>
        <w:pStyle w:val="ListParagraph"/>
      </w:pPr>
      <w:r>
        <w:rPr>
          <w:sz w:val="22"/>
        </w:rPr>
        <w:t>A. They said that they are playing football now.</w:t>
      </w:r>
    </w:p>
    <w:p>
      <w:pPr>
        <w:pStyle w:val="ListParagraph"/>
      </w:pPr>
      <w:r>
        <w:rPr>
          <w:sz w:val="22"/>
        </w:rPr>
        <w:t>B. They said that they were playing football then.</w:t>
      </w:r>
    </w:p>
    <w:p>
      <w:pPr>
        <w:pStyle w:val="ListParagraph"/>
      </w:pPr>
      <w:r>
        <w:rPr>
          <w:sz w:val="22"/>
        </w:rPr>
        <w:t>C. They said that they play football then.</w:t>
      </w:r>
    </w:p>
    <w:p>
      <w:pPr>
        <w:pStyle w:val="ListParagraph"/>
      </w:pPr>
      <w:r>
        <w:rPr>
          <w:sz w:val="22"/>
        </w:rPr>
        <w:t>D. They said that they have played football then.</w:t>
      </w:r>
    </w:p>
    <w:p/>
    <w:p>
      <w:r>
        <w:rPr>
          <w:b/>
          <w:sz w:val="24"/>
        </w:rPr>
        <w:t>Câu 5: Chọn câu gián tiếp đúng: Tom said, "I can swim very well."</w:t>
      </w:r>
    </w:p>
    <w:p>
      <w:pPr>
        <w:pStyle w:val="ListParagraph"/>
      </w:pPr>
      <w:r>
        <w:rPr>
          <w:sz w:val="22"/>
        </w:rPr>
        <w:t>A. Tom said that he can swim very well.</w:t>
      </w:r>
    </w:p>
    <w:p>
      <w:pPr>
        <w:pStyle w:val="ListParagraph"/>
      </w:pPr>
      <w:r>
        <w:rPr>
          <w:sz w:val="22"/>
        </w:rPr>
        <w:t>B. Tom said that he could swim very well.</w:t>
      </w:r>
    </w:p>
    <w:p>
      <w:pPr>
        <w:pStyle w:val="ListParagraph"/>
      </w:pPr>
      <w:r>
        <w:rPr>
          <w:sz w:val="22"/>
        </w:rPr>
        <w:t>C. Tom said that he may swim very well.</w:t>
      </w:r>
    </w:p>
    <w:p>
      <w:pPr>
        <w:pStyle w:val="ListParagraph"/>
      </w:pPr>
      <w:r>
        <w:rPr>
          <w:sz w:val="22"/>
        </w:rPr>
        <w:t>D. Tom said that he will swim very well.</w:t>
      </w:r>
    </w:p>
    <w:p/>
    <w:p>
      <w:r>
        <w:rPr>
          <w:b/>
          <w:sz w:val="24"/>
        </w:rPr>
        <w:t>Câu 6: Chọn câu gián tiếp đúng: The teacher said, "Don't talk in class."</w:t>
      </w:r>
    </w:p>
    <w:p>
      <w:pPr>
        <w:pStyle w:val="ListParagraph"/>
      </w:pPr>
      <w:r>
        <w:rPr>
          <w:sz w:val="22"/>
        </w:rPr>
        <w:t>A. The teacher told us not to talk in class.</w:t>
      </w:r>
    </w:p>
    <w:p>
      <w:pPr>
        <w:pStyle w:val="ListParagraph"/>
      </w:pPr>
      <w:r>
        <w:rPr>
          <w:sz w:val="22"/>
        </w:rPr>
        <w:t>B. The teacher said us not to talk in class.</w:t>
      </w:r>
    </w:p>
    <w:p>
      <w:pPr>
        <w:pStyle w:val="ListParagraph"/>
      </w:pPr>
      <w:r>
        <w:rPr>
          <w:sz w:val="22"/>
        </w:rPr>
        <w:t>C. The teacher told us don't talk in class.</w:t>
      </w:r>
    </w:p>
    <w:p>
      <w:pPr>
        <w:pStyle w:val="ListParagraph"/>
      </w:pPr>
      <w:r>
        <w:rPr>
          <w:sz w:val="22"/>
        </w:rPr>
        <w:t>D. The teacher asked us not talk in class.</w:t>
      </w:r>
    </w:p>
    <w:p/>
    <w:p>
      <w:r>
        <w:rPr>
          <w:b/>
          <w:sz w:val="24"/>
        </w:rPr>
        <w:t>Câu 7: Chọn câu gián tiếp đúng: She asked me, "Where do you live?"</w:t>
      </w:r>
    </w:p>
    <w:p>
      <w:pPr>
        <w:pStyle w:val="ListParagraph"/>
      </w:pPr>
      <w:r>
        <w:rPr>
          <w:sz w:val="22"/>
        </w:rPr>
        <w:t>A. She asked me where I live.</w:t>
      </w:r>
    </w:p>
    <w:p>
      <w:pPr>
        <w:pStyle w:val="ListParagraph"/>
      </w:pPr>
      <w:r>
        <w:rPr>
          <w:sz w:val="22"/>
        </w:rPr>
        <w:t>B. She asked me where I lived.</w:t>
      </w:r>
    </w:p>
    <w:p>
      <w:pPr>
        <w:pStyle w:val="ListParagraph"/>
      </w:pPr>
      <w:r>
        <w:rPr>
          <w:sz w:val="22"/>
        </w:rPr>
        <w:t>C. She asked me where do I live.</w:t>
      </w:r>
    </w:p>
    <w:p>
      <w:pPr>
        <w:pStyle w:val="ListParagraph"/>
      </w:pPr>
      <w:r>
        <w:rPr>
          <w:sz w:val="22"/>
        </w:rPr>
        <w:t>D. She asked me where did I live.</w:t>
      </w:r>
    </w:p>
    <w:p/>
    <w:p>
      <w:r>
        <w:rPr>
          <w:b/>
          <w:sz w:val="24"/>
        </w:rPr>
        <w:t>Câu 8: Chọn câu gián tiếp đúng: He said, "I have seen this film before."</w:t>
      </w:r>
    </w:p>
    <w:p>
      <w:pPr>
        <w:pStyle w:val="ListParagraph"/>
      </w:pPr>
      <w:r>
        <w:rPr>
          <w:sz w:val="22"/>
        </w:rPr>
        <w:t>A. He said that he has seen that film before.</w:t>
      </w:r>
    </w:p>
    <w:p>
      <w:pPr>
        <w:pStyle w:val="ListParagraph"/>
      </w:pPr>
      <w:r>
        <w:rPr>
          <w:sz w:val="22"/>
        </w:rPr>
        <w:t>B. He said that he had seen that film before.</w:t>
      </w:r>
    </w:p>
    <w:p>
      <w:pPr>
        <w:pStyle w:val="ListParagraph"/>
      </w:pPr>
      <w:r>
        <w:rPr>
          <w:sz w:val="22"/>
        </w:rPr>
        <w:t>C. He said that he saw that film before.</w:t>
      </w:r>
    </w:p>
    <w:p>
      <w:pPr>
        <w:pStyle w:val="ListParagraph"/>
      </w:pPr>
      <w:r>
        <w:rPr>
          <w:sz w:val="22"/>
        </w:rPr>
        <w:t>D. He said that he sees that film before.</w:t>
      </w:r>
    </w:p>
    <w:p/>
    <w:p>
      <w:r>
        <w:rPr>
          <w:b/>
          <w:sz w:val="24"/>
        </w:rPr>
        <w:t>Câu 9: Chọn câu gián tiếp đúng: They said, "We will visit you next week."</w:t>
      </w:r>
    </w:p>
    <w:p>
      <w:pPr>
        <w:pStyle w:val="ListParagraph"/>
      </w:pPr>
      <w:r>
        <w:rPr>
          <w:sz w:val="22"/>
        </w:rPr>
        <w:t>A. They said that they will visit you next week.</w:t>
      </w:r>
    </w:p>
    <w:p>
      <w:pPr>
        <w:pStyle w:val="ListParagraph"/>
      </w:pPr>
      <w:r>
        <w:rPr>
          <w:sz w:val="22"/>
        </w:rPr>
        <w:t>B. They said that they would visit you next week.</w:t>
      </w:r>
    </w:p>
    <w:p>
      <w:pPr>
        <w:pStyle w:val="ListParagraph"/>
      </w:pPr>
      <w:r>
        <w:rPr>
          <w:sz w:val="22"/>
        </w:rPr>
        <w:t>C. They said that they would visit me the following week.</w:t>
      </w:r>
    </w:p>
    <w:p>
      <w:pPr>
        <w:pStyle w:val="ListParagraph"/>
      </w:pPr>
      <w:r>
        <w:rPr>
          <w:sz w:val="22"/>
        </w:rPr>
        <w:t>D. They said that they visit me the following week.</w:t>
      </w:r>
    </w:p>
    <w:p/>
    <w:p>
      <w:r>
        <w:rPr>
          <w:b/>
          <w:sz w:val="24"/>
        </w:rPr>
        <w:t>Câu 10: Chọn câu gián tiếp đúng: My mother said, "I am cooking dinner now."</w:t>
      </w:r>
    </w:p>
    <w:p>
      <w:pPr>
        <w:pStyle w:val="ListParagraph"/>
      </w:pPr>
      <w:r>
        <w:rPr>
          <w:sz w:val="22"/>
        </w:rPr>
        <w:t>A. My mother said that she is cooking dinner now.</w:t>
      </w:r>
    </w:p>
    <w:p>
      <w:pPr>
        <w:pStyle w:val="ListParagraph"/>
      </w:pPr>
      <w:r>
        <w:rPr>
          <w:sz w:val="22"/>
        </w:rPr>
        <w:t>B. My mother said that she was cooking dinner then.</w:t>
      </w:r>
    </w:p>
    <w:p>
      <w:pPr>
        <w:pStyle w:val="ListParagraph"/>
      </w:pPr>
      <w:r>
        <w:rPr>
          <w:sz w:val="22"/>
        </w:rPr>
        <w:t>C. My mother said that she cooks dinner then.</w:t>
      </w:r>
    </w:p>
    <w:p>
      <w:pPr>
        <w:pStyle w:val="ListParagraph"/>
      </w:pPr>
      <w:r>
        <w:rPr>
          <w:sz w:val="22"/>
        </w:rPr>
        <w:t>D. My mother said that she cooked dinner then.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