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10 câu trắc nghiệm về bài 2 tin học 12 sá...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Ứng dụng nào sau đây không phải là ứng dụng của AI trong đời sống?</w:t>
      </w:r>
    </w:p>
    <w:p>
      <w:pPr>
        <w:pStyle w:val="ListParagraph"/>
      </w:pPr>
      <w:r>
        <w:rPr>
          <w:sz w:val="22"/>
        </w:rPr>
        <w:t>A. Nhận dạng khuôn mặt</w:t>
      </w:r>
    </w:p>
    <w:p>
      <w:pPr>
        <w:pStyle w:val="ListParagraph"/>
      </w:pPr>
      <w:r>
        <w:rPr>
          <w:sz w:val="22"/>
        </w:rPr>
        <w:t>B. Trợ lý ảo</w:t>
      </w:r>
    </w:p>
    <w:p>
      <w:pPr>
        <w:pStyle w:val="ListParagraph"/>
      </w:pPr>
      <w:r>
        <w:rPr>
          <w:sz w:val="22"/>
        </w:rPr>
        <w:t>C. Xe tự lái</w:t>
      </w:r>
    </w:p>
    <w:p>
      <w:pPr>
        <w:pStyle w:val="ListParagraph"/>
      </w:pPr>
      <w:r>
        <w:rPr>
          <w:sz w:val="22"/>
        </w:rPr>
        <w:t>D. Gõ văn bản thủ công trên máy tính</w:t>
      </w:r>
    </w:p>
    <w:p/>
    <w:p>
      <w:r>
        <w:rPr>
          <w:b/>
          <w:sz w:val="24"/>
        </w:rPr>
        <w:t>Câu 2: Trong y tế, AI hỗ trợ bác sĩ bằng cách nào?</w:t>
      </w:r>
    </w:p>
    <w:p>
      <w:pPr>
        <w:pStyle w:val="ListParagraph"/>
      </w:pPr>
      <w:r>
        <w:rPr>
          <w:sz w:val="22"/>
        </w:rPr>
        <w:t>A. Thay thế hoàn toàn bác sĩ trong mọi ca phẫu thuật</w:t>
      </w:r>
    </w:p>
    <w:p>
      <w:pPr>
        <w:pStyle w:val="ListParagraph"/>
      </w:pPr>
      <w:r>
        <w:rPr>
          <w:sz w:val="22"/>
        </w:rPr>
        <w:t>B. Phân tích hình ảnh X-quang, MRI để phát hiện bất thường</w:t>
      </w:r>
    </w:p>
    <w:p>
      <w:pPr>
        <w:pStyle w:val="ListParagraph"/>
      </w:pPr>
      <w:r>
        <w:rPr>
          <w:sz w:val="22"/>
        </w:rPr>
        <w:t>C. Tự động kê đơn thuốc không cần kiểm tra</w:t>
      </w:r>
    </w:p>
    <w:p>
      <w:pPr>
        <w:pStyle w:val="ListParagraph"/>
      </w:pPr>
      <w:r>
        <w:rPr>
          <w:sz w:val="22"/>
        </w:rPr>
        <w:t>D. Bán thuốc tại nhà thuốc</w:t>
      </w:r>
    </w:p>
    <w:p/>
    <w:p>
      <w:r>
        <w:rPr>
          <w:b/>
          <w:sz w:val="24"/>
        </w:rPr>
        <w:t>Câu 3: Hệ thống gợi ý trên YouTube, Netflix, Shopee hoạt động dựa trên?</w:t>
      </w:r>
    </w:p>
    <w:p>
      <w:pPr>
        <w:pStyle w:val="ListParagraph"/>
      </w:pPr>
      <w:r>
        <w:rPr>
          <w:sz w:val="22"/>
        </w:rPr>
        <w:t>A. Chọn ngẫu nhiên</w:t>
      </w:r>
    </w:p>
    <w:p>
      <w:pPr>
        <w:pStyle w:val="ListParagraph"/>
      </w:pPr>
      <w:r>
        <w:rPr>
          <w:sz w:val="22"/>
        </w:rPr>
        <w:t>B. Nhập dữ liệu thủ công</w:t>
      </w:r>
    </w:p>
    <w:p>
      <w:pPr>
        <w:pStyle w:val="ListParagraph"/>
      </w:pPr>
      <w:r>
        <w:rPr>
          <w:sz w:val="22"/>
        </w:rPr>
        <w:t>C. AI phân tích sở thích, hành vi người dùng</w:t>
      </w:r>
    </w:p>
    <w:p>
      <w:pPr>
        <w:pStyle w:val="ListParagraph"/>
      </w:pPr>
      <w:r>
        <w:rPr>
          <w:sz w:val="22"/>
        </w:rPr>
        <w:t>D. In danh sách</w:t>
      </w:r>
    </w:p>
    <w:p/>
    <w:p>
      <w:r>
        <w:rPr>
          <w:b/>
          <w:sz w:val="24"/>
        </w:rPr>
        <w:t>Câu 4: Trợ lý ảo như Siri, Google Assistant có thể làm gì?</w:t>
      </w:r>
    </w:p>
    <w:p>
      <w:pPr>
        <w:pStyle w:val="ListParagraph"/>
      </w:pPr>
      <w:r>
        <w:rPr>
          <w:sz w:val="22"/>
        </w:rPr>
        <w:t>A. Sửa chữa phần cứng</w:t>
      </w:r>
    </w:p>
    <w:p>
      <w:pPr>
        <w:pStyle w:val="ListParagraph"/>
      </w:pPr>
      <w:r>
        <w:rPr>
          <w:sz w:val="22"/>
        </w:rPr>
        <w:t>B. Thay pin điện thoại</w:t>
      </w:r>
    </w:p>
    <w:p>
      <w:pPr>
        <w:pStyle w:val="ListParagraph"/>
      </w:pPr>
      <w:r>
        <w:rPr>
          <w:sz w:val="22"/>
        </w:rPr>
        <w:t>C. In 3D</w:t>
      </w:r>
    </w:p>
    <w:p>
      <w:pPr>
        <w:pStyle w:val="ListParagraph"/>
      </w:pPr>
      <w:r>
        <w:rPr>
          <w:sz w:val="22"/>
        </w:rPr>
        <w:t>D. Trả lời câu hỏi, đặt báo thức, điều khiển thiết bị thông minh</w:t>
      </w:r>
    </w:p>
    <w:p/>
    <w:p>
      <w:r>
        <w:rPr>
          <w:b/>
          <w:sz w:val="24"/>
        </w:rPr>
        <w:t>Câu 5: Xe tự lái sử dụng AI để làm gì?</w:t>
      </w:r>
    </w:p>
    <w:p>
      <w:pPr>
        <w:pStyle w:val="ListParagraph"/>
      </w:pPr>
      <w:r>
        <w:rPr>
          <w:sz w:val="22"/>
        </w:rPr>
        <w:t>A. Nhận biết làn đường, biển báo, chướng ngại vật và điều khiển xe</w:t>
      </w:r>
    </w:p>
    <w:p>
      <w:pPr>
        <w:pStyle w:val="ListParagraph"/>
      </w:pPr>
      <w:r>
        <w:rPr>
          <w:sz w:val="22"/>
        </w:rPr>
        <w:t>B. Tự động thay dầu</w:t>
      </w:r>
    </w:p>
    <w:p>
      <w:pPr>
        <w:pStyle w:val="ListParagraph"/>
      </w:pPr>
      <w:r>
        <w:rPr>
          <w:sz w:val="22"/>
        </w:rPr>
        <w:t>C. Rửa xe</w:t>
      </w:r>
    </w:p>
    <w:p>
      <w:pPr>
        <w:pStyle w:val="ListParagraph"/>
      </w:pPr>
      <w:r>
        <w:rPr>
          <w:sz w:val="22"/>
        </w:rPr>
        <w:t>D. Đổ xăng</w:t>
      </w:r>
    </w:p>
    <w:p/>
    <w:p>
      <w:r>
        <w:rPr>
          <w:b/>
          <w:sz w:val="24"/>
        </w:rPr>
        <w:t>Câu 6: Trong nông nghiệp, AI được ứng dụng để?</w:t>
      </w:r>
    </w:p>
    <w:p>
      <w:pPr>
        <w:pStyle w:val="ListParagraph"/>
      </w:pPr>
      <w:r>
        <w:rPr>
          <w:sz w:val="22"/>
        </w:rPr>
        <w:t>A. Cày đất bằng sức người</w:t>
      </w:r>
    </w:p>
    <w:p>
      <w:pPr>
        <w:pStyle w:val="ListParagraph"/>
      </w:pPr>
      <w:r>
        <w:rPr>
          <w:sz w:val="22"/>
        </w:rPr>
        <w:t>B. Theo dõi sức khỏe cây trồng, dự đoán sâu bệnh, tưới tiêu tự động</w:t>
      </w:r>
    </w:p>
    <w:p>
      <w:pPr>
        <w:pStyle w:val="ListParagraph"/>
      </w:pPr>
      <w:r>
        <w:rPr>
          <w:sz w:val="22"/>
        </w:rPr>
        <w:t>C. Thu hoạch thủ công</w:t>
      </w:r>
    </w:p>
    <w:p>
      <w:pPr>
        <w:pStyle w:val="ListParagraph"/>
      </w:pPr>
      <w:r>
        <w:rPr>
          <w:sz w:val="22"/>
        </w:rPr>
        <w:t>D. Bán nông sản</w:t>
      </w:r>
    </w:p>
    <w:p/>
    <w:p>
      <w:r>
        <w:rPr>
          <w:b/>
          <w:sz w:val="24"/>
        </w:rPr>
        <w:t>Câu 7: Một trong những thách thức của việc ứng dụng AI trong đời sống là?</w:t>
      </w:r>
    </w:p>
    <w:p>
      <w:pPr>
        <w:pStyle w:val="ListParagraph"/>
      </w:pPr>
      <w:r>
        <w:rPr>
          <w:sz w:val="22"/>
        </w:rPr>
        <w:t>A. AI không cần dữ liệu</w:t>
      </w:r>
    </w:p>
    <w:p>
      <w:pPr>
        <w:pStyle w:val="ListParagraph"/>
      </w:pPr>
      <w:r>
        <w:rPr>
          <w:sz w:val="22"/>
        </w:rPr>
        <w:t>B. AI không cần năng lượng</w:t>
      </w:r>
    </w:p>
    <w:p>
      <w:pPr>
        <w:pStyle w:val="ListParagraph"/>
      </w:pPr>
      <w:r>
        <w:rPr>
          <w:sz w:val="22"/>
        </w:rPr>
        <w:t>C. Nguy cơ xâm phạm quyền riêng tư và vấn đề đạo đức</w:t>
      </w:r>
    </w:p>
    <w:p>
      <w:pPr>
        <w:pStyle w:val="ListParagraph"/>
      </w:pPr>
      <w:r>
        <w:rPr>
          <w:sz w:val="22"/>
        </w:rPr>
        <w:t>D. AI không ảnh hưởng đến việc làm</w:t>
      </w:r>
    </w:p>
    <w:p/>
    <w:p>
      <w:r>
        <w:rPr>
          <w:b/>
          <w:sz w:val="24"/>
        </w:rPr>
        <w:t>Câu 8: AI tạo sinh (Generative AI) có thể tạo ra?</w:t>
      </w:r>
    </w:p>
    <w:p>
      <w:pPr>
        <w:pStyle w:val="ListParagraph"/>
      </w:pPr>
      <w:r>
        <w:rPr>
          <w:sz w:val="22"/>
        </w:rPr>
        <w:t>A. Chỉ bảng tính</w:t>
      </w:r>
    </w:p>
    <w:p>
      <w:pPr>
        <w:pStyle w:val="ListParagraph"/>
      </w:pPr>
      <w:r>
        <w:rPr>
          <w:sz w:val="22"/>
        </w:rPr>
        <w:t>B. Chỉ cơ sở dữ liệu</w:t>
      </w:r>
    </w:p>
    <w:p>
      <w:pPr>
        <w:pStyle w:val="ListParagraph"/>
      </w:pPr>
      <w:r>
        <w:rPr>
          <w:sz w:val="22"/>
        </w:rPr>
        <w:t>C. Chỉ file nén</w:t>
      </w:r>
    </w:p>
    <w:p>
      <w:pPr>
        <w:pStyle w:val="ListParagraph"/>
      </w:pPr>
      <w:r>
        <w:rPr>
          <w:sz w:val="22"/>
        </w:rPr>
        <w:t>D. Văn bản, hình ảnh, âm thanh, video mới</w:t>
      </w:r>
    </w:p>
    <w:p/>
    <w:p>
      <w:r>
        <w:rPr>
          <w:b/>
          <w:sz w:val="24"/>
        </w:rPr>
        <w:t>Câu 9: Chatbot chăm sóc khách hàng thường được dùng để?</w:t>
      </w:r>
    </w:p>
    <w:p>
      <w:pPr>
        <w:pStyle w:val="ListParagraph"/>
      </w:pPr>
      <w:r>
        <w:rPr>
          <w:sz w:val="22"/>
        </w:rPr>
        <w:t>A. Trả lời tự động các câu hỏi thường gặp 24/7</w:t>
      </w:r>
    </w:p>
    <w:p>
      <w:pPr>
        <w:pStyle w:val="ListParagraph"/>
      </w:pPr>
      <w:r>
        <w:rPr>
          <w:sz w:val="22"/>
        </w:rPr>
        <w:t>B. Sửa chữa máy móc</w:t>
      </w:r>
    </w:p>
    <w:p>
      <w:pPr>
        <w:pStyle w:val="ListParagraph"/>
      </w:pPr>
      <w:r>
        <w:rPr>
          <w:sz w:val="22"/>
        </w:rPr>
        <w:t>C. Giao hàng</w:t>
      </w:r>
    </w:p>
    <w:p>
      <w:pPr>
        <w:pStyle w:val="ListParagraph"/>
      </w:pPr>
      <w:r>
        <w:rPr>
          <w:sz w:val="22"/>
        </w:rPr>
        <w:t>D. Kiểm kê kho</w:t>
      </w:r>
    </w:p>
    <w:p/>
    <w:p>
      <w:r>
        <w:rPr>
          <w:b/>
          <w:sz w:val="24"/>
        </w:rPr>
        <w:t>Câu 10: Nhà thông minh (Smart Home) ứng dụng AI để?</w:t>
      </w:r>
    </w:p>
    <w:p>
      <w:pPr>
        <w:pStyle w:val="ListParagraph"/>
      </w:pPr>
      <w:r>
        <w:rPr>
          <w:sz w:val="22"/>
        </w:rPr>
        <w:t>A. Xây nhà tự động</w:t>
      </w:r>
    </w:p>
    <w:p>
      <w:pPr>
        <w:pStyle w:val="ListParagraph"/>
      </w:pPr>
      <w:r>
        <w:rPr>
          <w:sz w:val="22"/>
        </w:rPr>
        <w:t>B. Điều khiển thiết bị bằng giọng nói, tự động điều chỉnh nhiệt độ, ánh sáng</w:t>
      </w:r>
    </w:p>
    <w:p>
      <w:pPr>
        <w:pStyle w:val="ListParagraph"/>
      </w:pPr>
      <w:r>
        <w:rPr>
          <w:sz w:val="22"/>
        </w:rPr>
        <w:t>C. Nấu ăn thay con người</w:t>
      </w:r>
    </w:p>
    <w:p>
      <w:pPr>
        <w:pStyle w:val="ListParagraph"/>
      </w:pPr>
      <w:r>
        <w:rPr>
          <w:sz w:val="22"/>
        </w:rPr>
        <w:t>D. Dọn dẹp nhà cửa hoàn toàn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