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CƯƠNG ÔN TẬP KỸ NĂNG ĐỌC</w:t>
      </w:r>
    </w:p>
    <w:p>
      <w:pPr>
        <w:jc w:val="center"/>
      </w:pPr>
      <w:r>
        <w:rPr>
          <w:sz w:val="22"/>
        </w:rPr>
        <w:t>Số câu: 60    Thời gian: _____ phút    Họ và tên: _________________________</w:t>
      </w:r>
    </w:p>
    <w:p/>
    <w:p>
      <w:r>
        <w:rPr>
          <w:b/>
          <w:sz w:val="24"/>
        </w:rPr>
        <w:t>Câu 1: 1 - Сегодня очень хорошая погода.</w:t>
      </w:r>
    </w:p>
    <w:p>
      <w:pPr>
        <w:pStyle w:val="ListParagraph"/>
      </w:pPr>
      <w:r>
        <w:rPr>
          <w:sz w:val="22"/>
        </w:rPr>
        <w:t>A. Я обычно завтракаю дома.</w:t>
      </w:r>
    </w:p>
    <w:p>
      <w:pPr>
        <w:pStyle w:val="ListParagraph"/>
      </w:pPr>
      <w:r>
        <w:rPr>
          <w:sz w:val="22"/>
        </w:rPr>
        <w:t>B. Поэтому мы решили погулять в парке.</w:t>
      </w:r>
    </w:p>
    <w:p>
      <w:pPr>
        <w:pStyle w:val="ListParagraph"/>
      </w:pPr>
      <w:r>
        <w:rPr>
          <w:sz w:val="22"/>
        </w:rPr>
        <w:t>C. Вчера я был в библиотеке.</w:t>
      </w:r>
    </w:p>
    <w:p/>
    <w:p>
      <w:r>
        <w:rPr>
          <w:b/>
          <w:sz w:val="24"/>
        </w:rPr>
        <w:t>Câu 2: 2 - Анна очень любит читать книги.</w:t>
      </w:r>
    </w:p>
    <w:p>
      <w:pPr>
        <w:pStyle w:val="ListParagraph"/>
      </w:pPr>
      <w:r>
        <w:rPr>
          <w:sz w:val="22"/>
        </w:rPr>
        <w:t>A. Она часто берёт книги в библиотеке.</w:t>
      </w:r>
    </w:p>
    <w:p>
      <w:pPr>
        <w:pStyle w:val="ListParagraph"/>
      </w:pPr>
      <w:r>
        <w:rPr>
          <w:sz w:val="22"/>
        </w:rPr>
        <w:t>B. Она каждый день играет в футбол.</w:t>
      </w:r>
    </w:p>
    <w:p>
      <w:pPr>
        <w:pStyle w:val="ListParagraph"/>
      </w:pPr>
      <w:r>
        <w:rPr>
          <w:sz w:val="22"/>
        </w:rPr>
        <w:t>C. Она работает в большом магазине.</w:t>
      </w:r>
    </w:p>
    <w:p/>
    <w:p>
      <w:r>
        <w:rPr>
          <w:b/>
          <w:sz w:val="24"/>
        </w:rPr>
        <w:t>Câu 3: 3 - Завтра у меня важный экзамен.</w:t>
      </w:r>
    </w:p>
    <w:p>
      <w:pPr>
        <w:pStyle w:val="ListParagraph"/>
      </w:pPr>
      <w:r>
        <w:rPr>
          <w:sz w:val="22"/>
        </w:rPr>
        <w:t>A. Поэтому сегодня я должен хорошо подготовиться.</w:t>
      </w:r>
    </w:p>
    <w:p>
      <w:pPr>
        <w:pStyle w:val="ListParagraph"/>
      </w:pPr>
      <w:r>
        <w:rPr>
          <w:sz w:val="22"/>
        </w:rPr>
        <w:t>B. Вчера мы ходили в кино.</w:t>
      </w:r>
    </w:p>
    <w:p>
      <w:pPr>
        <w:pStyle w:val="ListParagraph"/>
      </w:pPr>
      <w:r>
        <w:rPr>
          <w:sz w:val="22"/>
        </w:rPr>
        <w:t>C. Моя сестра любит путешествовать.</w:t>
      </w:r>
    </w:p>
    <w:p/>
    <w:p>
      <w:r>
        <w:rPr>
          <w:b/>
          <w:sz w:val="24"/>
        </w:rPr>
        <w:t>Câu 4: 4 - Сергей плохо себя чувствует.</w:t>
      </w:r>
    </w:p>
    <w:p>
      <w:pPr>
        <w:pStyle w:val="ListParagraph"/>
      </w:pPr>
      <w:r>
        <w:rPr>
          <w:sz w:val="22"/>
        </w:rPr>
        <w:t>A. Он хочет купить новый компьютер.</w:t>
      </w:r>
    </w:p>
    <w:p>
      <w:pPr>
        <w:pStyle w:val="ListParagraph"/>
      </w:pPr>
      <w:r>
        <w:rPr>
          <w:sz w:val="22"/>
        </w:rPr>
        <w:t>B. Поэтому он сегодня не пойдёт на работу.</w:t>
      </w:r>
    </w:p>
    <w:p>
      <w:pPr>
        <w:pStyle w:val="ListParagraph"/>
      </w:pPr>
      <w:r>
        <w:rPr>
          <w:sz w:val="22"/>
        </w:rPr>
        <w:t>C. Он часто встречается с друзьями в кафе.</w:t>
      </w:r>
    </w:p>
    <w:p/>
    <w:p>
      <w:r>
        <w:rPr>
          <w:b/>
          <w:sz w:val="24"/>
        </w:rPr>
        <w:t>Câu 5: 5 - Мы живём недалеко от университета.</w:t>
      </w:r>
    </w:p>
    <w:p>
      <w:pPr>
        <w:pStyle w:val="ListParagraph"/>
      </w:pPr>
      <w:r>
        <w:rPr>
          <w:sz w:val="22"/>
        </w:rPr>
        <w:t>A. Поэтому я обычно 1 туда пешком.</w:t>
      </w:r>
    </w:p>
    <w:p>
      <w:pPr>
        <w:pStyle w:val="ListParagraph"/>
      </w:pPr>
      <w:r>
        <w:rPr>
          <w:sz w:val="22"/>
        </w:rPr>
        <w:t>B. Летом мы ездили на море.</w:t>
      </w:r>
    </w:p>
    <w:p>
      <w:pPr>
        <w:pStyle w:val="ListParagraph"/>
      </w:pPr>
      <w:r>
        <w:rPr>
          <w:sz w:val="22"/>
        </w:rPr>
        <w:t>C. Мой брат любит смотреть телевизор.</w:t>
      </w:r>
    </w:p>
    <w:p/>
    <w:p>
      <w:r>
        <w:rPr>
          <w:b/>
          <w:sz w:val="24"/>
        </w:rPr>
        <w:t>Câu 6: 1 - Сегодня у меня много домашних заданий.</w:t>
      </w:r>
    </w:p>
    <w:p>
      <w:pPr>
        <w:pStyle w:val="ListParagraph"/>
      </w:pPr>
      <w:r>
        <w:rPr>
          <w:sz w:val="22"/>
        </w:rPr>
        <w:t>A. Поэтому я останусь дома и буду заниматься.</w:t>
      </w:r>
    </w:p>
    <w:p>
      <w:pPr>
        <w:pStyle w:val="ListParagraph"/>
      </w:pPr>
      <w:r>
        <w:rPr>
          <w:sz w:val="22"/>
        </w:rPr>
        <w:t>B. Вчера мы ездили за город.</w:t>
      </w:r>
    </w:p>
    <w:p>
      <w:pPr>
        <w:pStyle w:val="ListParagraph"/>
      </w:pPr>
      <w:r>
        <w:rPr>
          <w:sz w:val="22"/>
        </w:rPr>
        <w:t>C. Мой брат любит футбол.</w:t>
      </w:r>
    </w:p>
    <w:p/>
    <w:p>
      <w:r>
        <w:rPr>
          <w:b/>
          <w:sz w:val="24"/>
        </w:rPr>
        <w:t>Câu 7: 2 - Ольга любит путешествовать.</w:t>
      </w:r>
    </w:p>
    <w:p>
      <w:pPr>
        <w:pStyle w:val="ListParagraph"/>
      </w:pPr>
      <w:r>
        <w:rPr>
          <w:sz w:val="22"/>
        </w:rPr>
        <w:t>A. Она мечтает посетить разные страны.</w:t>
      </w:r>
    </w:p>
    <w:p>
      <w:pPr>
        <w:pStyle w:val="ListParagraph"/>
      </w:pPr>
      <w:r>
        <w:rPr>
          <w:sz w:val="22"/>
        </w:rPr>
        <w:t>B. Она каждый вечер делает уроки.</w:t>
      </w:r>
    </w:p>
    <w:p>
      <w:pPr>
        <w:pStyle w:val="ListParagraph"/>
      </w:pPr>
      <w:r>
        <w:rPr>
          <w:sz w:val="22"/>
        </w:rPr>
        <w:t>C. Её папа работает в школе.</w:t>
      </w:r>
    </w:p>
    <w:p/>
    <w:p>
      <w:r>
        <w:rPr>
          <w:b/>
          <w:sz w:val="24"/>
        </w:rPr>
        <w:t>Câu 8: 3 - На улице идёт сильный дождь.</w:t>
      </w:r>
    </w:p>
    <w:p>
      <w:pPr>
        <w:pStyle w:val="ListParagraph"/>
      </w:pPr>
      <w:r>
        <w:rPr>
          <w:sz w:val="22"/>
        </w:rPr>
        <w:t>A. Поэтому мы решили отдыхать дома.</w:t>
      </w:r>
    </w:p>
    <w:p>
      <w:pPr>
        <w:pStyle w:val="ListParagraph"/>
      </w:pPr>
      <w:r>
        <w:rPr>
          <w:sz w:val="22"/>
        </w:rPr>
        <w:t>B. Завтра у нас будет контрольная работа.</w:t>
      </w:r>
    </w:p>
    <w:p>
      <w:pPr>
        <w:pStyle w:val="ListParagraph"/>
      </w:pPr>
      <w:r>
        <w:rPr>
          <w:sz w:val="22"/>
        </w:rPr>
        <w:t>C. Моя сестра хорошо рисует.</w:t>
      </w:r>
    </w:p>
    <w:p/>
    <w:p>
      <w:r>
        <w:rPr>
          <w:b/>
          <w:sz w:val="24"/>
        </w:rPr>
        <w:t>Câu 9: 4 - Я живу недалеко от института.</w:t>
      </w:r>
    </w:p>
    <w:p>
      <w:pPr>
        <w:pStyle w:val="ListParagraph"/>
      </w:pPr>
      <w:r>
        <w:rPr>
          <w:sz w:val="22"/>
        </w:rPr>
        <w:t>A. Поэтому я часто хожу туда пешком.</w:t>
      </w:r>
    </w:p>
    <w:p>
      <w:pPr>
        <w:pStyle w:val="ListParagraph"/>
      </w:pPr>
      <w:r>
        <w:rPr>
          <w:sz w:val="22"/>
        </w:rPr>
        <w:t>B. Летом я был на море.</w:t>
      </w:r>
    </w:p>
    <w:p>
      <w:pPr>
        <w:pStyle w:val="ListParagraph"/>
      </w:pPr>
      <w:r>
        <w:rPr>
          <w:sz w:val="22"/>
        </w:rPr>
        <w:t>C. Мой друг изучает историю.</w:t>
      </w:r>
    </w:p>
    <w:p/>
    <w:p>
      <w:r>
        <w:rPr>
          <w:b/>
          <w:sz w:val="24"/>
        </w:rPr>
        <w:t>Câu 10: 5 - У Виктора завтра день рождения.</w:t>
      </w:r>
    </w:p>
    <w:p>
      <w:pPr>
        <w:pStyle w:val="ListParagraph"/>
      </w:pPr>
      <w:r>
        <w:rPr>
          <w:sz w:val="22"/>
        </w:rPr>
        <w:t>A. Поэтому он пригласил друзей на праздник.</w:t>
      </w:r>
    </w:p>
    <w:p>
      <w:pPr>
        <w:pStyle w:val="ListParagraph"/>
      </w:pPr>
      <w:r>
        <w:rPr>
          <w:sz w:val="22"/>
        </w:rPr>
        <w:t>B. Вчера он был в университете.</w:t>
      </w:r>
    </w:p>
    <w:p>
      <w:pPr>
        <w:pStyle w:val="ListParagraph"/>
      </w:pPr>
      <w:r>
        <w:rPr>
          <w:sz w:val="22"/>
        </w:rPr>
        <w:t>C. Его сестра любит читать книги.</w:t>
      </w:r>
    </w:p>
    <w:p/>
    <w:p>
      <w:r>
        <w:rPr>
          <w:b/>
          <w:sz w:val="24"/>
        </w:rPr>
        <w:t>Câu 11: 6 - Наташа обычно ходит в школу ...</w:t>
      </w:r>
    </w:p>
    <w:p>
      <w:pPr>
        <w:pStyle w:val="ListParagraph"/>
      </w:pPr>
      <w:r>
        <w:rPr>
          <w:sz w:val="22"/>
        </w:rPr>
        <w:t>A. на автобусе.</w:t>
      </w:r>
    </w:p>
    <w:p>
      <w:pPr>
        <w:pStyle w:val="ListParagraph"/>
      </w:pPr>
      <w:r>
        <w:rPr>
          <w:sz w:val="22"/>
        </w:rPr>
        <w:t>B. пешком вместе с подругой.</w:t>
      </w:r>
    </w:p>
    <w:p>
      <w:pPr>
        <w:pStyle w:val="ListParagraph"/>
      </w:pPr>
      <w:r>
        <w:rPr>
          <w:sz w:val="22"/>
        </w:rPr>
        <w:t>C. на велосипеде.</w:t>
      </w:r>
    </w:p>
    <w:p>
      <w:pPr>
        <w:pStyle w:val="ListParagraph"/>
      </w:pPr>
      <w:r>
        <w:rPr>
          <w:sz w:val="22"/>
        </w:rPr>
        <w:t>D. на машине с мамой.</w:t>
      </w:r>
    </w:p>
    <w:p/>
    <w:p>
      <w:r>
        <w:rPr>
          <w:b/>
          <w:sz w:val="24"/>
        </w:rPr>
        <w:t>Câu 12: 7 - Наташа не очень любит математику, потому что ...</w:t>
      </w:r>
    </w:p>
    <w:p>
      <w:pPr>
        <w:pStyle w:val="ListParagraph"/>
      </w:pPr>
      <w:r>
        <w:rPr>
          <w:sz w:val="22"/>
        </w:rPr>
        <w:t>A. учитель часто опаздывает.</w:t>
      </w:r>
    </w:p>
    <w:p>
      <w:pPr>
        <w:pStyle w:val="ListParagraph"/>
      </w:pPr>
      <w:r>
        <w:rPr>
          <w:sz w:val="22"/>
        </w:rPr>
        <w:t>B. урок начинается слишком рано.</w:t>
      </w:r>
    </w:p>
    <w:p>
      <w:pPr>
        <w:pStyle w:val="ListParagraph"/>
      </w:pPr>
      <w:r>
        <w:rPr>
          <w:sz w:val="22"/>
        </w:rPr>
        <w:t>C. она не любит своего учителя.</w:t>
      </w:r>
    </w:p>
    <w:p>
      <w:pPr>
        <w:pStyle w:val="ListParagraph"/>
      </w:pPr>
      <w:r>
        <w:rPr>
          <w:sz w:val="22"/>
        </w:rPr>
        <w:t>D. некоторые задачи для неё трудные.</w:t>
      </w:r>
    </w:p>
    <w:p/>
    <w:p>
      <w:r>
        <w:rPr>
          <w:b/>
          <w:sz w:val="24"/>
        </w:rPr>
        <w:t>Câu 13: 8 - По вторникам и четвергам Наташа ...</w:t>
      </w:r>
    </w:p>
    <w:p>
      <w:pPr>
        <w:pStyle w:val="ListParagraph"/>
      </w:pPr>
      <w:r>
        <w:rPr>
          <w:sz w:val="22"/>
        </w:rPr>
        <w:t>A. ходит в спортивный зал.</w:t>
      </w:r>
    </w:p>
    <w:p>
      <w:pPr>
        <w:pStyle w:val="ListParagraph"/>
      </w:pPr>
      <w:r>
        <w:rPr>
          <w:sz w:val="22"/>
        </w:rPr>
        <w:t>B. занимается английским языком.</w:t>
      </w:r>
    </w:p>
    <w:p>
      <w:pPr>
        <w:pStyle w:val="ListParagraph"/>
      </w:pPr>
      <w:r>
        <w:rPr>
          <w:sz w:val="22"/>
        </w:rPr>
        <w:t>C. занимается в кружке рисования.</w:t>
      </w:r>
    </w:p>
    <w:p>
      <w:pPr>
        <w:pStyle w:val="ListParagraph"/>
      </w:pPr>
      <w:r>
        <w:rPr>
          <w:sz w:val="22"/>
        </w:rPr>
        <w:t>D. сразу возвращается домой.</w:t>
      </w:r>
    </w:p>
    <w:p/>
    <w:p>
      <w:r>
        <w:rPr>
          <w:b/>
          <w:sz w:val="24"/>
        </w:rPr>
        <w:t>Câu 14: 9 - Вечером семья Наташи ...</w:t>
      </w:r>
    </w:p>
    <w:p>
      <w:pPr>
        <w:pStyle w:val="ListParagraph"/>
      </w:pPr>
      <w:r>
        <w:rPr>
          <w:sz w:val="22"/>
        </w:rPr>
        <w:t>A. ужинает вместе.</w:t>
      </w:r>
    </w:p>
    <w:p>
      <w:pPr>
        <w:pStyle w:val="ListParagraph"/>
      </w:pPr>
      <w:r>
        <w:rPr>
          <w:sz w:val="22"/>
        </w:rPr>
        <w:t>B. ходит в ресторан.</w:t>
      </w:r>
    </w:p>
    <w:p>
      <w:pPr>
        <w:pStyle w:val="ListParagraph"/>
      </w:pPr>
      <w:r>
        <w:rPr>
          <w:sz w:val="22"/>
        </w:rPr>
        <w:t>C. занимается спортом.</w:t>
      </w:r>
    </w:p>
    <w:p>
      <w:pPr>
        <w:pStyle w:val="ListParagraph"/>
      </w:pPr>
      <w:r>
        <w:rPr>
          <w:sz w:val="22"/>
        </w:rPr>
        <w:t>D. гуляет в парке.</w:t>
      </w:r>
    </w:p>
    <w:p/>
    <w:p>
      <w:r>
        <w:rPr>
          <w:b/>
          <w:sz w:val="24"/>
        </w:rPr>
        <w:t>Câu 15: 10 - В выходные Наташа ...</w:t>
      </w:r>
    </w:p>
    <w:p>
      <w:pPr>
        <w:pStyle w:val="ListParagraph"/>
      </w:pPr>
      <w:r>
        <w:rPr>
          <w:sz w:val="22"/>
        </w:rPr>
        <w:t>A. встаёт раньше, чем в будние дни.</w:t>
      </w:r>
    </w:p>
    <w:p>
      <w:pPr>
        <w:pStyle w:val="ListParagraph"/>
      </w:pPr>
      <w:r>
        <w:rPr>
          <w:sz w:val="22"/>
        </w:rPr>
        <w:t>B. весь день делает домашнее задание.</w:t>
      </w:r>
    </w:p>
    <w:p>
      <w:pPr>
        <w:pStyle w:val="ListParagraph"/>
      </w:pPr>
      <w:r>
        <w:rPr>
          <w:sz w:val="22"/>
        </w:rPr>
        <w:t>C. обязательно ходит в школу.</w:t>
      </w:r>
    </w:p>
    <w:p>
      <w:pPr>
        <w:pStyle w:val="ListParagraph"/>
      </w:pPr>
      <w:r>
        <w:rPr>
          <w:sz w:val="22"/>
        </w:rPr>
        <w:t>D. встаёт позже и проводит время с друзьями.</w:t>
      </w:r>
    </w:p>
    <w:p/>
    <w:p>
      <w:r>
        <w:rPr>
          <w:b/>
          <w:sz w:val="24"/>
        </w:rPr>
        <w:t>Câu 16: 6. Алекс Прайор – это юный ........</w:t>
      </w:r>
    </w:p>
    <w:p>
      <w:pPr>
        <w:pStyle w:val="ListParagraph"/>
      </w:pPr>
      <w:r>
        <w:rPr>
          <w:sz w:val="22"/>
        </w:rPr>
        <w:t>A. музыкальный критик.</w:t>
      </w:r>
    </w:p>
    <w:p>
      <w:pPr>
        <w:pStyle w:val="ListParagraph"/>
      </w:pPr>
      <w:r>
        <w:rPr>
          <w:sz w:val="22"/>
        </w:rPr>
        <w:t>B. композитор.</w:t>
      </w:r>
    </w:p>
    <w:p>
      <w:pPr>
        <w:pStyle w:val="ListParagraph"/>
      </w:pPr>
      <w:r>
        <w:rPr>
          <w:sz w:val="22"/>
        </w:rPr>
        <w:t>C. оперный певец.</w:t>
      </w:r>
    </w:p>
    <w:p>
      <w:pPr>
        <w:pStyle w:val="ListParagraph"/>
      </w:pPr>
      <w:r>
        <w:rPr>
          <w:sz w:val="22"/>
        </w:rPr>
        <w:t>D. театральный режиссёр</w:t>
      </w:r>
    </w:p>
    <w:p/>
    <w:p>
      <w:r>
        <w:rPr>
          <w:b/>
          <w:sz w:val="24"/>
        </w:rPr>
        <w:t>Câu 17: 7. Он родился в знаменитой семье, потому что его родственниками были  ………</w:t>
      </w:r>
    </w:p>
    <w:p>
      <w:pPr>
        <w:pStyle w:val="ListParagraph"/>
      </w:pPr>
      <w:r>
        <w:rPr>
          <w:sz w:val="22"/>
        </w:rPr>
        <w:t>A. Ф. Шопен и Л. Толстой.</w:t>
      </w:r>
    </w:p>
    <w:p>
      <w:pPr>
        <w:pStyle w:val="ListParagraph"/>
      </w:pPr>
      <w:r>
        <w:rPr>
          <w:sz w:val="22"/>
        </w:rPr>
        <w:t>B. П. Чайковский и А. Моцарт.</w:t>
      </w:r>
    </w:p>
    <w:p>
      <w:pPr>
        <w:pStyle w:val="ListParagraph"/>
      </w:pPr>
      <w:r>
        <w:rPr>
          <w:sz w:val="22"/>
        </w:rPr>
        <w:t>C. П. Чайковский и Л. Толстой.</w:t>
      </w:r>
    </w:p>
    <w:p>
      <w:pPr>
        <w:pStyle w:val="ListParagraph"/>
      </w:pPr>
      <w:r>
        <w:rPr>
          <w:sz w:val="22"/>
        </w:rPr>
        <w:t>D. А. Моцарт  и Р. Киплинг.</w:t>
      </w:r>
    </w:p>
    <w:p/>
    <w:p>
      <w:r>
        <w:rPr>
          <w:b/>
          <w:sz w:val="24"/>
        </w:rPr>
        <w:t>Câu 18: 8. Он начал играть на музыкальных инструментах ….. .</w:t>
      </w:r>
    </w:p>
    <w:p>
      <w:pPr>
        <w:pStyle w:val="ListParagraph"/>
      </w:pPr>
      <w:r>
        <w:rPr>
          <w:sz w:val="22"/>
        </w:rPr>
        <w:t>A. с четырнадцати лет.</w:t>
      </w:r>
    </w:p>
    <w:p>
      <w:pPr>
        <w:pStyle w:val="ListParagraph"/>
      </w:pPr>
      <w:r>
        <w:rPr>
          <w:sz w:val="22"/>
        </w:rPr>
        <w:t>B. с восьми лет.</w:t>
      </w:r>
    </w:p>
    <w:p>
      <w:pPr>
        <w:pStyle w:val="ListParagraph"/>
      </w:pPr>
      <w:r>
        <w:rPr>
          <w:sz w:val="22"/>
        </w:rPr>
        <w:t>C. с одиннадцати лет.</w:t>
      </w:r>
    </w:p>
    <w:p>
      <w:pPr>
        <w:pStyle w:val="ListParagraph"/>
      </w:pPr>
      <w:r>
        <w:rPr>
          <w:sz w:val="22"/>
        </w:rPr>
        <w:t>D. с трёх лет.</w:t>
      </w:r>
    </w:p>
    <w:p/>
    <w:p>
      <w:r>
        <w:rPr>
          <w:b/>
          <w:sz w:val="24"/>
        </w:rPr>
        <w:t>Câu 19: 9. Алекс стал победителем музыкального конкурса как ……..</w:t>
      </w:r>
    </w:p>
    <w:p>
      <w:pPr>
        <w:pStyle w:val="ListParagraph"/>
      </w:pPr>
      <w:r>
        <w:rPr>
          <w:sz w:val="22"/>
        </w:rPr>
        <w:t>A. молодой композитор.</w:t>
      </w:r>
    </w:p>
    <w:p>
      <w:pPr>
        <w:pStyle w:val="ListParagraph"/>
      </w:pPr>
      <w:r>
        <w:rPr>
          <w:sz w:val="22"/>
        </w:rPr>
        <w:t>B. талантливый режиссёр.</w:t>
      </w:r>
    </w:p>
    <w:p>
      <w:pPr>
        <w:pStyle w:val="ListParagraph"/>
      </w:pPr>
      <w:r>
        <w:rPr>
          <w:sz w:val="22"/>
        </w:rPr>
        <w:t>C. юный дирижёр.</w:t>
      </w:r>
    </w:p>
    <w:p>
      <w:pPr>
        <w:pStyle w:val="ListParagraph"/>
      </w:pPr>
      <w:r>
        <w:rPr>
          <w:sz w:val="22"/>
        </w:rPr>
        <w:t>D. певец, поющий на разных языках.</w:t>
      </w:r>
    </w:p>
    <w:p/>
    <w:p>
      <w:r>
        <w:rPr>
          <w:b/>
          <w:sz w:val="24"/>
        </w:rPr>
        <w:t>Câu 20: 10. Алекс переехал в Санкт-Петербург, потому что ……… .</w:t>
      </w:r>
    </w:p>
    <w:p>
      <w:pPr>
        <w:pStyle w:val="ListParagraph"/>
      </w:pPr>
      <w:r>
        <w:rPr>
          <w:sz w:val="22"/>
        </w:rPr>
        <w:t>A. в Великобритании нет Консерватории.</w:t>
      </w:r>
    </w:p>
    <w:p>
      <w:pPr>
        <w:pStyle w:val="ListParagraph"/>
      </w:pPr>
      <w:r>
        <w:rPr>
          <w:sz w:val="22"/>
        </w:rPr>
        <w:t>B. так захотели родители.</w:t>
      </w:r>
    </w:p>
    <w:p>
      <w:pPr>
        <w:pStyle w:val="ListParagraph"/>
      </w:pPr>
      <w:r>
        <w:rPr>
          <w:sz w:val="22"/>
        </w:rPr>
        <w:t>C. он всегда мечтал учиться в России.</w:t>
      </w:r>
    </w:p>
    <w:p>
      <w:pPr>
        <w:pStyle w:val="ListParagraph"/>
      </w:pPr>
      <w:r>
        <w:rPr>
          <w:sz w:val="22"/>
        </w:rPr>
        <w:t>D. его пригласили родственники.</w:t>
      </w:r>
    </w:p>
    <w:p/>
    <w:p>
      <w:r>
        <w:rPr>
          <w:b/>
          <w:sz w:val="24"/>
        </w:rPr>
        <w:t>Câu 21: В субботу Анна и её младший брат Сергей решили провести день в центре города. Они живут ... (11) ... небольшом районе недалеко от метро.</w:t>
      </w:r>
    </w:p>
    <w:p>
      <w:pPr>
        <w:pStyle w:val="ListParagraph"/>
      </w:pPr>
      <w:r>
        <w:rPr>
          <w:sz w:val="22"/>
        </w:rPr>
        <w:t>A. в</w:t>
      </w:r>
    </w:p>
    <w:p>
      <w:pPr>
        <w:pStyle w:val="ListParagraph"/>
      </w:pPr>
      <w:r>
        <w:rPr>
          <w:sz w:val="22"/>
        </w:rPr>
        <w:t>B. на</w:t>
      </w:r>
    </w:p>
    <w:p>
      <w:pPr>
        <w:pStyle w:val="ListParagraph"/>
      </w:pPr>
      <w:r>
        <w:rPr>
          <w:sz w:val="22"/>
        </w:rPr>
        <w:t>C. у</w:t>
      </w:r>
    </w:p>
    <w:p>
      <w:pPr>
        <w:pStyle w:val="ListParagraph"/>
      </w:pPr>
      <w:r>
        <w:rPr>
          <w:sz w:val="22"/>
        </w:rPr>
        <w:t>D. к</w:t>
      </w:r>
    </w:p>
    <w:p/>
    <w:p>
      <w:r>
        <w:rPr>
          <w:b/>
          <w:sz w:val="24"/>
        </w:rPr>
        <w:t>Câu 22: Потом они купили два ... (12) ... на метро и поехали в центр.</w:t>
      </w:r>
    </w:p>
    <w:p>
      <w:pPr>
        <w:pStyle w:val="ListParagraph"/>
      </w:pPr>
      <w:r>
        <w:rPr>
          <w:sz w:val="22"/>
        </w:rPr>
        <w:t>A. билет</w:t>
      </w:r>
    </w:p>
    <w:p>
      <w:pPr>
        <w:pStyle w:val="ListParagraph"/>
      </w:pPr>
      <w:r>
        <w:rPr>
          <w:sz w:val="22"/>
        </w:rPr>
        <w:t>B. билета</w:t>
      </w:r>
    </w:p>
    <w:p>
      <w:pPr>
        <w:pStyle w:val="ListParagraph"/>
      </w:pPr>
      <w:r>
        <w:rPr>
          <w:sz w:val="22"/>
        </w:rPr>
        <w:t>C. билеты</w:t>
      </w:r>
    </w:p>
    <w:p>
      <w:pPr>
        <w:pStyle w:val="ListParagraph"/>
      </w:pPr>
      <w:r>
        <w:rPr>
          <w:sz w:val="22"/>
        </w:rPr>
        <w:t>D. билетов</w:t>
      </w:r>
    </w:p>
    <w:p/>
    <w:p>
      <w:r>
        <w:rPr>
          <w:b/>
          <w:sz w:val="24"/>
        </w:rPr>
        <w:t>Câu 23: Там была очень ... (13) ... выставка о старой Москве.</w:t>
      </w:r>
    </w:p>
    <w:p>
      <w:pPr>
        <w:pStyle w:val="ListParagraph"/>
      </w:pPr>
      <w:r>
        <w:rPr>
          <w:sz w:val="22"/>
        </w:rPr>
        <w:t>A. интересный</w:t>
      </w:r>
    </w:p>
    <w:p>
      <w:pPr>
        <w:pStyle w:val="ListParagraph"/>
      </w:pPr>
      <w:r>
        <w:rPr>
          <w:sz w:val="22"/>
        </w:rPr>
        <w:t>B. интересная</w:t>
      </w:r>
    </w:p>
    <w:p>
      <w:pPr>
        <w:pStyle w:val="ListParagraph"/>
      </w:pPr>
      <w:r>
        <w:rPr>
          <w:sz w:val="22"/>
        </w:rPr>
        <w:t>C. интересное</w:t>
      </w:r>
    </w:p>
    <w:p>
      <w:pPr>
        <w:pStyle w:val="ListParagraph"/>
      </w:pPr>
      <w:r>
        <w:rPr>
          <w:sz w:val="22"/>
        </w:rPr>
        <w:t>D. интересные</w:t>
      </w:r>
    </w:p>
    <w:p/>
    <w:p>
      <w:r>
        <w:rPr>
          <w:b/>
          <w:sz w:val="24"/>
        </w:rPr>
        <w:t>Câu 24: После музея они купили ... (14) ... в маленьком киоске и пошли в парк.</w:t>
      </w:r>
    </w:p>
    <w:p>
      <w:pPr>
        <w:pStyle w:val="ListParagraph"/>
      </w:pPr>
      <w:r>
        <w:rPr>
          <w:sz w:val="22"/>
        </w:rPr>
        <w:t>A. воду</w:t>
      </w:r>
    </w:p>
    <w:p>
      <w:pPr>
        <w:pStyle w:val="ListParagraph"/>
      </w:pPr>
      <w:r>
        <w:rPr>
          <w:sz w:val="22"/>
        </w:rPr>
        <w:t>B. мороженое</w:t>
      </w:r>
    </w:p>
    <w:p>
      <w:pPr>
        <w:pStyle w:val="ListParagraph"/>
      </w:pPr>
      <w:r>
        <w:rPr>
          <w:sz w:val="22"/>
        </w:rPr>
        <w:t>C. книги</w:t>
      </w:r>
    </w:p>
    <w:p>
      <w:pPr>
        <w:pStyle w:val="ListParagraph"/>
      </w:pPr>
      <w:r>
        <w:rPr>
          <w:sz w:val="22"/>
        </w:rPr>
        <w:t>D. билеты</w:t>
      </w:r>
    </w:p>
    <w:p/>
    <w:p>
      <w:r>
        <w:rPr>
          <w:b/>
          <w:sz w:val="24"/>
        </w:rPr>
        <w:t>Câu 25: Анна сказала, что в следующий выходной ... (15) ... снова поехать в центр и посетить ещё одно интересное место.</w:t>
      </w:r>
    </w:p>
    <w:p>
      <w:pPr>
        <w:pStyle w:val="ListParagraph"/>
      </w:pPr>
      <w:r>
        <w:rPr>
          <w:sz w:val="22"/>
        </w:rPr>
        <w:t>A. она хочет</w:t>
      </w:r>
    </w:p>
    <w:p>
      <w:pPr>
        <w:pStyle w:val="ListParagraph"/>
      </w:pPr>
      <w:r>
        <w:rPr>
          <w:sz w:val="22"/>
        </w:rPr>
        <w:t>B. они хотят</w:t>
      </w:r>
    </w:p>
    <w:p>
      <w:pPr>
        <w:pStyle w:val="ListParagraph"/>
      </w:pPr>
      <w:r>
        <w:rPr>
          <w:sz w:val="22"/>
        </w:rPr>
        <w:t>C. он хочет</w:t>
      </w:r>
    </w:p>
    <w:p>
      <w:pPr>
        <w:pStyle w:val="ListParagraph"/>
      </w:pPr>
      <w:r>
        <w:rPr>
          <w:sz w:val="22"/>
        </w:rPr>
        <w:t>D. мы хотим</w:t>
      </w:r>
    </w:p>
    <w:p/>
    <w:p>
      <w:r>
        <w:rPr>
          <w:b/>
          <w:sz w:val="24"/>
        </w:rPr>
        <w:t>Câu 26: Санкт-Петербург - один из самых красивых городов ........(11)......... .</w:t>
      </w:r>
    </w:p>
    <w:p>
      <w:pPr>
        <w:pStyle w:val="ListParagraph"/>
      </w:pPr>
      <w:r>
        <w:rPr>
          <w:sz w:val="22"/>
        </w:rPr>
        <w:t>A. мира</w:t>
      </w:r>
    </w:p>
    <w:p>
      <w:pPr>
        <w:pStyle w:val="ListParagraph"/>
      </w:pPr>
      <w:r>
        <w:rPr>
          <w:sz w:val="22"/>
        </w:rPr>
        <w:t>B. России</w:t>
      </w:r>
    </w:p>
    <w:p>
      <w:pPr>
        <w:pStyle w:val="ListParagraph"/>
      </w:pPr>
      <w:r>
        <w:rPr>
          <w:sz w:val="22"/>
        </w:rPr>
        <w:t>C. Европы</w:t>
      </w:r>
    </w:p>
    <w:p>
      <w:pPr>
        <w:pStyle w:val="ListParagraph"/>
      </w:pPr>
      <w:r>
        <w:rPr>
          <w:sz w:val="22"/>
        </w:rPr>
        <w:t>D. страны</w:t>
      </w:r>
    </w:p>
    <w:p/>
    <w:p>
      <w:r>
        <w:rPr>
          <w:b/>
          <w:sz w:val="24"/>
        </w:rPr>
        <w:t>Câu 27: Город был основан Петром I в 1703 ......(12)....... .</w:t>
      </w:r>
    </w:p>
    <w:p>
      <w:pPr>
        <w:pStyle w:val="ListParagraph"/>
      </w:pPr>
      <w:r>
        <w:rPr>
          <w:sz w:val="22"/>
        </w:rPr>
        <w:t>A. год</w:t>
      </w:r>
    </w:p>
    <w:p>
      <w:pPr>
        <w:pStyle w:val="ListParagraph"/>
      </w:pPr>
      <w:r>
        <w:rPr>
          <w:sz w:val="22"/>
        </w:rPr>
        <w:t>B. году</w:t>
      </w:r>
    </w:p>
    <w:p>
      <w:pPr>
        <w:pStyle w:val="ListParagraph"/>
      </w:pPr>
      <w:r>
        <w:rPr>
          <w:sz w:val="22"/>
        </w:rPr>
        <w:t>C. года</w:t>
      </w:r>
    </w:p>
    <w:p>
      <w:pPr>
        <w:pStyle w:val="ListParagraph"/>
      </w:pPr>
      <w:r>
        <w:rPr>
          <w:sz w:val="22"/>
        </w:rPr>
        <w:t>D. лет</w:t>
      </w:r>
    </w:p>
    <w:p/>
    <w:p>
      <w:r>
        <w:rPr>
          <w:b/>
          <w:sz w:val="24"/>
        </w:rPr>
        <w:t>Câu 28: В 1914 году город ......(13)....... Петроградом, а в 1924 году получил название Ленинград.</w:t>
      </w:r>
    </w:p>
    <w:p>
      <w:pPr>
        <w:pStyle w:val="ListParagraph"/>
      </w:pPr>
      <w:r>
        <w:rPr>
          <w:sz w:val="22"/>
        </w:rPr>
        <w:t>A. был назван</w:t>
      </w:r>
    </w:p>
    <w:p>
      <w:pPr>
        <w:pStyle w:val="ListParagraph"/>
      </w:pPr>
      <w:r>
        <w:rPr>
          <w:sz w:val="22"/>
        </w:rPr>
        <w:t>B. назвали</w:t>
      </w:r>
    </w:p>
    <w:p>
      <w:pPr>
        <w:pStyle w:val="ListParagraph"/>
      </w:pPr>
      <w:r>
        <w:rPr>
          <w:sz w:val="22"/>
        </w:rPr>
        <w:t>C. назывался</w:t>
      </w:r>
    </w:p>
    <w:p>
      <w:pPr>
        <w:pStyle w:val="ListParagraph"/>
      </w:pPr>
      <w:r>
        <w:rPr>
          <w:sz w:val="22"/>
        </w:rPr>
        <w:t>D. стал</w:t>
      </w:r>
    </w:p>
    <w:p/>
    <w:p>
      <w:r>
        <w:rPr>
          <w:b/>
          <w:sz w:val="24"/>
        </w:rPr>
        <w:t>Câu 29: В 1991 году ему вернули ......(14)....... историческое название — Санкт-Петербург.</w:t>
      </w:r>
    </w:p>
    <w:p>
      <w:pPr>
        <w:pStyle w:val="ListParagraph"/>
      </w:pPr>
      <w:r>
        <w:rPr>
          <w:sz w:val="22"/>
        </w:rPr>
        <w:t>A. его</w:t>
      </w:r>
    </w:p>
    <w:p>
      <w:pPr>
        <w:pStyle w:val="ListParagraph"/>
      </w:pPr>
      <w:r>
        <w:rPr>
          <w:sz w:val="22"/>
        </w:rPr>
        <w:t>B. своё</w:t>
      </w:r>
    </w:p>
    <w:p>
      <w:pPr>
        <w:pStyle w:val="ListParagraph"/>
      </w:pPr>
      <w:r>
        <w:rPr>
          <w:sz w:val="22"/>
        </w:rPr>
        <w:t>C. свой</w:t>
      </w:r>
    </w:p>
    <w:p>
      <w:pPr>
        <w:pStyle w:val="ListParagraph"/>
      </w:pPr>
      <w:r>
        <w:rPr>
          <w:sz w:val="22"/>
        </w:rPr>
        <w:t>D. её</w:t>
      </w:r>
    </w:p>
    <w:p/>
    <w:p>
      <w:r>
        <w:rPr>
          <w:b/>
          <w:sz w:val="24"/>
        </w:rPr>
        <w:t>Câu 30: Сегодня Санкт-Петербург является крупным культурным ......(15)........</w:t>
      </w:r>
    </w:p>
    <w:p>
      <w:pPr>
        <w:pStyle w:val="ListParagraph"/>
      </w:pPr>
      <w:r>
        <w:rPr>
          <w:sz w:val="22"/>
        </w:rPr>
        <w:t>A. центр</w:t>
      </w:r>
    </w:p>
    <w:p>
      <w:pPr>
        <w:pStyle w:val="ListParagraph"/>
      </w:pPr>
      <w:r>
        <w:rPr>
          <w:sz w:val="22"/>
        </w:rPr>
        <w:t>B. центра</w:t>
      </w:r>
    </w:p>
    <w:p>
      <w:pPr>
        <w:pStyle w:val="ListParagraph"/>
      </w:pPr>
      <w:r>
        <w:rPr>
          <w:sz w:val="22"/>
        </w:rPr>
        <w:t>C. центром</w:t>
      </w:r>
    </w:p>
    <w:p>
      <w:pPr>
        <w:pStyle w:val="ListParagraph"/>
      </w:pPr>
      <w:r>
        <w:rPr>
          <w:sz w:val="22"/>
        </w:rPr>
        <w:t>D. центре</w:t>
      </w:r>
    </w:p>
    <w:p/>
    <w:p>
      <w:r>
        <w:rPr>
          <w:b/>
          <w:sz w:val="24"/>
        </w:rPr>
        <w:t>Câu 31: Я студент второго курса и живу в небольшом городе вместе с моей ... (16) ... .</w:t>
      </w:r>
    </w:p>
    <w:p>
      <w:pPr>
        <w:pStyle w:val="ListParagraph"/>
      </w:pPr>
      <w:r>
        <w:rPr>
          <w:sz w:val="22"/>
        </w:rPr>
        <w:t>A. семьёй</w:t>
      </w:r>
    </w:p>
    <w:p>
      <w:pPr>
        <w:pStyle w:val="ListParagraph"/>
      </w:pPr>
      <w:r>
        <w:rPr>
          <w:sz w:val="22"/>
        </w:rPr>
        <w:t>B. семьей</w:t>
      </w:r>
    </w:p>
    <w:p>
      <w:pPr>
        <w:pStyle w:val="ListParagraph"/>
      </w:pPr>
      <w:r>
        <w:rPr>
          <w:sz w:val="22"/>
        </w:rPr>
        <w:t>C. семья</w:t>
      </w:r>
    </w:p>
    <w:p>
      <w:pPr>
        <w:pStyle w:val="ListParagraph"/>
      </w:pPr>
      <w:r>
        <w:rPr>
          <w:sz w:val="22"/>
        </w:rPr>
        <w:t>D. семьи</w:t>
      </w:r>
    </w:p>
    <w:p/>
    <w:p>
      <w:r>
        <w:rPr>
          <w:b/>
          <w:sz w:val="24"/>
        </w:rPr>
        <w:t>Câu 32: Мой университет находится недалеко от дома. Он новый и очень ... (17) ... .</w:t>
      </w:r>
    </w:p>
    <w:p>
      <w:pPr>
        <w:pStyle w:val="ListParagraph"/>
      </w:pPr>
      <w:r>
        <w:rPr>
          <w:sz w:val="22"/>
        </w:rPr>
        <w:t>A. современный</w:t>
      </w:r>
    </w:p>
    <w:p>
      <w:pPr>
        <w:pStyle w:val="ListParagraph"/>
      </w:pPr>
      <w:r>
        <w:rPr>
          <w:sz w:val="22"/>
        </w:rPr>
        <w:t>B. старый</w:t>
      </w:r>
    </w:p>
    <w:p>
      <w:pPr>
        <w:pStyle w:val="ListParagraph"/>
      </w:pPr>
      <w:r>
        <w:rPr>
          <w:sz w:val="22"/>
        </w:rPr>
        <w:t>C. маленький</w:t>
      </w:r>
    </w:p>
    <w:p>
      <w:pPr>
        <w:pStyle w:val="ListParagraph"/>
      </w:pPr>
      <w:r>
        <w:rPr>
          <w:sz w:val="22"/>
        </w:rPr>
        <w:t>D. удобный</w:t>
      </w:r>
    </w:p>
    <w:p/>
    <w:p>
      <w:r>
        <w:rPr>
          <w:b/>
          <w:sz w:val="24"/>
        </w:rPr>
        <w:t>Câu 33: Каждый будний день я встаю в семь часов, завтракаю и ... (18) ... в университет на автобусе.</w:t>
      </w:r>
    </w:p>
    <w:p>
      <w:pPr>
        <w:pStyle w:val="ListParagraph"/>
      </w:pPr>
      <w:r>
        <w:rPr>
          <w:sz w:val="22"/>
        </w:rPr>
        <w:t>A. еду</w:t>
      </w:r>
    </w:p>
    <w:p>
      <w:pPr>
        <w:pStyle w:val="ListParagraph"/>
      </w:pPr>
      <w:r>
        <w:rPr>
          <w:sz w:val="22"/>
        </w:rPr>
        <w:t>B. иду</w:t>
      </w:r>
    </w:p>
    <w:p>
      <w:pPr>
        <w:pStyle w:val="ListParagraph"/>
      </w:pPr>
      <w:r>
        <w:rPr>
          <w:sz w:val="22"/>
        </w:rPr>
        <w:t>C. хожу</w:t>
      </w:r>
    </w:p>
    <w:p>
      <w:pPr>
        <w:pStyle w:val="ListParagraph"/>
      </w:pPr>
      <w:r>
        <w:rPr>
          <w:sz w:val="22"/>
        </w:rPr>
        <w:t>D. поехал</w:t>
      </w:r>
    </w:p>
    <w:p/>
    <w:p>
      <w:r>
        <w:rPr>
          <w:b/>
          <w:sz w:val="24"/>
        </w:rPr>
        <w:t>Câu 34: В понедельник у меня три ... (19) ... русского языка, а потом лекция по истории.</w:t>
      </w:r>
    </w:p>
    <w:p>
      <w:pPr>
        <w:pStyle w:val="ListParagraph"/>
      </w:pPr>
      <w:r>
        <w:rPr>
          <w:sz w:val="22"/>
        </w:rPr>
        <w:t>A. пары</w:t>
      </w:r>
    </w:p>
    <w:p>
      <w:pPr>
        <w:pStyle w:val="ListParagraph"/>
      </w:pPr>
      <w:r>
        <w:rPr>
          <w:sz w:val="22"/>
        </w:rPr>
        <w:t>B. пара</w:t>
      </w:r>
    </w:p>
    <w:p>
      <w:pPr>
        <w:pStyle w:val="ListParagraph"/>
      </w:pPr>
      <w:r>
        <w:rPr>
          <w:sz w:val="22"/>
        </w:rPr>
        <w:t>C. пар</w:t>
      </w:r>
    </w:p>
    <w:p>
      <w:pPr>
        <w:pStyle w:val="ListParagraph"/>
      </w:pPr>
      <w:r>
        <w:rPr>
          <w:sz w:val="22"/>
        </w:rPr>
        <w:t>D. уроков</w:t>
      </w:r>
    </w:p>
    <w:p/>
    <w:p>
      <w:r>
        <w:rPr>
          <w:b/>
          <w:sz w:val="24"/>
        </w:rPr>
        <w:t>Câu 35: После занятий я часто занимаюсь ... (20) ... библиотеке, потому что там тихо и удобно.</w:t>
      </w:r>
    </w:p>
    <w:p>
      <w:pPr>
        <w:pStyle w:val="ListParagraph"/>
      </w:pPr>
      <w:r>
        <w:rPr>
          <w:sz w:val="22"/>
        </w:rPr>
        <w:t>A. в</w:t>
      </w:r>
    </w:p>
    <w:p>
      <w:pPr>
        <w:pStyle w:val="ListParagraph"/>
      </w:pPr>
      <w:r>
        <w:rPr>
          <w:sz w:val="22"/>
        </w:rPr>
        <w:t>B. на</w:t>
      </w:r>
    </w:p>
    <w:p>
      <w:pPr>
        <w:pStyle w:val="ListParagraph"/>
      </w:pPr>
      <w:r>
        <w:rPr>
          <w:sz w:val="22"/>
        </w:rPr>
        <w:t>C. у</w:t>
      </w:r>
    </w:p>
    <w:p>
      <w:pPr>
        <w:pStyle w:val="ListParagraph"/>
      </w:pPr>
      <w:r>
        <w:rPr>
          <w:sz w:val="22"/>
        </w:rPr>
        <w:t>D. с</w:t>
      </w:r>
    </w:p>
    <w:p/>
    <w:p>
      <w:r>
        <w:rPr>
          <w:b/>
          <w:sz w:val="24"/>
        </w:rPr>
        <w:t>Câu 36: Я учусь в 6 классе средней .....(16)..... .</w:t>
      </w:r>
    </w:p>
    <w:p>
      <w:pPr>
        <w:pStyle w:val="ListParagraph"/>
      </w:pPr>
      <w:r>
        <w:rPr>
          <w:sz w:val="22"/>
        </w:rPr>
        <w:t>A. школы</w:t>
      </w:r>
    </w:p>
    <w:p>
      <w:pPr>
        <w:pStyle w:val="ListParagraph"/>
      </w:pPr>
      <w:r>
        <w:rPr>
          <w:sz w:val="22"/>
        </w:rPr>
        <w:t>B. колледжа</w:t>
      </w:r>
    </w:p>
    <w:p>
      <w:pPr>
        <w:pStyle w:val="ListParagraph"/>
      </w:pPr>
      <w:r>
        <w:rPr>
          <w:sz w:val="22"/>
        </w:rPr>
        <w:t>C. института</w:t>
      </w:r>
    </w:p>
    <w:p>
      <w:pPr>
        <w:pStyle w:val="ListParagraph"/>
      </w:pPr>
      <w:r>
        <w:rPr>
          <w:sz w:val="22"/>
        </w:rPr>
        <w:t>D. университета</w:t>
      </w:r>
    </w:p>
    <w:p/>
    <w:p>
      <w:r>
        <w:rPr>
          <w:b/>
          <w:sz w:val="24"/>
        </w:rPr>
        <w:t>Câu 37: Каждое утро я просыпаюсь в 7 часов .....(17)..... .</w:t>
      </w:r>
    </w:p>
    <w:p>
      <w:pPr>
        <w:pStyle w:val="ListParagraph"/>
      </w:pPr>
      <w:r>
        <w:rPr>
          <w:sz w:val="22"/>
        </w:rPr>
        <w:t>A. дня</w:t>
      </w:r>
    </w:p>
    <w:p>
      <w:pPr>
        <w:pStyle w:val="ListParagraph"/>
      </w:pPr>
      <w:r>
        <w:rPr>
          <w:sz w:val="22"/>
        </w:rPr>
        <w:t>B. ночи</w:t>
      </w:r>
    </w:p>
    <w:p>
      <w:pPr>
        <w:pStyle w:val="ListParagraph"/>
      </w:pPr>
      <w:r>
        <w:rPr>
          <w:sz w:val="22"/>
        </w:rPr>
        <w:t>C. вечера</w:t>
      </w:r>
    </w:p>
    <w:p>
      <w:pPr>
        <w:pStyle w:val="ListParagraph"/>
      </w:pPr>
      <w:r>
        <w:rPr>
          <w:sz w:val="22"/>
        </w:rPr>
        <w:t>D. утра</w:t>
      </w:r>
    </w:p>
    <w:p/>
    <w:p>
      <w:r>
        <w:rPr>
          <w:b/>
          <w:sz w:val="24"/>
        </w:rPr>
        <w:t>Câu 38: После .....(18)..... я собираю школьный рюкзак и иду в школу.</w:t>
      </w:r>
    </w:p>
    <w:p>
      <w:pPr>
        <w:pStyle w:val="ListParagraph"/>
      </w:pPr>
      <w:r>
        <w:rPr>
          <w:sz w:val="22"/>
        </w:rPr>
        <w:t>A. ужина</w:t>
      </w:r>
    </w:p>
    <w:p>
      <w:pPr>
        <w:pStyle w:val="ListParagraph"/>
      </w:pPr>
      <w:r>
        <w:rPr>
          <w:sz w:val="22"/>
        </w:rPr>
        <w:t>B. завтрака</w:t>
      </w:r>
    </w:p>
    <w:p>
      <w:pPr>
        <w:pStyle w:val="ListParagraph"/>
      </w:pPr>
      <w:r>
        <w:rPr>
          <w:sz w:val="22"/>
        </w:rPr>
        <w:t>C. обеда</w:t>
      </w:r>
    </w:p>
    <w:p>
      <w:pPr>
        <w:pStyle w:val="ListParagraph"/>
      </w:pPr>
      <w:r>
        <w:rPr>
          <w:sz w:val="22"/>
        </w:rPr>
        <w:t>D. дня</w:t>
      </w:r>
    </w:p>
    <w:p/>
    <w:p>
      <w:r>
        <w:rPr>
          <w:b/>
          <w:sz w:val="24"/>
        </w:rPr>
        <w:t>Câu 39: Во время ужина я рассказываю .....(19)..... о своих уроках, учителях и друзьях.</w:t>
      </w:r>
    </w:p>
    <w:p>
      <w:pPr>
        <w:pStyle w:val="ListParagraph"/>
      </w:pPr>
      <w:r>
        <w:rPr>
          <w:sz w:val="22"/>
        </w:rPr>
        <w:t>A. им</w:t>
      </w:r>
    </w:p>
    <w:p>
      <w:pPr>
        <w:pStyle w:val="ListParagraph"/>
      </w:pPr>
      <w:r>
        <w:rPr>
          <w:sz w:val="22"/>
        </w:rPr>
        <w:t>B. они</w:t>
      </w:r>
    </w:p>
    <w:p>
      <w:pPr>
        <w:pStyle w:val="ListParagraph"/>
      </w:pPr>
      <w:r>
        <w:rPr>
          <w:sz w:val="22"/>
        </w:rPr>
        <w:t>C. нам</w:t>
      </w:r>
    </w:p>
    <w:p>
      <w:pPr>
        <w:pStyle w:val="ListParagraph"/>
      </w:pPr>
      <w:r>
        <w:rPr>
          <w:sz w:val="22"/>
        </w:rPr>
        <w:t>D. их</w:t>
      </w:r>
    </w:p>
    <w:p/>
    <w:p>
      <w:r>
        <w:rPr>
          <w:b/>
          <w:sz w:val="24"/>
        </w:rPr>
        <w:t>Câu 40: Мне .....(20)..... приключенческие фильмы, а сестре нравятся комедии.</w:t>
      </w:r>
    </w:p>
    <w:p>
      <w:pPr>
        <w:pStyle w:val="ListParagraph"/>
      </w:pPr>
      <w:r>
        <w:rPr>
          <w:sz w:val="22"/>
        </w:rPr>
        <w:t>A. хочет</w:t>
      </w:r>
    </w:p>
    <w:p>
      <w:pPr>
        <w:pStyle w:val="ListParagraph"/>
      </w:pPr>
      <w:r>
        <w:rPr>
          <w:sz w:val="22"/>
        </w:rPr>
        <w:t>B. люблю</w:t>
      </w:r>
    </w:p>
    <w:p>
      <w:pPr>
        <w:pStyle w:val="ListParagraph"/>
      </w:pPr>
      <w:r>
        <w:rPr>
          <w:sz w:val="22"/>
        </w:rPr>
        <w:t>C. нравятся</w:t>
      </w:r>
    </w:p>
    <w:p>
      <w:pPr>
        <w:pStyle w:val="ListParagraph"/>
      </w:pPr>
      <w:r>
        <w:rPr>
          <w:sz w:val="22"/>
        </w:rPr>
        <w:t>D. нужно</w:t>
      </w:r>
    </w:p>
    <w:p/>
    <w:p>
      <w:r>
        <w:rPr>
          <w:b/>
          <w:sz w:val="24"/>
        </w:rPr>
        <w:t>Câu 41: Статья говорит о ...</w:t>
      </w:r>
    </w:p>
    <w:p>
      <w:pPr>
        <w:pStyle w:val="ListParagraph"/>
      </w:pPr>
      <w:r>
        <w:rPr>
          <w:sz w:val="22"/>
        </w:rPr>
        <w:t>A. городе Таганроге</w:t>
      </w:r>
    </w:p>
    <w:p>
      <w:pPr>
        <w:pStyle w:val="ListParagraph"/>
      </w:pPr>
      <w:r>
        <w:rPr>
          <w:sz w:val="22"/>
        </w:rPr>
        <w:t>B. писателе А.П. Чехове</w:t>
      </w:r>
    </w:p>
    <w:p>
      <w:pPr>
        <w:pStyle w:val="ListParagraph"/>
      </w:pPr>
      <w:r>
        <w:rPr>
          <w:sz w:val="22"/>
        </w:rPr>
        <w:t>C. профессии врача</w:t>
      </w:r>
    </w:p>
    <w:p/>
    <w:p>
      <w:r>
        <w:rPr>
          <w:b/>
          <w:sz w:val="24"/>
        </w:rPr>
        <w:t>Câu 42: Статья говорит о ...</w:t>
      </w:r>
    </w:p>
    <w:p>
      <w:pPr>
        <w:pStyle w:val="ListParagraph"/>
      </w:pPr>
      <w:r>
        <w:rPr>
          <w:sz w:val="22"/>
        </w:rPr>
        <w:t>A. московском метро</w:t>
      </w:r>
    </w:p>
    <w:p>
      <w:pPr>
        <w:pStyle w:val="ListParagraph"/>
      </w:pPr>
      <w:r>
        <w:rPr>
          <w:sz w:val="22"/>
        </w:rPr>
        <w:t>B. музеях Москвы</w:t>
      </w:r>
    </w:p>
    <w:p>
      <w:pPr>
        <w:pStyle w:val="ListParagraph"/>
      </w:pPr>
      <w:r>
        <w:rPr>
          <w:sz w:val="22"/>
        </w:rPr>
        <w:t>C. туристах в России</w:t>
      </w:r>
    </w:p>
    <w:p/>
    <w:p>
      <w:r>
        <w:rPr>
          <w:b/>
          <w:sz w:val="24"/>
        </w:rPr>
        <w:t>Câu 43: Статья говорит о ...</w:t>
      </w:r>
    </w:p>
    <w:p>
      <w:pPr>
        <w:pStyle w:val="ListParagraph"/>
      </w:pPr>
      <w:r>
        <w:rPr>
          <w:sz w:val="22"/>
        </w:rPr>
        <w:t>A. путешествии по Сибири</w:t>
      </w:r>
    </w:p>
    <w:p>
      <w:pPr>
        <w:pStyle w:val="ListParagraph"/>
      </w:pPr>
      <w:r>
        <w:rPr>
          <w:sz w:val="22"/>
        </w:rPr>
        <w:t>B. летнем отдыхе</w:t>
      </w:r>
    </w:p>
    <w:p>
      <w:pPr>
        <w:pStyle w:val="ListParagraph"/>
      </w:pPr>
      <w:r>
        <w:rPr>
          <w:sz w:val="22"/>
        </w:rPr>
        <w:t>C. озере Байкал</w:t>
      </w:r>
    </w:p>
    <w:p/>
    <w:p>
      <w:r>
        <w:rPr>
          <w:b/>
          <w:sz w:val="24"/>
        </w:rPr>
        <w:t>Câu 44: Основная идея статьи - ...</w:t>
      </w:r>
    </w:p>
    <w:p>
      <w:pPr>
        <w:pStyle w:val="ListParagraph"/>
      </w:pPr>
      <w:r>
        <w:rPr>
          <w:sz w:val="22"/>
        </w:rPr>
        <w:t>A. прогулки полезны для здоровья</w:t>
      </w:r>
    </w:p>
    <w:p>
      <w:pPr>
        <w:pStyle w:val="ListParagraph"/>
      </w:pPr>
      <w:r>
        <w:rPr>
          <w:sz w:val="22"/>
        </w:rPr>
        <w:t>B. спорт занимает много времени</w:t>
      </w:r>
    </w:p>
    <w:p>
      <w:pPr>
        <w:pStyle w:val="ListParagraph"/>
      </w:pPr>
      <w:r>
        <w:rPr>
          <w:sz w:val="22"/>
        </w:rPr>
        <w:t>C. люди не любят ходить пешком</w:t>
      </w:r>
    </w:p>
    <w:p/>
    <w:p>
      <w:r>
        <w:rPr>
          <w:b/>
          <w:sz w:val="24"/>
        </w:rPr>
        <w:t>Câu 45: Основная идея статьи - ...</w:t>
      </w:r>
    </w:p>
    <w:p>
      <w:pPr>
        <w:pStyle w:val="ListParagraph"/>
      </w:pPr>
      <w:r>
        <w:rPr>
          <w:sz w:val="22"/>
        </w:rPr>
        <w:t>A. путешествовать очень интересно</w:t>
      </w:r>
    </w:p>
    <w:p>
      <w:pPr>
        <w:pStyle w:val="ListParagraph"/>
      </w:pPr>
      <w:r>
        <w:rPr>
          <w:sz w:val="22"/>
        </w:rPr>
        <w:t>B. иностранные языки важны для молодых людей</w:t>
      </w:r>
    </w:p>
    <w:p>
      <w:pPr>
        <w:pStyle w:val="ListParagraph"/>
      </w:pPr>
      <w:r>
        <w:rPr>
          <w:sz w:val="22"/>
        </w:rPr>
        <w:t>C. молодые люди много работают</w:t>
      </w:r>
    </w:p>
    <w:p/>
    <w:p>
      <w:r>
        <w:rPr>
          <w:b/>
          <w:sz w:val="24"/>
        </w:rPr>
        <w:t>Câu 46: Статья говорит о ...</w:t>
      </w:r>
    </w:p>
    <w:p>
      <w:pPr>
        <w:pStyle w:val="ListParagraph"/>
      </w:pPr>
      <w:r>
        <w:rPr>
          <w:sz w:val="22"/>
        </w:rPr>
        <w:t>A. Москве</w:t>
      </w:r>
    </w:p>
    <w:p>
      <w:pPr>
        <w:pStyle w:val="ListParagraph"/>
      </w:pPr>
      <w:r>
        <w:rPr>
          <w:sz w:val="22"/>
        </w:rPr>
        <w:t>B. А.С. Пушкине</w:t>
      </w:r>
    </w:p>
    <w:p>
      <w:pPr>
        <w:pStyle w:val="ListParagraph"/>
      </w:pPr>
      <w:r>
        <w:rPr>
          <w:sz w:val="22"/>
        </w:rPr>
        <w:t>C. русской литературе</w:t>
      </w:r>
    </w:p>
    <w:p/>
    <w:p>
      <w:r>
        <w:rPr>
          <w:b/>
          <w:sz w:val="24"/>
        </w:rPr>
        <w:t>Câu 47: Статья говорит о ...</w:t>
      </w:r>
    </w:p>
    <w:p>
      <w:pPr>
        <w:pStyle w:val="ListParagraph"/>
      </w:pPr>
      <w:r>
        <w:rPr>
          <w:sz w:val="22"/>
        </w:rPr>
        <w:t>A. Санкт-Петербурге</w:t>
      </w:r>
    </w:p>
    <w:p>
      <w:pPr>
        <w:pStyle w:val="ListParagraph"/>
      </w:pPr>
      <w:r>
        <w:rPr>
          <w:sz w:val="22"/>
        </w:rPr>
        <w:t>B. русских музеях</w:t>
      </w:r>
    </w:p>
    <w:p>
      <w:pPr>
        <w:pStyle w:val="ListParagraph"/>
      </w:pPr>
      <w:r>
        <w:rPr>
          <w:sz w:val="22"/>
        </w:rPr>
        <w:t>C. туристах</w:t>
      </w:r>
    </w:p>
    <w:p/>
    <w:p>
      <w:r>
        <w:rPr>
          <w:b/>
          <w:sz w:val="24"/>
        </w:rPr>
        <w:t>Câu 48: Статья говорит о ...</w:t>
      </w:r>
    </w:p>
    <w:p>
      <w:pPr>
        <w:pStyle w:val="ListParagraph"/>
      </w:pPr>
      <w:r>
        <w:rPr>
          <w:sz w:val="22"/>
        </w:rPr>
        <w:t>A. путешествиях по России</w:t>
      </w:r>
    </w:p>
    <w:p>
      <w:pPr>
        <w:pStyle w:val="ListParagraph"/>
      </w:pPr>
      <w:r>
        <w:rPr>
          <w:sz w:val="22"/>
        </w:rPr>
        <w:t>B. озере Байкал</w:t>
      </w:r>
    </w:p>
    <w:p>
      <w:pPr>
        <w:pStyle w:val="ListParagraph"/>
      </w:pPr>
      <w:r>
        <w:rPr>
          <w:sz w:val="22"/>
        </w:rPr>
        <w:t>C. зимнем отдыхе</w:t>
      </w:r>
    </w:p>
    <w:p/>
    <w:p>
      <w:r>
        <w:rPr>
          <w:b/>
          <w:sz w:val="24"/>
        </w:rPr>
        <w:t>Câu 49: Основная идея статьи - ...</w:t>
      </w:r>
    </w:p>
    <w:p>
      <w:pPr>
        <w:pStyle w:val="ListParagraph"/>
      </w:pPr>
      <w:r>
        <w:rPr>
          <w:sz w:val="22"/>
        </w:rPr>
        <w:t>A. чтение полезно для школьников</w:t>
      </w:r>
    </w:p>
    <w:p>
      <w:pPr>
        <w:pStyle w:val="ListParagraph"/>
      </w:pPr>
      <w:r>
        <w:rPr>
          <w:sz w:val="22"/>
        </w:rPr>
        <w:t>B. школьники не любят книги</w:t>
      </w:r>
    </w:p>
    <w:p>
      <w:pPr>
        <w:pStyle w:val="ListParagraph"/>
      </w:pPr>
      <w:r>
        <w:rPr>
          <w:sz w:val="22"/>
        </w:rPr>
        <w:t>C. книги трудно покупать</w:t>
      </w:r>
    </w:p>
    <w:p/>
    <w:p>
      <w:r>
        <w:rPr>
          <w:b/>
          <w:sz w:val="24"/>
        </w:rPr>
        <w:t>Câu 50: Основная идея статьи - ...</w:t>
      </w:r>
    </w:p>
    <w:p>
      <w:pPr>
        <w:pStyle w:val="ListParagraph"/>
      </w:pPr>
      <w:r>
        <w:rPr>
          <w:sz w:val="22"/>
        </w:rPr>
        <w:t>A. путешествовать очень интересно</w:t>
      </w:r>
    </w:p>
    <w:p>
      <w:pPr>
        <w:pStyle w:val="ListParagraph"/>
      </w:pPr>
      <w:r>
        <w:rPr>
          <w:sz w:val="22"/>
        </w:rPr>
        <w:t>B. знание иностранных языков важно</w:t>
      </w:r>
    </w:p>
    <w:p>
      <w:pPr>
        <w:pStyle w:val="ListParagraph"/>
      </w:pPr>
      <w:r>
        <w:rPr>
          <w:sz w:val="22"/>
        </w:rPr>
        <w:t>C. работать трудно</w:t>
      </w:r>
    </w:p>
    <w:p/>
    <w:p>
      <w:r>
        <w:rPr>
          <w:b/>
          <w:sz w:val="24"/>
        </w:rPr>
        <w:t>Câu 51: Почему Мария решила поехать в Санкт-Петербург?</w:t>
      </w:r>
    </w:p>
    <w:p>
      <w:pPr>
        <w:pStyle w:val="ListParagraph"/>
      </w:pPr>
      <w:r>
        <w:rPr>
          <w:sz w:val="22"/>
        </w:rPr>
        <w:t>A. Она хотела учиться там.</w:t>
      </w:r>
    </w:p>
    <w:p>
      <w:pPr>
        <w:pStyle w:val="ListParagraph"/>
      </w:pPr>
      <w:r>
        <w:rPr>
          <w:sz w:val="22"/>
        </w:rPr>
        <w:t>B. Она давно хотела увидеть этот город.</w:t>
      </w:r>
    </w:p>
    <w:p>
      <w:pPr>
        <w:pStyle w:val="ListParagraph"/>
      </w:pPr>
      <w:r>
        <w:rPr>
          <w:sz w:val="22"/>
        </w:rPr>
        <w:t>C. Она хотела посетить своих родителей.</w:t>
      </w:r>
    </w:p>
    <w:p/>
    <w:p>
      <w:r>
        <w:rPr>
          <w:b/>
          <w:sz w:val="24"/>
        </w:rPr>
        <w:t>Câu 52: Где Мария и её друзья остановились?</w:t>
      </w:r>
    </w:p>
    <w:p>
      <w:pPr>
        <w:pStyle w:val="ListParagraph"/>
      </w:pPr>
      <w:r>
        <w:rPr>
          <w:sz w:val="22"/>
        </w:rPr>
        <w:t>A. В небольшой гостинице.</w:t>
      </w:r>
    </w:p>
    <w:p>
      <w:pPr>
        <w:pStyle w:val="ListParagraph"/>
      </w:pPr>
      <w:r>
        <w:rPr>
          <w:sz w:val="22"/>
        </w:rPr>
        <w:t>B. У друзей.</w:t>
      </w:r>
    </w:p>
    <w:p>
      <w:pPr>
        <w:pStyle w:val="ListParagraph"/>
      </w:pPr>
      <w:r>
        <w:rPr>
          <w:sz w:val="22"/>
        </w:rPr>
        <w:t>C. В студенческом общежитии.</w:t>
      </w:r>
    </w:p>
    <w:p/>
    <w:p>
      <w:r>
        <w:rPr>
          <w:b/>
          <w:sz w:val="24"/>
        </w:rPr>
        <w:t>Câu 53: Что они посетили на следующий день?</w:t>
      </w:r>
    </w:p>
    <w:p>
      <w:pPr>
        <w:pStyle w:val="ListParagraph"/>
      </w:pPr>
      <w:r>
        <w:rPr>
          <w:sz w:val="22"/>
        </w:rPr>
        <w:t>A. Московский Кремль.</w:t>
      </w:r>
    </w:p>
    <w:p>
      <w:pPr>
        <w:pStyle w:val="ListParagraph"/>
      </w:pPr>
      <w:r>
        <w:rPr>
          <w:sz w:val="22"/>
        </w:rPr>
        <w:t>B. Большой театр.</w:t>
      </w:r>
    </w:p>
    <w:p>
      <w:pPr>
        <w:pStyle w:val="ListParagraph"/>
      </w:pPr>
      <w:r>
        <w:rPr>
          <w:sz w:val="22"/>
        </w:rPr>
        <w:t>C. Эрмитаж.</w:t>
      </w:r>
    </w:p>
    <w:p/>
    <w:p>
      <w:r>
        <w:rPr>
          <w:b/>
          <w:sz w:val="24"/>
        </w:rPr>
        <w:t>Câu 54: Что Мария заказала в кафе?</w:t>
      </w:r>
    </w:p>
    <w:p>
      <w:pPr>
        <w:pStyle w:val="ListParagraph"/>
      </w:pPr>
      <w:r>
        <w:rPr>
          <w:sz w:val="22"/>
        </w:rPr>
        <w:t>A. Суп, салат и чай.</w:t>
      </w:r>
    </w:p>
    <w:p>
      <w:pPr>
        <w:pStyle w:val="ListParagraph"/>
      </w:pPr>
      <w:r>
        <w:rPr>
          <w:sz w:val="22"/>
        </w:rPr>
        <w:t>B. Блины и кофе.</w:t>
      </w:r>
    </w:p>
    <w:p>
      <w:pPr>
        <w:pStyle w:val="ListParagraph"/>
      </w:pPr>
      <w:r>
        <w:rPr>
          <w:sz w:val="22"/>
        </w:rPr>
        <w:t>C. Рыбу и сок.</w:t>
      </w:r>
    </w:p>
    <w:p/>
    <w:p>
      <w:r>
        <w:rPr>
          <w:b/>
          <w:sz w:val="24"/>
        </w:rPr>
        <w:t>Câu 55: Как они вернулись в Москву?</w:t>
      </w:r>
    </w:p>
    <w:p>
      <w:pPr>
        <w:pStyle w:val="ListParagraph"/>
      </w:pPr>
      <w:r>
        <w:rPr>
          <w:sz w:val="22"/>
        </w:rPr>
        <w:t>A. На автобусе.</w:t>
      </w:r>
    </w:p>
    <w:p>
      <w:pPr>
        <w:pStyle w:val="ListParagraph"/>
      </w:pPr>
      <w:r>
        <w:rPr>
          <w:sz w:val="22"/>
        </w:rPr>
        <w:t>B. На поезде.</w:t>
      </w:r>
    </w:p>
    <w:p>
      <w:pPr>
        <w:pStyle w:val="ListParagraph"/>
      </w:pPr>
      <w:r>
        <w:rPr>
          <w:sz w:val="22"/>
        </w:rPr>
        <w:t>C. На самолёте.</w:t>
      </w:r>
    </w:p>
    <w:p/>
    <w:p>
      <w:r>
        <w:rPr>
          <w:b/>
          <w:sz w:val="24"/>
        </w:rPr>
        <w:t>Câu 56: Какой город является северной столицей?</w:t>
      </w:r>
    </w:p>
    <w:p>
      <w:pPr>
        <w:pStyle w:val="ListParagraph"/>
      </w:pPr>
      <w:r>
        <w:rPr>
          <w:sz w:val="22"/>
        </w:rPr>
        <w:t>A. Москва</w:t>
      </w:r>
    </w:p>
    <w:p>
      <w:pPr>
        <w:pStyle w:val="ListParagraph"/>
      </w:pPr>
      <w:r>
        <w:rPr>
          <w:sz w:val="22"/>
        </w:rPr>
        <w:t>B. Санк-Петербург</w:t>
      </w:r>
    </w:p>
    <w:p>
      <w:pPr>
        <w:pStyle w:val="ListParagraph"/>
      </w:pPr>
      <w:r>
        <w:rPr>
          <w:sz w:val="22"/>
        </w:rPr>
        <w:t>C. Новгород</w:t>
      </w:r>
    </w:p>
    <w:p/>
    <w:p>
      <w:r>
        <w:rPr>
          <w:b/>
          <w:sz w:val="24"/>
        </w:rPr>
        <w:t>Câu 57: Как долго Москва и Санк Петербург спорят друг с другом ?</w:t>
      </w:r>
    </w:p>
    <w:p>
      <w:pPr>
        <w:pStyle w:val="ListParagraph"/>
      </w:pPr>
      <w:r>
        <w:rPr>
          <w:sz w:val="22"/>
        </w:rPr>
        <w:t>A. Они спорят друг с другом 556 лет.</w:t>
      </w:r>
    </w:p>
    <w:p>
      <w:pPr>
        <w:pStyle w:val="ListParagraph"/>
      </w:pPr>
      <w:r>
        <w:rPr>
          <w:sz w:val="22"/>
        </w:rPr>
        <w:t>B. Они спорят друг с другом 856 лет.</w:t>
      </w:r>
    </w:p>
    <w:p>
      <w:pPr>
        <w:pStyle w:val="ListParagraph"/>
      </w:pPr>
      <w:r>
        <w:rPr>
          <w:sz w:val="22"/>
        </w:rPr>
        <w:t>C. Они спорят друг с другом 300 лет.</w:t>
      </w:r>
    </w:p>
    <w:p/>
    <w:p>
      <w:r>
        <w:rPr>
          <w:b/>
          <w:sz w:val="24"/>
        </w:rPr>
        <w:t>Câu 58: Когда автор приехал в Санк Петербург?</w:t>
      </w:r>
    </w:p>
    <w:p>
      <w:pPr>
        <w:pStyle w:val="ListParagraph"/>
      </w:pPr>
      <w:r>
        <w:rPr>
          <w:sz w:val="22"/>
        </w:rPr>
        <w:t>A. В прошлом году.</w:t>
      </w:r>
    </w:p>
    <w:p>
      <w:pPr>
        <w:pStyle w:val="ListParagraph"/>
      </w:pPr>
      <w:r>
        <w:rPr>
          <w:sz w:val="22"/>
        </w:rPr>
        <w:t>B. В прошлом месяце.</w:t>
      </w:r>
    </w:p>
    <w:p>
      <w:pPr>
        <w:pStyle w:val="ListParagraph"/>
      </w:pPr>
      <w:r>
        <w:rPr>
          <w:sz w:val="22"/>
        </w:rPr>
        <w:t>C. В июне месяце.</w:t>
      </w:r>
    </w:p>
    <w:p/>
    <w:p>
      <w:r>
        <w:rPr>
          <w:b/>
          <w:sz w:val="24"/>
        </w:rPr>
        <w:t>Câu 59: Какой город Санк-Петербург по мнению автор?</w:t>
      </w:r>
    </w:p>
    <w:p>
      <w:pPr>
        <w:pStyle w:val="ListParagraph"/>
      </w:pPr>
      <w:r>
        <w:rPr>
          <w:sz w:val="22"/>
        </w:rPr>
        <w:t>A. Это самый красивый город в Европе.</w:t>
      </w:r>
    </w:p>
    <w:p>
      <w:pPr>
        <w:pStyle w:val="ListParagraph"/>
      </w:pPr>
      <w:r>
        <w:rPr>
          <w:sz w:val="22"/>
        </w:rPr>
        <w:t>B. Это самый современый город Европы.</w:t>
      </w:r>
    </w:p>
    <w:p>
      <w:pPr>
        <w:pStyle w:val="ListParagraph"/>
      </w:pPr>
      <w:r>
        <w:rPr>
          <w:sz w:val="22"/>
        </w:rPr>
        <w:t>C. Это самый красивый город в мире.</w:t>
      </w:r>
    </w:p>
    <w:p/>
    <w:p>
      <w:r>
        <w:rPr>
          <w:b/>
          <w:sz w:val="24"/>
        </w:rPr>
        <w:t>Câu 60: Что они делали в Санк Петербурге ночью?</w:t>
      </w:r>
    </w:p>
    <w:p>
      <w:pPr>
        <w:pStyle w:val="ListParagraph"/>
      </w:pPr>
      <w:r>
        <w:rPr>
          <w:sz w:val="22"/>
        </w:rPr>
        <w:t>A. Они спали.</w:t>
      </w:r>
    </w:p>
    <w:p>
      <w:pPr>
        <w:pStyle w:val="ListParagraph"/>
      </w:pPr>
      <w:r>
        <w:rPr>
          <w:sz w:val="22"/>
        </w:rPr>
        <w:t>B. Они фотографировали друг друга</w:t>
      </w:r>
    </w:p>
    <w:p>
      <w:pPr>
        <w:pStyle w:val="ListParagraph"/>
      </w:pPr>
      <w:r>
        <w:rPr>
          <w:sz w:val="22"/>
        </w:rPr>
        <w:t>C. Они ходили в кафе.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D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C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B</w:t>
      </w:r>
    </w:p>
    <w:p>
      <w:r>
        <w:rPr>
          <w:b/>
        </w:rPr>
        <w:t>Câu 56: Đáp án đúng: B</w:t>
      </w:r>
    </w:p>
    <w:p>
      <w:r>
        <w:rPr>
          <w:b/>
        </w:rPr>
        <w:t>Câu 57: Đáp án đúng: C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