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rPr>
          <w:color w:val="0A2463"/>
          <w:sz w:val="32"/>
        </w:rPr>
        <w:t>Kiểm tra 15 phút môn kinh tế pháp luật lớp 11 sách kết nối tri thức</w:t>
      </w:r>
    </w:p>
    <w:p>
      <w:pPr>
        <w:jc w:val="center"/>
      </w:pPr>
      <w:r>
        <w:rPr>
          <w:sz w:val="22"/>
        </w:rPr>
        <w:t>Số câu: 24    Thời gian: _____ phút    Họ và tên: _________________________</w:t>
      </w:r>
    </w:p>
    <w:p/>
    <w:p>
      <w:r>
        <w:rPr>
          <w:b/>
          <w:sz w:val="24"/>
        </w:rPr>
        <w:t>Câu 1: Cạnh tranh trong nền kinh tế thị trường là gì?</w:t>
      </w:r>
    </w:p>
    <w:p>
      <w:pPr>
        <w:pStyle w:val="ListParagraph"/>
      </w:pPr>
      <w:r>
        <w:rPr>
          <w:sz w:val="22"/>
        </w:rPr>
        <w:t>A. Sự ganh đua giữa các chủ thể kinh tế nhằm giành lợi thế.</w:t>
      </w:r>
    </w:p>
    <w:p>
      <w:pPr>
        <w:pStyle w:val="ListParagraph"/>
      </w:pPr>
      <w:r>
        <w:rPr>
          <w:sz w:val="22"/>
        </w:rPr>
        <w:t>B. Sự hợp tác giữa các doanh nghiệp để cùng chia lợi nhuận.</w:t>
      </w:r>
    </w:p>
    <w:p>
      <w:pPr>
        <w:pStyle w:val="ListParagraph"/>
      </w:pPr>
      <w:r>
        <w:rPr>
          <w:sz w:val="22"/>
        </w:rPr>
        <w:t>C. Sự can thiệp của nhà nước vào hoạt động kinh tế.</w:t>
      </w:r>
    </w:p>
    <w:p>
      <w:pPr>
        <w:pStyle w:val="ListParagraph"/>
      </w:pPr>
      <w:r>
        <w:rPr>
          <w:sz w:val="22"/>
        </w:rPr>
        <w:t>D. Sự độc quyền của một doanh nghiệp.</w:t>
      </w:r>
    </w:p>
    <w:p/>
    <w:p>
      <w:r>
        <w:rPr>
          <w:b/>
          <w:sz w:val="24"/>
        </w:rPr>
        <w:t>Câu 2: Đâu không phải là biểu hiện của cạnh tranh lành mạnh?</w:t>
      </w:r>
    </w:p>
    <w:p>
      <w:pPr>
        <w:pStyle w:val="ListParagraph"/>
      </w:pPr>
      <w:r>
        <w:rPr>
          <w:sz w:val="22"/>
        </w:rPr>
        <w:t>A. Nâng cao chất lượng sản phẩm.</w:t>
      </w:r>
    </w:p>
    <w:p>
      <w:pPr>
        <w:pStyle w:val="ListParagraph"/>
      </w:pPr>
      <w:r>
        <w:rPr>
          <w:sz w:val="22"/>
        </w:rPr>
        <w:t>B. Hạ giá thành sản phẩm.</w:t>
      </w:r>
    </w:p>
    <w:p>
      <w:pPr>
        <w:pStyle w:val="ListParagraph"/>
      </w:pPr>
      <w:r>
        <w:rPr>
          <w:sz w:val="22"/>
        </w:rPr>
        <w:t>C. Làm hàng giả, hàng nhái.</w:t>
      </w:r>
    </w:p>
    <w:p>
      <w:pPr>
        <w:pStyle w:val="ListParagraph"/>
      </w:pPr>
      <w:r>
        <w:rPr>
          <w:sz w:val="22"/>
        </w:rPr>
        <w:t>D. Cải tiến mẫu mã, dịch vụ.</w:t>
      </w:r>
    </w:p>
    <w:p/>
    <w:p>
      <w:r>
        <w:rPr>
          <w:b/>
          <w:sz w:val="24"/>
        </w:rPr>
        <w:t>Câu 3: Vai trò của cạnh tranh trong nền kinh tế thị trường là gì?</w:t>
      </w:r>
    </w:p>
    <w:p>
      <w:pPr>
        <w:pStyle w:val="ListParagraph"/>
      </w:pPr>
      <w:r>
        <w:rPr>
          <w:sz w:val="22"/>
        </w:rPr>
        <w:t>A. Kìm hãm sự phát triển.</w:t>
      </w:r>
    </w:p>
    <w:p>
      <w:pPr>
        <w:pStyle w:val="ListParagraph"/>
      </w:pPr>
      <w:r>
        <w:rPr>
          <w:sz w:val="22"/>
        </w:rPr>
        <w:t>B. Thúc đẩy sản xuất phát triển, nâng cao năng suất.</w:t>
      </w:r>
    </w:p>
    <w:p>
      <w:pPr>
        <w:pStyle w:val="ListParagraph"/>
      </w:pPr>
      <w:r>
        <w:rPr>
          <w:sz w:val="22"/>
        </w:rPr>
        <w:t>C. Triệt tiêu mọi doanh nghiệp.</w:t>
      </w:r>
    </w:p>
    <w:p>
      <w:pPr>
        <w:pStyle w:val="ListParagraph"/>
      </w:pPr>
      <w:r>
        <w:rPr>
          <w:sz w:val="22"/>
        </w:rPr>
        <w:t>D. Làm giá cả tăng cao.</w:t>
      </w:r>
    </w:p>
    <w:p/>
    <w:p>
      <w:r>
        <w:rPr>
          <w:b/>
          <w:sz w:val="24"/>
        </w:rPr>
        <w:t>Câu 4: Cạnh tranh giữa các chủ thể nào là phổ biến nhất trong nền kinh tế thị trường?</w:t>
      </w:r>
    </w:p>
    <w:p>
      <w:pPr>
        <w:pStyle w:val="ListParagraph"/>
      </w:pPr>
      <w:r>
        <w:rPr>
          <w:sz w:val="22"/>
        </w:rPr>
        <w:t>A. Người sản xuất với người sản xuất.</w:t>
      </w:r>
    </w:p>
    <w:p>
      <w:pPr>
        <w:pStyle w:val="ListParagraph"/>
      </w:pPr>
      <w:r>
        <w:rPr>
          <w:sz w:val="22"/>
        </w:rPr>
        <w:t>B. Người tiêu dùng với người tiêu dùng.</w:t>
      </w:r>
    </w:p>
    <w:p>
      <w:pPr>
        <w:pStyle w:val="ListParagraph"/>
      </w:pPr>
      <w:r>
        <w:rPr>
          <w:sz w:val="22"/>
        </w:rPr>
        <w:t>C. Người sản xuất với người tiêu dùng.</w:t>
      </w:r>
    </w:p>
    <w:p>
      <w:pPr>
        <w:pStyle w:val="ListParagraph"/>
      </w:pPr>
      <w:r>
        <w:rPr>
          <w:sz w:val="22"/>
        </w:rPr>
        <w:t>D. Nhà nước với doanh nghiệp.</w:t>
      </w:r>
    </w:p>
    <w:p/>
    <w:p>
      <w:r>
        <w:rPr>
          <w:b/>
          <w:sz w:val="24"/>
        </w:rPr>
        <w:t>Câu 5: Mục đích cuối cùng của cạnh tranh là gì?</w:t>
      </w:r>
    </w:p>
    <w:p>
      <w:pPr>
        <w:pStyle w:val="ListParagraph"/>
      </w:pPr>
      <w:r>
        <w:rPr>
          <w:sz w:val="22"/>
        </w:rPr>
        <w:t>A. Giành lợi ích kinh tế tối đa.</w:t>
      </w:r>
    </w:p>
    <w:p>
      <w:pPr>
        <w:pStyle w:val="ListParagraph"/>
      </w:pPr>
      <w:r>
        <w:rPr>
          <w:sz w:val="22"/>
        </w:rPr>
        <w:t>B. Giúp đỡ đối thủ.</w:t>
      </w:r>
    </w:p>
    <w:p>
      <w:pPr>
        <w:pStyle w:val="ListParagraph"/>
      </w:pPr>
      <w:r>
        <w:rPr>
          <w:sz w:val="22"/>
        </w:rPr>
        <w:t>C. Chia đều lợi nhuận.</w:t>
      </w:r>
    </w:p>
    <w:p>
      <w:pPr>
        <w:pStyle w:val="ListParagraph"/>
      </w:pPr>
      <w:r>
        <w:rPr>
          <w:sz w:val="22"/>
        </w:rPr>
        <w:t>D. Loại bỏ người tiêu dùng.</w:t>
      </w:r>
    </w:p>
    <w:p/>
    <w:p>
      <w:r>
        <w:rPr>
          <w:b/>
          <w:sz w:val="24"/>
        </w:rPr>
        <w:t>Câu 6: Đặc điểm nào sau đây không thuộc nền kinh tế thị trường?</w:t>
      </w:r>
    </w:p>
    <w:p>
      <w:pPr>
        <w:pStyle w:val="ListParagraph"/>
      </w:pPr>
      <w:r>
        <w:rPr>
          <w:sz w:val="22"/>
        </w:rPr>
        <w:t>A. Tự do kinh doanh.</w:t>
      </w:r>
    </w:p>
    <w:p>
      <w:pPr>
        <w:pStyle w:val="ListParagraph"/>
      </w:pPr>
      <w:r>
        <w:rPr>
          <w:sz w:val="22"/>
        </w:rPr>
        <w:t>B. Cạnh tranh.</w:t>
      </w:r>
    </w:p>
    <w:p>
      <w:pPr>
        <w:pStyle w:val="ListParagraph"/>
      </w:pPr>
      <w:r>
        <w:rPr>
          <w:sz w:val="22"/>
        </w:rPr>
        <w:t>C. Nhà nước không can thiệp gì.</w:t>
      </w:r>
    </w:p>
    <w:p>
      <w:pPr>
        <w:pStyle w:val="ListParagraph"/>
      </w:pPr>
      <w:r>
        <w:rPr>
          <w:sz w:val="22"/>
        </w:rPr>
        <w:t>D. Giá cả do cung cầu quyết định.</w:t>
      </w:r>
    </w:p>
    <w:p/>
    <w:p>
      <w:r>
        <w:rPr>
          <w:b/>
          <w:sz w:val="24"/>
        </w:rPr>
        <w:t>Câu 7: Cạnh tranh không lành mạnh biểu hiện ở đâu?</w:t>
      </w:r>
    </w:p>
    <w:p>
      <w:pPr>
        <w:pStyle w:val="ListParagraph"/>
      </w:pPr>
      <w:r>
        <w:rPr>
          <w:sz w:val="22"/>
        </w:rPr>
        <w:t>A. Đổi mới công nghệ.</w:t>
      </w:r>
    </w:p>
    <w:p>
      <w:pPr>
        <w:pStyle w:val="ListParagraph"/>
      </w:pPr>
      <w:r>
        <w:rPr>
          <w:sz w:val="22"/>
        </w:rPr>
        <w:t>B. Quảng cáo sai sự thật.</w:t>
      </w:r>
    </w:p>
    <w:p>
      <w:pPr>
        <w:pStyle w:val="ListParagraph"/>
      </w:pPr>
      <w:r>
        <w:rPr>
          <w:sz w:val="22"/>
        </w:rPr>
        <w:t>C. Giảm giá hợp lý.</w:t>
      </w:r>
    </w:p>
    <w:p>
      <w:pPr>
        <w:pStyle w:val="ListParagraph"/>
      </w:pPr>
      <w:r>
        <w:rPr>
          <w:sz w:val="22"/>
        </w:rPr>
        <w:t>D. Mở rộng thị trường.</w:t>
      </w:r>
    </w:p>
    <w:p/>
    <w:p>
      <w:r>
        <w:rPr>
          <w:b/>
          <w:sz w:val="24"/>
        </w:rPr>
        <w:t>Câu 8: Cầu là gì?</w:t>
      </w:r>
    </w:p>
    <w:p>
      <w:pPr>
        <w:pStyle w:val="ListParagraph"/>
      </w:pPr>
      <w:r>
        <w:rPr>
          <w:sz w:val="22"/>
        </w:rPr>
        <w:t>A. Lượng hàng hóa mà người tiêu dùng muốn mua.</w:t>
      </w:r>
    </w:p>
    <w:p>
      <w:pPr>
        <w:pStyle w:val="ListParagraph"/>
      </w:pPr>
      <w:r>
        <w:rPr>
          <w:sz w:val="22"/>
        </w:rPr>
        <w:t>B. Lượng hàng hóa mà người tiêu dùng có khả năng mua ở mức giá nhất định.</w:t>
      </w:r>
    </w:p>
    <w:p>
      <w:pPr>
        <w:pStyle w:val="ListParagraph"/>
      </w:pPr>
      <w:r>
        <w:rPr>
          <w:sz w:val="22"/>
        </w:rPr>
        <w:t>C. Lượng hàng hóa mà người sản xuất muốn bán.</w:t>
      </w:r>
    </w:p>
    <w:p>
      <w:pPr>
        <w:pStyle w:val="ListParagraph"/>
      </w:pPr>
      <w:r>
        <w:rPr>
          <w:sz w:val="22"/>
        </w:rPr>
        <w:t>D. Lượng hàng hóa trong kho.</w:t>
      </w:r>
    </w:p>
    <w:p/>
    <w:p>
      <w:r>
        <w:rPr>
          <w:b/>
          <w:sz w:val="24"/>
        </w:rPr>
        <w:t>Câu 9: Cung là gì?</w:t>
      </w:r>
    </w:p>
    <w:p>
      <w:pPr>
        <w:pStyle w:val="ListParagraph"/>
      </w:pPr>
      <w:r>
        <w:rPr>
          <w:sz w:val="22"/>
        </w:rPr>
        <w:t>A. Lượng hàng hóa mà người tiêu dùng muốn mua.</w:t>
      </w:r>
    </w:p>
    <w:p>
      <w:pPr>
        <w:pStyle w:val="ListParagraph"/>
      </w:pPr>
      <w:r>
        <w:rPr>
          <w:sz w:val="22"/>
        </w:rPr>
        <w:t>B. Lượng hàng hóa mà người sản xuất muốn bán và có khả năng bán ở mức giá nhất định.</w:t>
      </w:r>
    </w:p>
    <w:p>
      <w:pPr>
        <w:pStyle w:val="ListParagraph"/>
      </w:pPr>
      <w:r>
        <w:rPr>
          <w:sz w:val="22"/>
        </w:rPr>
        <w:t>C. Lượng hàng hóa đang lưu thông.</w:t>
      </w:r>
    </w:p>
    <w:p>
      <w:pPr>
        <w:pStyle w:val="ListParagraph"/>
      </w:pPr>
      <w:r>
        <w:rPr>
          <w:sz w:val="22"/>
        </w:rPr>
        <w:t>D. Số lượng người sản xuất.</w:t>
      </w:r>
    </w:p>
    <w:p/>
    <w:p>
      <w:r>
        <w:rPr>
          <w:b/>
          <w:sz w:val="24"/>
        </w:rPr>
        <w:t>Câu 10: Luật cầu phát biểu: khi giá tăng (các yếu tố khác không đổi) thì?</w:t>
      </w:r>
    </w:p>
    <w:p>
      <w:pPr>
        <w:pStyle w:val="ListParagraph"/>
      </w:pPr>
      <w:r>
        <w:rPr>
          <w:sz w:val="22"/>
        </w:rPr>
        <w:t>A. Lượng cầu tăng.</w:t>
      </w:r>
    </w:p>
    <w:p>
      <w:pPr>
        <w:pStyle w:val="ListParagraph"/>
      </w:pPr>
      <w:r>
        <w:rPr>
          <w:sz w:val="22"/>
        </w:rPr>
        <w:t>B. Lượng cầu giảm.</w:t>
      </w:r>
    </w:p>
    <w:p>
      <w:pPr>
        <w:pStyle w:val="ListParagraph"/>
      </w:pPr>
      <w:r>
        <w:rPr>
          <w:sz w:val="22"/>
        </w:rPr>
        <w:t>C. Lượng cung tăng.</w:t>
      </w:r>
    </w:p>
    <w:p>
      <w:pPr>
        <w:pStyle w:val="ListParagraph"/>
      </w:pPr>
      <w:r>
        <w:rPr>
          <w:sz w:val="22"/>
        </w:rPr>
        <w:t>D. Lượng cung giảm.</w:t>
      </w:r>
    </w:p>
    <w:p/>
    <w:p>
      <w:r>
        <w:rPr>
          <w:b/>
          <w:sz w:val="24"/>
        </w:rPr>
        <w:t>Câu 11: Luật cung phát biểu: khi giá tăng (các yếu tố khác không đổi) thì?</w:t>
      </w:r>
    </w:p>
    <w:p>
      <w:pPr>
        <w:pStyle w:val="ListParagraph"/>
      </w:pPr>
      <w:r>
        <w:rPr>
          <w:sz w:val="22"/>
        </w:rPr>
        <w:t>A. Lượng cung tăng.</w:t>
      </w:r>
    </w:p>
    <w:p>
      <w:pPr>
        <w:pStyle w:val="ListParagraph"/>
      </w:pPr>
      <w:r>
        <w:rPr>
          <w:sz w:val="22"/>
        </w:rPr>
        <w:t>B. Lượng cung giảm.</w:t>
      </w:r>
    </w:p>
    <w:p>
      <w:pPr>
        <w:pStyle w:val="ListParagraph"/>
      </w:pPr>
      <w:r>
        <w:rPr>
          <w:sz w:val="22"/>
        </w:rPr>
        <w:t>C. Lượng cầu tăng.</w:t>
      </w:r>
    </w:p>
    <w:p>
      <w:pPr>
        <w:pStyle w:val="ListParagraph"/>
      </w:pPr>
      <w:r>
        <w:rPr>
          <w:sz w:val="22"/>
        </w:rPr>
        <w:t>D. Lượng cầu giảm.</w:t>
      </w:r>
    </w:p>
    <w:p/>
    <w:p>
      <w:r>
        <w:rPr>
          <w:b/>
          <w:sz w:val="24"/>
        </w:rPr>
        <w:t>Câu 12: Đường cầu có dạng như thế nào?</w:t>
      </w:r>
    </w:p>
    <w:p>
      <w:pPr>
        <w:pStyle w:val="ListParagraph"/>
      </w:pPr>
      <w:r>
        <w:rPr>
          <w:sz w:val="22"/>
        </w:rPr>
        <w:t>A. Dốc lên từ trái sang phải.</w:t>
      </w:r>
    </w:p>
    <w:p>
      <w:pPr>
        <w:pStyle w:val="ListParagraph"/>
      </w:pPr>
      <w:r>
        <w:rPr>
          <w:sz w:val="22"/>
        </w:rPr>
        <w:t>B. Dốc xuống từ trái sang phải.</w:t>
      </w:r>
    </w:p>
    <w:p>
      <w:pPr>
        <w:pStyle w:val="ListParagraph"/>
      </w:pPr>
      <w:r>
        <w:rPr>
          <w:sz w:val="22"/>
        </w:rPr>
        <w:t>C. Nằm ngang.</w:t>
      </w:r>
    </w:p>
    <w:p>
      <w:pPr>
        <w:pStyle w:val="ListParagraph"/>
      </w:pPr>
      <w:r>
        <w:rPr>
          <w:sz w:val="22"/>
        </w:rPr>
        <w:t>D. Thẳng đứng.</w:t>
      </w:r>
    </w:p>
    <w:p/>
    <w:p>
      <w:r>
        <w:rPr>
          <w:b/>
          <w:sz w:val="24"/>
        </w:rPr>
        <w:t>Câu 13: Đường cung có dạng như thế nào?</w:t>
      </w:r>
    </w:p>
    <w:p>
      <w:pPr>
        <w:pStyle w:val="ListParagraph"/>
      </w:pPr>
      <w:r>
        <w:rPr>
          <w:sz w:val="22"/>
        </w:rPr>
        <w:t>A. Dốc lên từ trái sang phải.</w:t>
      </w:r>
    </w:p>
    <w:p>
      <w:pPr>
        <w:pStyle w:val="ListParagraph"/>
      </w:pPr>
      <w:r>
        <w:rPr>
          <w:sz w:val="22"/>
        </w:rPr>
        <w:t>B. Dốc xuống từ trái sang phải.</w:t>
      </w:r>
    </w:p>
    <w:p>
      <w:pPr>
        <w:pStyle w:val="ListParagraph"/>
      </w:pPr>
      <w:r>
        <w:rPr>
          <w:sz w:val="22"/>
        </w:rPr>
        <w:t>C. Nằm ngang.</w:t>
      </w:r>
    </w:p>
    <w:p>
      <w:pPr>
        <w:pStyle w:val="ListParagraph"/>
      </w:pPr>
      <w:r>
        <w:rPr>
          <w:sz w:val="22"/>
        </w:rPr>
        <w:t>D. Thẳng đứng.</w:t>
      </w:r>
    </w:p>
    <w:p/>
    <w:p>
      <w:r>
        <w:rPr>
          <w:b/>
          <w:sz w:val="24"/>
        </w:rPr>
        <w:t>Câu 14: Nhân tố nào ảnh hưởng đến cầu?</w:t>
      </w:r>
    </w:p>
    <w:p>
      <w:pPr>
        <w:pStyle w:val="ListParagraph"/>
      </w:pPr>
      <w:r>
        <w:rPr>
          <w:sz w:val="22"/>
        </w:rPr>
        <w:t>A. Thu nhập của người tiêu dùng.</w:t>
      </w:r>
    </w:p>
    <w:p>
      <w:pPr>
        <w:pStyle w:val="ListParagraph"/>
      </w:pPr>
      <w:r>
        <w:rPr>
          <w:sz w:val="22"/>
        </w:rPr>
        <w:t>B. Công nghệ sản xuất.</w:t>
      </w:r>
    </w:p>
    <w:p>
      <w:pPr>
        <w:pStyle w:val="ListParagraph"/>
      </w:pPr>
      <w:r>
        <w:rPr>
          <w:sz w:val="22"/>
        </w:rPr>
        <w:t>C. Chi phí đầu vào.</w:t>
      </w:r>
    </w:p>
    <w:p>
      <w:pPr>
        <w:pStyle w:val="ListParagraph"/>
      </w:pPr>
      <w:r>
        <w:rPr>
          <w:sz w:val="22"/>
        </w:rPr>
        <w:t>D. Số lượng doanh nghiệp.</w:t>
      </w:r>
    </w:p>
    <w:p/>
    <w:p>
      <w:r>
        <w:rPr>
          <w:b/>
          <w:sz w:val="24"/>
        </w:rPr>
        <w:t>Câu 15: Nhân tố nào ảnh hưởng đến cung?</w:t>
      </w:r>
    </w:p>
    <w:p>
      <w:pPr>
        <w:pStyle w:val="ListParagraph"/>
      </w:pPr>
      <w:r>
        <w:rPr>
          <w:sz w:val="22"/>
        </w:rPr>
        <w:t>A. Thị hiếu người tiêu dùng.</w:t>
      </w:r>
    </w:p>
    <w:p>
      <w:pPr>
        <w:pStyle w:val="ListParagraph"/>
      </w:pPr>
      <w:r>
        <w:rPr>
          <w:sz w:val="22"/>
        </w:rPr>
        <w:t>B. Thu nhập người tiêu dùng.</w:t>
      </w:r>
    </w:p>
    <w:p>
      <w:pPr>
        <w:pStyle w:val="ListParagraph"/>
      </w:pPr>
      <w:r>
        <w:rPr>
          <w:sz w:val="22"/>
        </w:rPr>
        <w:t>C. Chi phí sản xuất.</w:t>
      </w:r>
    </w:p>
    <w:p>
      <w:pPr>
        <w:pStyle w:val="ListParagraph"/>
      </w:pPr>
      <w:r>
        <w:rPr>
          <w:sz w:val="22"/>
        </w:rPr>
        <w:t>D. Dân số.</w:t>
      </w:r>
    </w:p>
    <w:p/>
    <w:p>
      <w:r>
        <w:rPr>
          <w:b/>
          <w:sz w:val="24"/>
        </w:rPr>
        <w:t>Câu 16: Khi giá cả thị trường cao hơn giá cân bằng sẽ dẫn đến hiện tượng gì?</w:t>
      </w:r>
    </w:p>
    <w:p>
      <w:pPr>
        <w:pStyle w:val="ListParagraph"/>
      </w:pPr>
      <w:r>
        <w:rPr>
          <w:sz w:val="22"/>
        </w:rPr>
        <w:t>A. Thiếu hụt hàng hóa.</w:t>
      </w:r>
    </w:p>
    <w:p>
      <w:pPr>
        <w:pStyle w:val="ListParagraph"/>
      </w:pPr>
      <w:r>
        <w:rPr>
          <w:sz w:val="22"/>
        </w:rPr>
        <w:t>B. Dư thừa hàng hóa.</w:t>
      </w:r>
    </w:p>
    <w:p>
      <w:pPr>
        <w:pStyle w:val="ListParagraph"/>
      </w:pPr>
      <w:r>
        <w:rPr>
          <w:sz w:val="22"/>
        </w:rPr>
        <w:t>C. Cân bằng cung cầu.</w:t>
      </w:r>
    </w:p>
    <w:p>
      <w:pPr>
        <w:pStyle w:val="ListParagraph"/>
      </w:pPr>
      <w:r>
        <w:rPr>
          <w:sz w:val="22"/>
        </w:rPr>
        <w:t>D. Giá tiếp tục tăng.</w:t>
      </w:r>
    </w:p>
    <w:p/>
    <w:p>
      <w:r>
        <w:rPr>
          <w:b/>
          <w:sz w:val="24"/>
        </w:rPr>
        <w:t>Câu 17: Khi giá cả thị trường thấp hơn giá cân bằng sẽ dẫn đến hiện tượng gì?</w:t>
      </w:r>
    </w:p>
    <w:p>
      <w:pPr>
        <w:pStyle w:val="ListParagraph"/>
      </w:pPr>
      <w:r>
        <w:rPr>
          <w:sz w:val="22"/>
        </w:rPr>
        <w:t>A. Dư thừa hàng hóa.</w:t>
      </w:r>
    </w:p>
    <w:p>
      <w:pPr>
        <w:pStyle w:val="ListParagraph"/>
      </w:pPr>
      <w:r>
        <w:rPr>
          <w:sz w:val="22"/>
        </w:rPr>
        <w:t>B. Thiếu hụt hàng hóa.</w:t>
      </w:r>
    </w:p>
    <w:p>
      <w:pPr>
        <w:pStyle w:val="ListParagraph"/>
      </w:pPr>
      <w:r>
        <w:rPr>
          <w:sz w:val="22"/>
        </w:rPr>
        <w:t>C. Cân bằng cung cầu.</w:t>
      </w:r>
    </w:p>
    <w:p>
      <w:pPr>
        <w:pStyle w:val="ListParagraph"/>
      </w:pPr>
      <w:r>
        <w:rPr>
          <w:sz w:val="22"/>
        </w:rPr>
        <w:t>D. Không ảnh hưởng.</w:t>
      </w:r>
    </w:p>
    <w:p/>
    <w:p>
      <w:r>
        <w:rPr>
          <w:b/>
          <w:sz w:val="24"/>
        </w:rPr>
        <w:t>Câu 18: Tại điểm cân bằng thị trường, điều gì xảy ra?</w:t>
      </w:r>
    </w:p>
    <w:p>
      <w:pPr>
        <w:pStyle w:val="ListParagraph"/>
      </w:pPr>
      <w:r>
        <w:rPr>
          <w:sz w:val="22"/>
        </w:rPr>
        <w:t>A. Lượng cung lớn hơn lượng cầu.</w:t>
      </w:r>
    </w:p>
    <w:p>
      <w:pPr>
        <w:pStyle w:val="ListParagraph"/>
      </w:pPr>
      <w:r>
        <w:rPr>
          <w:sz w:val="22"/>
        </w:rPr>
        <w:t>B. Lượng cầu lớn hơn lượng cung.</w:t>
      </w:r>
    </w:p>
    <w:p>
      <w:pPr>
        <w:pStyle w:val="ListParagraph"/>
      </w:pPr>
      <w:r>
        <w:rPr>
          <w:sz w:val="22"/>
        </w:rPr>
        <w:t>C. Lượng cung bằng lượng cầu.</w:t>
      </w:r>
    </w:p>
    <w:p>
      <w:pPr>
        <w:pStyle w:val="ListParagraph"/>
      </w:pPr>
      <w:r>
        <w:rPr>
          <w:sz w:val="22"/>
        </w:rPr>
        <w:t>D. Giá bằng 0.</w:t>
      </w:r>
    </w:p>
    <w:p/>
    <w:p>
      <w:r>
        <w:rPr>
          <w:b/>
          <w:sz w:val="24"/>
        </w:rPr>
        <w:t>Câu 19: Giá cả thị trường được quyết định bởi yếu tố nào?</w:t>
      </w:r>
    </w:p>
    <w:p>
      <w:pPr>
        <w:pStyle w:val="ListParagraph"/>
      </w:pPr>
      <w:r>
        <w:rPr>
          <w:sz w:val="22"/>
        </w:rPr>
        <w:t>A. Nhà nước.</w:t>
      </w:r>
    </w:p>
    <w:p>
      <w:pPr>
        <w:pStyle w:val="ListParagraph"/>
      </w:pPr>
      <w:r>
        <w:rPr>
          <w:sz w:val="22"/>
        </w:rPr>
        <w:t>B. Người sản xuất.</w:t>
      </w:r>
    </w:p>
    <w:p>
      <w:pPr>
        <w:pStyle w:val="ListParagraph"/>
      </w:pPr>
      <w:r>
        <w:rPr>
          <w:sz w:val="22"/>
        </w:rPr>
        <w:t>C. Người tiêu dùng.</w:t>
      </w:r>
    </w:p>
    <w:p>
      <w:pPr>
        <w:pStyle w:val="ListParagraph"/>
      </w:pPr>
      <w:r>
        <w:rPr>
          <w:sz w:val="22"/>
        </w:rPr>
        <w:t>D. Cung - cầu.</w:t>
      </w:r>
    </w:p>
    <w:p/>
    <w:p>
      <w:r>
        <w:rPr>
          <w:b/>
          <w:sz w:val="24"/>
        </w:rPr>
        <w:t>Câu 20: Trong nền kinh tế thị trường, cạnh tranh có vai trò gì?</w:t>
      </w:r>
    </w:p>
    <w:p>
      <w:pPr>
        <w:pStyle w:val="ListParagraph"/>
      </w:pPr>
      <w:r>
        <w:rPr>
          <w:sz w:val="22"/>
        </w:rPr>
        <w:t>A. Chỉ mang lại lợi ích cho doanh nghiệp lớn.</w:t>
      </w:r>
    </w:p>
    <w:p>
      <w:pPr>
        <w:pStyle w:val="ListParagraph"/>
      </w:pPr>
      <w:r>
        <w:rPr>
          <w:sz w:val="22"/>
        </w:rPr>
        <w:t>B. Thúc đẩy cải tiến kỹ thuật, nâng cao chất lượng, giảm giá thành.</w:t>
      </w:r>
    </w:p>
    <w:p>
      <w:pPr>
        <w:pStyle w:val="ListParagraph"/>
      </w:pPr>
      <w:r>
        <w:rPr>
          <w:sz w:val="22"/>
        </w:rPr>
        <w:t>C. Làm mất cân đối cung cầu.</w:t>
      </w:r>
    </w:p>
    <w:p>
      <w:pPr>
        <w:pStyle w:val="ListParagraph"/>
      </w:pPr>
      <w:r>
        <w:rPr>
          <w:sz w:val="22"/>
        </w:rPr>
        <w:t>D. Khuyến khích độc quyền.</w:t>
      </w:r>
    </w:p>
    <w:p/>
    <w:p>
      <w:r>
        <w:rPr>
          <w:b/>
          <w:sz w:val="24"/>
        </w:rPr>
        <w:t>Câu 21: Cạnh tranh lành mạnh là sự ganh đua tuân thủ pháp luật và đạo đức kinh doanh.</w:t>
      </w:r>
    </w:p>
    <w:p>
      <w:pPr>
        <w:pStyle w:val="ListParagraph"/>
      </w:pPr>
      <w:r>
        <w:rPr>
          <w:sz w:val="22"/>
        </w:rPr>
        <w:t>A. Đúng</w:t>
      </w:r>
    </w:p>
    <w:p>
      <w:pPr>
        <w:pStyle w:val="ListParagraph"/>
      </w:pPr>
      <w:r>
        <w:rPr>
          <w:sz w:val="22"/>
        </w:rPr>
        <w:t>B. Sai</w:t>
      </w:r>
    </w:p>
    <w:p/>
    <w:p>
      <w:r>
        <w:rPr>
          <w:b/>
          <w:sz w:val="24"/>
        </w:rPr>
        <w:t>Câu 22: Luật cầu cho rằng khi giá giảm thì lượng cầu giảm.</w:t>
      </w:r>
    </w:p>
    <w:p>
      <w:pPr>
        <w:pStyle w:val="ListParagraph"/>
      </w:pPr>
      <w:r>
        <w:rPr>
          <w:sz w:val="22"/>
        </w:rPr>
        <w:t>A. Đúng</w:t>
      </w:r>
    </w:p>
    <w:p>
      <w:pPr>
        <w:pStyle w:val="ListParagraph"/>
      </w:pPr>
      <w:r>
        <w:rPr>
          <w:sz w:val="22"/>
        </w:rPr>
        <w:t>B. Sai</w:t>
      </w:r>
    </w:p>
    <w:p/>
    <w:p>
      <w:r>
        <w:rPr>
          <w:b/>
          <w:sz w:val="24"/>
        </w:rPr>
        <w:t>Câu 23: Cung và cầu không có mối quan hệ với giá cả thị trường.</w:t>
      </w:r>
    </w:p>
    <w:p>
      <w:pPr>
        <w:pStyle w:val="ListParagraph"/>
      </w:pPr>
      <w:r>
        <w:rPr>
          <w:sz w:val="22"/>
        </w:rPr>
        <w:t>A. Đúng</w:t>
      </w:r>
    </w:p>
    <w:p>
      <w:pPr>
        <w:pStyle w:val="ListParagraph"/>
      </w:pPr>
      <w:r>
        <w:rPr>
          <w:sz w:val="22"/>
        </w:rPr>
        <w:t>B. Sai</w:t>
      </w:r>
    </w:p>
    <w:p/>
    <w:p>
      <w:r>
        <w:rPr>
          <w:b/>
          <w:sz w:val="24"/>
        </w:rPr>
        <w:t>Câu 24: Tại mức giá cân bằng, lượng cung bằng lượng cầu.</w:t>
      </w:r>
    </w:p>
    <w:p>
      <w:pPr>
        <w:pStyle w:val="ListParagraph"/>
      </w:pPr>
      <w:r>
        <w:rPr>
          <w:sz w:val="22"/>
        </w:rPr>
        <w:t>A. Đúng</w:t>
      </w:r>
    </w:p>
    <w:p>
      <w:pPr>
        <w:pStyle w:val="ListParagraph"/>
      </w:pPr>
      <w:r>
        <w:rPr>
          <w:sz w:val="22"/>
        </w:rPr>
        <w:t>B. Sai</w:t>
      </w:r>
    </w:p>
    <w:p/>
    <w:p>
      <w:r>
        <w:t>──────────────────────────────────────────────────</w:t>
      </w:r>
    </w:p>
    <w:p>
      <w:r>
        <w:rPr>
          <w:b/>
        </w:rPr>
        <w:t>BẢNG ĐÁP ÁN &amp; LỜI GIẢI CHI TIẾT</w:t>
      </w:r>
    </w:p>
    <w:p>
      <w:r>
        <w:rPr>
          <w:b/>
        </w:rPr>
        <w:t>Câu 1: Đáp án đúng: A</w:t>
      </w:r>
    </w:p>
    <w:p>
      <w:r>
        <w:rPr>
          <w:b/>
        </w:rPr>
        <w:t>Câu 2: Đáp án đúng: C</w:t>
      </w:r>
    </w:p>
    <w:p>
      <w:r>
        <w:rPr>
          <w:b/>
        </w:rPr>
        <w:t>Câu 3: Đáp án đúng: B</w:t>
      </w:r>
    </w:p>
    <w:p>
      <w:r>
        <w:rPr>
          <w:b/>
        </w:rPr>
        <w:t>Câu 4: Đáp án đúng: A</w:t>
      </w:r>
    </w:p>
    <w:p>
      <w:r>
        <w:rPr>
          <w:b/>
        </w:rPr>
        <w:t>Câu 5: Đáp án đúng: A</w:t>
      </w:r>
    </w:p>
    <w:p>
      <w:r>
        <w:rPr>
          <w:b/>
        </w:rPr>
        <w:t>Câu 6: Đáp án đúng: C</w:t>
      </w:r>
    </w:p>
    <w:p>
      <w:r>
        <w:rPr>
          <w:b/>
        </w:rPr>
        <w:t>Câu 7: Đáp án đúng: B</w:t>
      </w:r>
    </w:p>
    <w:p>
      <w:r>
        <w:rPr>
          <w:b/>
        </w:rPr>
        <w:t>Câu 8: Đáp án đúng: B</w:t>
      </w:r>
    </w:p>
    <w:p>
      <w:r>
        <w:rPr>
          <w:b/>
        </w:rPr>
        <w:t>Câu 9: Đáp án đúng: B</w:t>
      </w:r>
    </w:p>
    <w:p>
      <w:r>
        <w:rPr>
          <w:b/>
        </w:rPr>
        <w:t>Câu 10: Đáp án đúng: B</w:t>
      </w:r>
    </w:p>
    <w:p>
      <w:r>
        <w:rPr>
          <w:b/>
        </w:rPr>
        <w:t>Câu 11: Đáp án đúng: A</w:t>
      </w:r>
    </w:p>
    <w:p>
      <w:r>
        <w:rPr>
          <w:b/>
        </w:rPr>
        <w:t>Câu 12: Đáp án đúng: B</w:t>
      </w:r>
    </w:p>
    <w:p>
      <w:r>
        <w:rPr>
          <w:b/>
        </w:rPr>
        <w:t>Câu 13: Đáp án đúng: A</w:t>
      </w:r>
    </w:p>
    <w:p>
      <w:r>
        <w:rPr>
          <w:b/>
        </w:rPr>
        <w:t>Câu 14: Đáp án đúng: A</w:t>
      </w:r>
    </w:p>
    <w:p>
      <w:r>
        <w:rPr>
          <w:b/>
        </w:rPr>
        <w:t>Câu 15: Đáp án đúng: C</w:t>
      </w:r>
    </w:p>
    <w:p>
      <w:r>
        <w:rPr>
          <w:b/>
        </w:rPr>
        <w:t>Câu 16: Đáp án đúng: B</w:t>
      </w:r>
    </w:p>
    <w:p>
      <w:r>
        <w:rPr>
          <w:b/>
        </w:rPr>
        <w:t>Câu 17: Đáp án đúng: B</w:t>
      </w:r>
    </w:p>
    <w:p>
      <w:r>
        <w:rPr>
          <w:b/>
        </w:rPr>
        <w:t>Câu 18: Đáp án đúng: C</w:t>
      </w:r>
    </w:p>
    <w:p>
      <w:r>
        <w:rPr>
          <w:b/>
        </w:rPr>
        <w:t>Câu 19: Đáp án đúng: D</w:t>
      </w:r>
    </w:p>
    <w:p>
      <w:r>
        <w:rPr>
          <w:b/>
        </w:rPr>
        <w:t>Câu 20: Đáp án đúng: B</w:t>
      </w:r>
    </w:p>
    <w:p>
      <w:r>
        <w:rPr>
          <w:b/>
        </w:rPr>
        <w:t>Câu 21: Đáp án đúng: A</w:t>
      </w:r>
    </w:p>
    <w:p>
      <w:r>
        <w:rPr>
          <w:b/>
        </w:rPr>
        <w:t>Câu 22: Đáp án đúng: B</w:t>
      </w:r>
    </w:p>
    <w:p>
      <w:r>
        <w:rPr>
          <w:b/>
        </w:rPr>
        <w:t>Câu 23: Đáp án đúng: B</w:t>
      </w:r>
    </w:p>
    <w:p>
      <w:r>
        <w:rPr>
          <w:b/>
        </w:rPr>
        <w:t>Câu 24: Đáp án đúng: A</w:t>
      </w:r>
    </w:p>
    <w:sectPr w:rsidR="00FC693F" w:rsidRPr="0006063C" w:rsidSect="00034616">
      <w:pgSz w:w="12240" w:h="15840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