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A2463"/>
          <w:sz w:val="32"/>
        </w:rPr>
        <w:t>Nhh</w:t>
      </w:r>
    </w:p>
    <w:p>
      <w:pPr>
        <w:jc w:val="center"/>
      </w:pPr>
      <w:r>
        <w:rPr>
          <w:sz w:val="22"/>
        </w:rPr>
        <w:t>Số câu: 20    Thời gian: _____ phút    Họ và tên: _________________________</w:t>
      </w:r>
    </w:p>
    <w:p/>
    <w:p>
      <w:r>
        <w:rPr>
          <w:b/>
          <w:sz w:val="24"/>
        </w:rPr>
        <w:t>Câu 1: Câu 1 (0,5 điểm): Thủ đô của Nhật Bản là thành phố nào?</w:t>
      </w:r>
    </w:p>
    <w:p>
      <w:pPr>
        <w:pStyle w:val="ListParagraph"/>
      </w:pPr>
      <w:r>
        <w:rPr>
          <w:sz w:val="22"/>
        </w:rPr>
        <w:t>A. Osaka</w:t>
      </w:r>
    </w:p>
    <w:p>
      <w:pPr>
        <w:pStyle w:val="ListParagraph"/>
      </w:pPr>
      <w:r>
        <w:rPr>
          <w:sz w:val="22"/>
        </w:rPr>
        <w:t>B. Tokyo</w:t>
      </w:r>
    </w:p>
    <w:p>
      <w:pPr>
        <w:pStyle w:val="ListParagraph"/>
      </w:pPr>
      <w:r>
        <w:rPr>
          <w:sz w:val="22"/>
        </w:rPr>
        <w:t>C. Kyoto</w:t>
      </w:r>
    </w:p>
    <w:p>
      <w:pPr>
        <w:pStyle w:val="ListParagraph"/>
      </w:pPr>
      <w:r>
        <w:rPr>
          <w:sz w:val="22"/>
        </w:rPr>
        <w:t>D. Nagoya</w:t>
      </w:r>
    </w:p>
    <w:p/>
    <w:p>
      <w:r>
        <w:rPr>
          <w:b/>
          <w:sz w:val="24"/>
        </w:rPr>
        <w:t>Câu 2: Câu 2 (0,5 điểm): Số nguyên tố nhỏ nhất là số nào?</w:t>
      </w:r>
    </w:p>
    <w:p>
      <w:pPr>
        <w:pStyle w:val="ListParagraph"/>
      </w:pPr>
      <w:r>
        <w:rPr>
          <w:sz w:val="22"/>
        </w:rPr>
        <w:t>A. 0</w:t>
      </w:r>
    </w:p>
    <w:p>
      <w:pPr>
        <w:pStyle w:val="ListParagraph"/>
      </w:pPr>
      <w:r>
        <w:rPr>
          <w:sz w:val="22"/>
        </w:rPr>
        <w:t>B. 1</w:t>
      </w:r>
    </w:p>
    <w:p>
      <w:pPr>
        <w:pStyle w:val="ListParagraph"/>
      </w:pPr>
      <w:r>
        <w:rPr>
          <w:sz w:val="22"/>
        </w:rPr>
        <w:t>C. 2</w:t>
      </w:r>
    </w:p>
    <w:p>
      <w:pPr>
        <w:pStyle w:val="ListParagraph"/>
      </w:pPr>
      <w:r>
        <w:rPr>
          <w:sz w:val="22"/>
        </w:rPr>
        <w:t>D. 3</w:t>
      </w:r>
    </w:p>
    <w:p/>
    <w:p>
      <w:r>
        <w:rPr>
          <w:b/>
          <w:sz w:val="24"/>
        </w:rPr>
        <w:t>Câu 3: Câu 3 (0,5 điểm): Trong tiếng Anh, từ "book" có nghĩa là gì?</w:t>
      </w:r>
    </w:p>
    <w:p>
      <w:pPr>
        <w:pStyle w:val="ListParagraph"/>
      </w:pPr>
      <w:r>
        <w:rPr>
          <w:sz w:val="22"/>
        </w:rPr>
        <w:t>A. Cái bàn</w:t>
      </w:r>
    </w:p>
    <w:p>
      <w:pPr>
        <w:pStyle w:val="ListParagraph"/>
      </w:pPr>
      <w:r>
        <w:rPr>
          <w:sz w:val="22"/>
        </w:rPr>
        <w:t>B. Quyển sách</w:t>
      </w:r>
    </w:p>
    <w:p>
      <w:pPr>
        <w:pStyle w:val="ListParagraph"/>
      </w:pPr>
      <w:r>
        <w:rPr>
          <w:sz w:val="22"/>
        </w:rPr>
        <w:t>C. Cái bút</w:t>
      </w:r>
    </w:p>
    <w:p>
      <w:pPr>
        <w:pStyle w:val="ListParagraph"/>
      </w:pPr>
      <w:r>
        <w:rPr>
          <w:sz w:val="22"/>
        </w:rPr>
        <w:t>D. Cái ghế</w:t>
      </w:r>
    </w:p>
    <w:p/>
    <w:p>
      <w:r>
        <w:rPr>
          <w:b/>
          <w:sz w:val="24"/>
        </w:rPr>
        <w:t>Câu 4: Câu 4 (0,5 điểm): Hành tinh nào gần Mặt Trời nhất?</w:t>
      </w:r>
    </w:p>
    <w:p>
      <w:pPr>
        <w:pStyle w:val="ListParagraph"/>
      </w:pPr>
      <w:r>
        <w:rPr>
          <w:sz w:val="22"/>
        </w:rPr>
        <w:t>A. Trái Đất</w:t>
      </w:r>
    </w:p>
    <w:p>
      <w:pPr>
        <w:pStyle w:val="ListParagraph"/>
      </w:pPr>
      <w:r>
        <w:rPr>
          <w:sz w:val="22"/>
        </w:rPr>
        <w:t>B. Sao Kim</w:t>
      </w:r>
    </w:p>
    <w:p>
      <w:pPr>
        <w:pStyle w:val="ListParagraph"/>
      </w:pPr>
      <w:r>
        <w:rPr>
          <w:sz w:val="22"/>
        </w:rPr>
        <w:t>C. Sao Thủy</w:t>
      </w:r>
    </w:p>
    <w:p>
      <w:pPr>
        <w:pStyle w:val="ListParagraph"/>
      </w:pPr>
      <w:r>
        <w:rPr>
          <w:sz w:val="22"/>
        </w:rPr>
        <w:t>D. Sao Hỏa</w:t>
      </w:r>
    </w:p>
    <w:p/>
    <w:p>
      <w:r>
        <w:rPr>
          <w:b/>
          <w:sz w:val="24"/>
        </w:rPr>
        <w:t>Câu 5: Câu 5 (0,5 điểm): Kết quả của phép tính $5^2$ là bao nhiêu?</w:t>
      </w:r>
    </w:p>
    <w:p>
      <w:pPr>
        <w:pStyle w:val="ListParagraph"/>
      </w:pPr>
      <w:r>
        <w:rPr>
          <w:sz w:val="22"/>
        </w:rPr>
        <w:t>A. 10</w:t>
      </w:r>
    </w:p>
    <w:p>
      <w:pPr>
        <w:pStyle w:val="ListParagraph"/>
      </w:pPr>
      <w:r>
        <w:rPr>
          <w:sz w:val="22"/>
        </w:rPr>
        <w:t>B. 20</w:t>
      </w:r>
    </w:p>
    <w:p>
      <w:pPr>
        <w:pStyle w:val="ListParagraph"/>
      </w:pPr>
      <w:r>
        <w:rPr>
          <w:sz w:val="22"/>
        </w:rPr>
        <w:t>C. 25</w:t>
      </w:r>
    </w:p>
    <w:p>
      <w:pPr>
        <w:pStyle w:val="ListParagraph"/>
      </w:pPr>
      <w:r>
        <w:rPr>
          <w:sz w:val="22"/>
        </w:rPr>
        <w:t>D. 30</w:t>
      </w:r>
    </w:p>
    <w:p/>
    <w:p>
      <w:r>
        <w:rPr>
          <w:b/>
          <w:sz w:val="24"/>
        </w:rPr>
        <w:t>Câu 6: Câu 6 (0,5 điểm): Đại dương lớn nhất trên Trái Đất là đại dương nào?</w:t>
      </w:r>
    </w:p>
    <w:p>
      <w:pPr>
        <w:pStyle w:val="ListParagraph"/>
      </w:pPr>
      <w:r>
        <w:rPr>
          <w:sz w:val="22"/>
        </w:rPr>
        <w:t>A. Đại Tây Dương</w:t>
      </w:r>
    </w:p>
    <w:p>
      <w:pPr>
        <w:pStyle w:val="ListParagraph"/>
      </w:pPr>
      <w:r>
        <w:rPr>
          <w:sz w:val="22"/>
        </w:rPr>
        <w:t>B. Ấn Độ Dương</w:t>
      </w:r>
    </w:p>
    <w:p>
      <w:pPr>
        <w:pStyle w:val="ListParagraph"/>
      </w:pPr>
      <w:r>
        <w:rPr>
          <w:sz w:val="22"/>
        </w:rPr>
        <w:t>C. Thái Bình Dương</w:t>
      </w:r>
    </w:p>
    <w:p>
      <w:pPr>
        <w:pStyle w:val="ListParagraph"/>
      </w:pPr>
      <w:r>
        <w:rPr>
          <w:sz w:val="22"/>
        </w:rPr>
        <w:t>D. Bắc Băng Dương</w:t>
      </w:r>
    </w:p>
    <w:p/>
    <w:p>
      <w:r>
        <w:rPr>
          <w:b/>
          <w:sz w:val="24"/>
        </w:rPr>
        <w:t>Câu 7: Câu 7 (0,5 điểm): Quốc gia nào có diện tích lớn nhất thế giới?</w:t>
      </w:r>
    </w:p>
    <w:p>
      <w:pPr>
        <w:pStyle w:val="ListParagraph"/>
      </w:pPr>
      <w:r>
        <w:rPr>
          <w:sz w:val="22"/>
        </w:rPr>
        <w:t>A. Trung Quốc</w:t>
      </w:r>
    </w:p>
    <w:p>
      <w:pPr>
        <w:pStyle w:val="ListParagraph"/>
      </w:pPr>
      <w:r>
        <w:rPr>
          <w:sz w:val="22"/>
        </w:rPr>
        <w:t>B. Hoa Kỳ</w:t>
      </w:r>
    </w:p>
    <w:p>
      <w:pPr>
        <w:pStyle w:val="ListParagraph"/>
      </w:pPr>
      <w:r>
        <w:rPr>
          <w:sz w:val="22"/>
        </w:rPr>
        <w:t>C. Nga</w:t>
      </w:r>
    </w:p>
    <w:p>
      <w:pPr>
        <w:pStyle w:val="ListParagraph"/>
      </w:pPr>
      <w:r>
        <w:rPr>
          <w:sz w:val="22"/>
        </w:rPr>
        <w:t>D. Canada</w:t>
      </w:r>
    </w:p>
    <w:p/>
    <w:p>
      <w:r>
        <w:rPr>
          <w:b/>
          <w:sz w:val="24"/>
        </w:rPr>
        <w:t>Câu 8: Câu 8 (0,5 điểm): Tác giả của tác phẩm "Truyện Kiều" là ai?</w:t>
      </w:r>
    </w:p>
    <w:p>
      <w:pPr>
        <w:pStyle w:val="ListParagraph"/>
      </w:pPr>
      <w:r>
        <w:rPr>
          <w:sz w:val="22"/>
        </w:rPr>
        <w:t>A. Nguyễn Du</w:t>
      </w:r>
    </w:p>
    <w:p>
      <w:pPr>
        <w:pStyle w:val="ListParagraph"/>
      </w:pPr>
      <w:r>
        <w:rPr>
          <w:sz w:val="22"/>
        </w:rPr>
        <w:t>B. Nguyễn Trãi</w:t>
      </w:r>
    </w:p>
    <w:p>
      <w:pPr>
        <w:pStyle w:val="ListParagraph"/>
      </w:pPr>
      <w:r>
        <w:rPr>
          <w:sz w:val="22"/>
        </w:rPr>
        <w:t>C. Hồ Xuân Hương</w:t>
      </w:r>
    </w:p>
    <w:p>
      <w:pPr>
        <w:pStyle w:val="ListParagraph"/>
      </w:pPr>
      <w:r>
        <w:rPr>
          <w:sz w:val="22"/>
        </w:rPr>
        <w:t>D. Tố Hữu</w:t>
      </w:r>
    </w:p>
    <w:p/>
    <w:p>
      <w:r>
        <w:rPr>
          <w:b/>
          <w:sz w:val="24"/>
        </w:rPr>
        <w:t>Câu 9: Câu 9 (0,5 điểm): Trong bảng tuần hoàn hóa học, ký hiệu của vàng là gì?</w:t>
      </w:r>
    </w:p>
    <w:p>
      <w:pPr>
        <w:pStyle w:val="ListParagraph"/>
      </w:pPr>
      <w:r>
        <w:rPr>
          <w:sz w:val="22"/>
        </w:rPr>
        <w:t>A. Ag</w:t>
      </w:r>
    </w:p>
    <w:p>
      <w:pPr>
        <w:pStyle w:val="ListParagraph"/>
      </w:pPr>
      <w:r>
        <w:rPr>
          <w:sz w:val="22"/>
        </w:rPr>
        <w:t>B. Au</w:t>
      </w:r>
    </w:p>
    <w:p>
      <w:pPr>
        <w:pStyle w:val="ListParagraph"/>
      </w:pPr>
      <w:r>
        <w:rPr>
          <w:sz w:val="22"/>
        </w:rPr>
        <w:t>C. Fe</w:t>
      </w:r>
    </w:p>
    <w:p>
      <w:pPr>
        <w:pStyle w:val="ListParagraph"/>
      </w:pPr>
      <w:r>
        <w:rPr>
          <w:sz w:val="22"/>
        </w:rPr>
        <w:t>D. Cu</w:t>
      </w:r>
    </w:p>
    <w:p/>
    <w:p>
      <w:r>
        <w:rPr>
          <w:b/>
          <w:sz w:val="24"/>
        </w:rPr>
        <w:t>Câu 10: Câu 10 (0,5 điểm): Căn bậc hai của 144 là số nào?</w:t>
      </w:r>
    </w:p>
    <w:p>
      <w:pPr>
        <w:pStyle w:val="ListParagraph"/>
      </w:pPr>
      <w:r>
        <w:rPr>
          <w:sz w:val="22"/>
        </w:rPr>
        <w:t>A. 10</w:t>
      </w:r>
    </w:p>
    <w:p>
      <w:pPr>
        <w:pStyle w:val="ListParagraph"/>
      </w:pPr>
      <w:r>
        <w:rPr>
          <w:sz w:val="22"/>
        </w:rPr>
        <w:t>B. 12</w:t>
      </w:r>
    </w:p>
    <w:p>
      <w:pPr>
        <w:pStyle w:val="ListParagraph"/>
      </w:pPr>
      <w:r>
        <w:rPr>
          <w:sz w:val="22"/>
        </w:rPr>
        <w:t>C. 14</w:t>
      </w:r>
    </w:p>
    <w:p>
      <w:pPr>
        <w:pStyle w:val="ListParagraph"/>
      </w:pPr>
      <w:r>
        <w:rPr>
          <w:sz w:val="22"/>
        </w:rPr>
        <w:t>D. 16</w:t>
      </w:r>
    </w:p>
    <w:p/>
    <w:p>
      <w:r>
        <w:rPr>
          <w:b/>
          <w:sz w:val="24"/>
        </w:rPr>
        <w:t>Câu 11: Câu 11 (0,5 điểm): Thành phố nào được mệnh danh là "Thành phố không ngủ"?</w:t>
      </w:r>
    </w:p>
    <w:p>
      <w:pPr>
        <w:pStyle w:val="ListParagraph"/>
      </w:pPr>
      <w:r>
        <w:rPr>
          <w:sz w:val="22"/>
        </w:rPr>
        <w:t>A. Paris</w:t>
      </w:r>
    </w:p>
    <w:p>
      <w:pPr>
        <w:pStyle w:val="ListParagraph"/>
      </w:pPr>
      <w:r>
        <w:rPr>
          <w:sz w:val="22"/>
        </w:rPr>
        <w:t>B. New York</w:t>
      </w:r>
    </w:p>
    <w:p>
      <w:pPr>
        <w:pStyle w:val="ListParagraph"/>
      </w:pPr>
      <w:r>
        <w:rPr>
          <w:sz w:val="22"/>
        </w:rPr>
        <w:t>C. London</w:t>
      </w:r>
    </w:p>
    <w:p>
      <w:pPr>
        <w:pStyle w:val="ListParagraph"/>
      </w:pPr>
      <w:r>
        <w:rPr>
          <w:sz w:val="22"/>
        </w:rPr>
        <w:t>D. Tokyo</w:t>
      </w:r>
    </w:p>
    <w:p/>
    <w:p>
      <w:r>
        <w:rPr>
          <w:b/>
          <w:sz w:val="24"/>
        </w:rPr>
        <w:t>Câu 12: Câu 12 (0,5 điểm): Ngôn ngữ lập trình nào thường được dùng để tạo trang web động?</w:t>
      </w:r>
    </w:p>
    <w:p>
      <w:pPr>
        <w:pStyle w:val="ListParagraph"/>
      </w:pPr>
      <w:r>
        <w:rPr>
          <w:sz w:val="22"/>
        </w:rPr>
        <w:t>A. HTML</w:t>
      </w:r>
    </w:p>
    <w:p>
      <w:pPr>
        <w:pStyle w:val="ListParagraph"/>
      </w:pPr>
      <w:r>
        <w:rPr>
          <w:sz w:val="22"/>
        </w:rPr>
        <w:t>B. CSS</w:t>
      </w:r>
    </w:p>
    <w:p>
      <w:pPr>
        <w:pStyle w:val="ListParagraph"/>
      </w:pPr>
      <w:r>
        <w:rPr>
          <w:sz w:val="22"/>
        </w:rPr>
        <w:t>C. JavaScript</w:t>
      </w:r>
    </w:p>
    <w:p>
      <w:pPr>
        <w:pStyle w:val="ListParagraph"/>
      </w:pPr>
      <w:r>
        <w:rPr>
          <w:sz w:val="22"/>
        </w:rPr>
        <w:t>D. XML</w:t>
      </w:r>
    </w:p>
    <w:p/>
    <w:p>
      <w:r>
        <w:rPr>
          <w:b/>
          <w:sz w:val="24"/>
        </w:rPr>
        <w:t>Câu 13: Câu 13 (0,5 điểm): Đơn vị đo cường độ dòng điện là gì?</w:t>
      </w:r>
    </w:p>
    <w:p>
      <w:pPr>
        <w:pStyle w:val="ListParagraph"/>
      </w:pPr>
      <w:r>
        <w:rPr>
          <w:sz w:val="22"/>
        </w:rPr>
        <w:t>A. Vôn</w:t>
      </w:r>
    </w:p>
    <w:p>
      <w:pPr>
        <w:pStyle w:val="ListParagraph"/>
      </w:pPr>
      <w:r>
        <w:rPr>
          <w:sz w:val="22"/>
        </w:rPr>
        <w:t>B. Ampe</w:t>
      </w:r>
    </w:p>
    <w:p>
      <w:pPr>
        <w:pStyle w:val="ListParagraph"/>
      </w:pPr>
      <w:r>
        <w:rPr>
          <w:sz w:val="22"/>
        </w:rPr>
        <w:t>C. Oát</w:t>
      </w:r>
    </w:p>
    <w:p>
      <w:pPr>
        <w:pStyle w:val="ListParagraph"/>
      </w:pPr>
      <w:r>
        <w:rPr>
          <w:sz w:val="22"/>
        </w:rPr>
        <w:t>D. Ôm</w:t>
      </w:r>
    </w:p>
    <w:p/>
    <w:p>
      <w:r>
        <w:rPr>
          <w:b/>
          <w:sz w:val="24"/>
        </w:rPr>
        <w:t>Câu 14: Câu 14 (0,5 điểm): Chiến tranh thế giới thứ hai kết thúc vào năm nào?</w:t>
      </w:r>
    </w:p>
    <w:p>
      <w:pPr>
        <w:pStyle w:val="ListParagraph"/>
      </w:pPr>
      <w:r>
        <w:rPr>
          <w:sz w:val="22"/>
        </w:rPr>
        <w:t>A. 1943</w:t>
      </w:r>
    </w:p>
    <w:p>
      <w:pPr>
        <w:pStyle w:val="ListParagraph"/>
      </w:pPr>
      <w:r>
        <w:rPr>
          <w:sz w:val="22"/>
        </w:rPr>
        <w:t>B. 1944</w:t>
      </w:r>
    </w:p>
    <w:p>
      <w:pPr>
        <w:pStyle w:val="ListParagraph"/>
      </w:pPr>
      <w:r>
        <w:rPr>
          <w:sz w:val="22"/>
        </w:rPr>
        <w:t>C. 1945</w:t>
      </w:r>
    </w:p>
    <w:p>
      <w:pPr>
        <w:pStyle w:val="ListParagraph"/>
      </w:pPr>
      <w:r>
        <w:rPr>
          <w:sz w:val="22"/>
        </w:rPr>
        <w:t>D. 1946</w:t>
      </w:r>
    </w:p>
    <w:p/>
    <w:p>
      <w:r>
        <w:rPr>
          <w:b/>
          <w:sz w:val="24"/>
        </w:rPr>
        <w:t>Câu 15: Câu 15 (0,5 điểm): Phương trình $x^2 - 4 = 0$ có nghiệm là gì?</w:t>
      </w:r>
    </w:p>
    <w:p>
      <w:pPr>
        <w:pStyle w:val="ListParagraph"/>
      </w:pPr>
      <w:r>
        <w:rPr>
          <w:sz w:val="22"/>
        </w:rPr>
        <w:t>A. $x = \pm 2$</w:t>
      </w:r>
    </w:p>
    <w:p>
      <w:pPr>
        <w:pStyle w:val="ListParagraph"/>
      </w:pPr>
      <w:r>
        <w:rPr>
          <w:sz w:val="22"/>
        </w:rPr>
        <w:t>B. $x = 2$</w:t>
      </w:r>
    </w:p>
    <w:p>
      <w:pPr>
        <w:pStyle w:val="ListParagraph"/>
      </w:pPr>
      <w:r>
        <w:rPr>
          <w:sz w:val="22"/>
        </w:rPr>
        <w:t>C. $x = -2$</w:t>
      </w:r>
    </w:p>
    <w:p>
      <w:pPr>
        <w:pStyle w:val="ListParagraph"/>
      </w:pPr>
      <w:r>
        <w:rPr>
          <w:sz w:val="22"/>
        </w:rPr>
        <w:t>D. $x = \pm 4$</w:t>
      </w:r>
    </w:p>
    <w:p/>
    <w:p>
      <w:r>
        <w:rPr>
          <w:b/>
          <w:sz w:val="24"/>
        </w:rPr>
        <w:t>Câu 16: Câu 16 (0,5 điểm): Loài động vật nào sau đây là động vật có vú?</w:t>
      </w:r>
    </w:p>
    <w:p>
      <w:pPr>
        <w:pStyle w:val="ListParagraph"/>
      </w:pPr>
      <w:r>
        <w:rPr>
          <w:sz w:val="22"/>
        </w:rPr>
        <w:t>A. Cá voi</w:t>
      </w:r>
    </w:p>
    <w:p>
      <w:pPr>
        <w:pStyle w:val="ListParagraph"/>
      </w:pPr>
      <w:r>
        <w:rPr>
          <w:sz w:val="22"/>
        </w:rPr>
        <w:t>B. Cá mập</w:t>
      </w:r>
    </w:p>
    <w:p>
      <w:pPr>
        <w:pStyle w:val="ListParagraph"/>
      </w:pPr>
      <w:r>
        <w:rPr>
          <w:sz w:val="22"/>
        </w:rPr>
        <w:t>C. Cá sấu</w:t>
      </w:r>
    </w:p>
    <w:p>
      <w:pPr>
        <w:pStyle w:val="ListParagraph"/>
      </w:pPr>
      <w:r>
        <w:rPr>
          <w:sz w:val="22"/>
        </w:rPr>
        <w:t>D. Chim cánh cụt</w:t>
      </w:r>
    </w:p>
    <w:p/>
    <w:p>
      <w:r>
        <w:rPr>
          <w:b/>
          <w:sz w:val="24"/>
        </w:rPr>
        <w:t>Câu 17: Câu 17 (0,5 điểm): Trong Excel, hàm nào dùng để tính tổng?</w:t>
      </w:r>
    </w:p>
    <w:p>
      <w:pPr>
        <w:pStyle w:val="ListParagraph"/>
      </w:pPr>
      <w:r>
        <w:rPr>
          <w:sz w:val="22"/>
        </w:rPr>
        <w:t>A. AVERAGE</w:t>
      </w:r>
    </w:p>
    <w:p>
      <w:pPr>
        <w:pStyle w:val="ListParagraph"/>
      </w:pPr>
      <w:r>
        <w:rPr>
          <w:sz w:val="22"/>
        </w:rPr>
        <w:t>B. SUM</w:t>
      </w:r>
    </w:p>
    <w:p>
      <w:pPr>
        <w:pStyle w:val="ListParagraph"/>
      </w:pPr>
      <w:r>
        <w:rPr>
          <w:sz w:val="22"/>
        </w:rPr>
        <w:t>C. COUNT</w:t>
      </w:r>
    </w:p>
    <w:p>
      <w:pPr>
        <w:pStyle w:val="ListParagraph"/>
      </w:pPr>
      <w:r>
        <w:rPr>
          <w:sz w:val="22"/>
        </w:rPr>
        <w:t>D. MAX</w:t>
      </w:r>
    </w:p>
    <w:p/>
    <w:p>
      <w:r>
        <w:rPr>
          <w:b/>
          <w:sz w:val="24"/>
        </w:rPr>
        <w:t>Câu 18: Câu 18 (0,5 điểm): Quốc gia nào ở Đông Nam Á có thủ đô là Bangkok?</w:t>
      </w:r>
    </w:p>
    <w:p>
      <w:pPr>
        <w:pStyle w:val="ListParagraph"/>
      </w:pPr>
      <w:r>
        <w:rPr>
          <w:sz w:val="22"/>
        </w:rPr>
        <w:t>A. Thái Lan</w:t>
      </w:r>
    </w:p>
    <w:p>
      <w:pPr>
        <w:pStyle w:val="ListParagraph"/>
      </w:pPr>
      <w:r>
        <w:rPr>
          <w:sz w:val="22"/>
        </w:rPr>
        <w:t>B. Lào</w:t>
      </w:r>
    </w:p>
    <w:p>
      <w:pPr>
        <w:pStyle w:val="ListParagraph"/>
      </w:pPr>
      <w:r>
        <w:rPr>
          <w:sz w:val="22"/>
        </w:rPr>
        <w:t>C. Campuchia</w:t>
      </w:r>
    </w:p>
    <w:p>
      <w:pPr>
        <w:pStyle w:val="ListParagraph"/>
      </w:pPr>
      <w:r>
        <w:rPr>
          <w:sz w:val="22"/>
        </w:rPr>
        <w:t>D. Myanmar</w:t>
      </w:r>
    </w:p>
    <w:p/>
    <w:p>
      <w:r>
        <w:rPr>
          <w:b/>
          <w:sz w:val="24"/>
        </w:rPr>
        <w:t>Câu 19: Câu 19 (0,5 điểm): Số nào sau đây chia hết cho cả 2 và 5?</w:t>
      </w:r>
    </w:p>
    <w:p>
      <w:pPr>
        <w:pStyle w:val="ListParagraph"/>
      </w:pPr>
      <w:r>
        <w:rPr>
          <w:sz w:val="22"/>
        </w:rPr>
        <w:t>A. 12</w:t>
      </w:r>
    </w:p>
    <w:p>
      <w:pPr>
        <w:pStyle w:val="ListParagraph"/>
      </w:pPr>
      <w:r>
        <w:rPr>
          <w:sz w:val="22"/>
        </w:rPr>
        <w:t>B. 20</w:t>
      </w:r>
    </w:p>
    <w:p>
      <w:pPr>
        <w:pStyle w:val="ListParagraph"/>
      </w:pPr>
      <w:r>
        <w:rPr>
          <w:sz w:val="22"/>
        </w:rPr>
        <w:t>C. 25</w:t>
      </w:r>
    </w:p>
    <w:p>
      <w:pPr>
        <w:pStyle w:val="ListParagraph"/>
      </w:pPr>
      <w:r>
        <w:rPr>
          <w:sz w:val="22"/>
        </w:rPr>
        <w:t>D. 35</w:t>
      </w:r>
    </w:p>
    <w:p/>
    <w:p>
      <w:r>
        <w:rPr>
          <w:b/>
          <w:sz w:val="24"/>
        </w:rPr>
        <w:t>Câu 20: Câu 20 (0,5 điểm): Trong hệ Mặt Trời, hành tinh nào có kích thước lớn nhất?</w:t>
      </w:r>
    </w:p>
    <w:p>
      <w:pPr>
        <w:pStyle w:val="ListParagraph"/>
      </w:pPr>
      <w:r>
        <w:rPr>
          <w:sz w:val="22"/>
        </w:rPr>
        <w:t>A. Trái Đất</w:t>
      </w:r>
    </w:p>
    <w:p>
      <w:pPr>
        <w:pStyle w:val="ListParagraph"/>
      </w:pPr>
      <w:r>
        <w:rPr>
          <w:sz w:val="22"/>
        </w:rPr>
        <w:t>B. Sao Mộc</w:t>
      </w:r>
    </w:p>
    <w:p>
      <w:pPr>
        <w:pStyle w:val="ListParagraph"/>
      </w:pPr>
      <w:r>
        <w:rPr>
          <w:sz w:val="22"/>
        </w:rPr>
        <w:t>C. Sao Thổ</w:t>
      </w:r>
    </w:p>
    <w:p>
      <w:pPr>
        <w:pStyle w:val="ListParagraph"/>
      </w:pPr>
      <w:r>
        <w:rPr>
          <w:sz w:val="22"/>
        </w:rPr>
        <w:t>D. Sao Hải Vương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</w:rPr>
        <w:t>BẢNG ĐÁP ÁN &amp; LỜI GIẢI CHI TIẾT</w:t>
      </w:r>
    </w:p>
    <w:p>
      <w:r>
        <w:rPr>
          <w:b/>
        </w:rPr>
        <w:t>Câu 1: Đáp án đúng: B</w:t>
      </w:r>
    </w:p>
    <w:p>
      <w:r>
        <w:rPr>
          <w:b/>
        </w:rPr>
        <w:t>Câu 2: Đáp án đúng: C</w:t>
      </w:r>
    </w:p>
    <w:p>
      <w:r>
        <w:rPr>
          <w:b/>
        </w:rPr>
        <w:t>Câu 3: Đáp án đúng: B</w:t>
      </w:r>
    </w:p>
    <w:p>
      <w:r>
        <w:rPr>
          <w:b/>
        </w:rPr>
        <w:t>Câu 4: Đáp án đúng: C</w:t>
      </w:r>
    </w:p>
    <w:p>
      <w:r>
        <w:rPr>
          <w:b/>
        </w:rPr>
        <w:t>Câu 5: Đáp án đúng: C</w:t>
      </w:r>
    </w:p>
    <w:p>
      <w:r>
        <w:rPr>
          <w:b/>
        </w:rPr>
        <w:t>Câu 6: Đáp án đúng: C</w:t>
      </w:r>
    </w:p>
    <w:p>
      <w:r>
        <w:rPr>
          <w:b/>
        </w:rPr>
        <w:t>Câu 7: Đáp án đúng: C</w:t>
      </w:r>
    </w:p>
    <w:p>
      <w:r>
        <w:rPr>
          <w:b/>
        </w:rPr>
        <w:t>Câu 8: Đáp án đúng: A</w:t>
      </w:r>
    </w:p>
    <w:p>
      <w:r>
        <w:rPr>
          <w:b/>
        </w:rPr>
        <w:t>Câu 9: Đáp án đúng: B</w:t>
      </w:r>
    </w:p>
    <w:p>
      <w:r>
        <w:rPr>
          <w:b/>
        </w:rPr>
        <w:t>Câu 10: Đáp án đúng: B</w:t>
      </w:r>
    </w:p>
    <w:p>
      <w:r>
        <w:rPr>
          <w:b/>
        </w:rPr>
        <w:t>Câu 11: Đáp án đúng: B</w:t>
      </w:r>
    </w:p>
    <w:p>
      <w:r>
        <w:rPr>
          <w:b/>
        </w:rPr>
        <w:t>Câu 12: Đáp án đúng: C</w:t>
      </w:r>
    </w:p>
    <w:p>
      <w:r>
        <w:rPr>
          <w:b/>
        </w:rPr>
        <w:t>Câu 13: Đáp án đúng: B</w:t>
      </w:r>
    </w:p>
    <w:p>
      <w:r>
        <w:rPr>
          <w:b/>
        </w:rPr>
        <w:t>Câu 14: Đáp án đúng: C</w:t>
      </w:r>
    </w:p>
    <w:p>
      <w:r>
        <w:rPr>
          <w:b/>
        </w:rPr>
        <w:t>Câu 15: Đáp án đúng: A</w:t>
      </w:r>
    </w:p>
    <w:p>
      <w:r>
        <w:rPr>
          <w:b/>
        </w:rPr>
        <w:t>Câu 16: Đáp án đúng: A</w:t>
      </w:r>
    </w:p>
    <w:p>
      <w:r>
        <w:rPr>
          <w:b/>
        </w:rPr>
        <w:t>Câu 17: Đáp án đúng: B</w:t>
      </w:r>
    </w:p>
    <w:p>
      <w:r>
        <w:rPr>
          <w:b/>
        </w:rPr>
        <w:t>Câu 18: Đáp án đúng: A</w:t>
      </w:r>
    </w:p>
    <w:p>
      <w:r>
        <w:rPr>
          <w:b/>
        </w:rPr>
        <w:t>Câu 19: Đáp án đúng: B</w:t>
      </w:r>
    </w:p>
    <w:p>
      <w:r>
        <w:rPr>
          <w:b/>
        </w:rPr>
        <w:t>Câu 20: Đáp án đúng: B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