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Tiếng Anh Lớp 3 - Greetings and Introductions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Hello! My name ___ Lan.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2: What's ___ name? - My name is Peter.</w:t>
      </w:r>
    </w:p>
    <w:p>
      <w:pPr>
        <w:pStyle w:val="ListParagraph"/>
      </w:pPr>
      <w:r>
        <w:rPr>
          <w:sz w:val="22"/>
        </w:rPr>
        <w:t>A. you</w:t>
      </w:r>
    </w:p>
    <w:p>
      <w:pPr>
        <w:pStyle w:val="ListParagraph"/>
      </w:pPr>
      <w:r>
        <w:rPr>
          <w:sz w:val="22"/>
        </w:rPr>
        <w:t>B. your</w:t>
      </w:r>
    </w:p>
    <w:p>
      <w:pPr>
        <w:pStyle w:val="ListParagraph"/>
      </w:pPr>
      <w:r>
        <w:rPr>
          <w:sz w:val="22"/>
        </w:rPr>
        <w:t>C. yours</w:t>
      </w:r>
    </w:p>
    <w:p>
      <w:pPr>
        <w:pStyle w:val="ListParagraph"/>
      </w:pPr>
      <w:r>
        <w:rPr>
          <w:sz w:val="22"/>
        </w:rPr>
        <w:t>D. I</w:t>
      </w:r>
    </w:p>
    <w:p/>
    <w:p>
      <w:r>
        <w:rPr>
          <w:b/>
          <w:sz w:val="24"/>
        </w:rPr>
        <w:t>Câu 3: Hi, I ___ Mai.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4: ___ morning, Miss Hoa.</w:t>
      </w:r>
    </w:p>
    <w:p>
      <w:pPr>
        <w:pStyle w:val="ListParagraph"/>
      </w:pPr>
      <w:r>
        <w:rPr>
          <w:sz w:val="22"/>
        </w:rPr>
        <w:t>A. Good</w:t>
      </w:r>
    </w:p>
    <w:p>
      <w:pPr>
        <w:pStyle w:val="ListParagraph"/>
      </w:pPr>
      <w:r>
        <w:rPr>
          <w:sz w:val="22"/>
        </w:rPr>
        <w:t>B. Hello</w:t>
      </w:r>
    </w:p>
    <w:p>
      <w:pPr>
        <w:pStyle w:val="ListParagraph"/>
      </w:pPr>
      <w:r>
        <w:rPr>
          <w:sz w:val="22"/>
        </w:rPr>
        <w:t>C. Hi</w:t>
      </w:r>
    </w:p>
    <w:p>
      <w:pPr>
        <w:pStyle w:val="ListParagraph"/>
      </w:pPr>
      <w:r>
        <w:rPr>
          <w:sz w:val="22"/>
        </w:rPr>
        <w:t>D. Bye</w:t>
      </w:r>
    </w:p>
    <w:p/>
    <w:p>
      <w:r>
        <w:rPr>
          <w:b/>
          <w:sz w:val="24"/>
        </w:rPr>
        <w:t>Câu 5: How ___ you? - I'm fine, thank you.</w:t>
      </w:r>
    </w:p>
    <w:p>
      <w:pPr>
        <w:pStyle w:val="ListParagraph"/>
      </w:pPr>
      <w:r>
        <w:rPr>
          <w:sz w:val="22"/>
        </w:rPr>
        <w:t>A. is</w:t>
      </w:r>
    </w:p>
    <w:p>
      <w:pPr>
        <w:pStyle w:val="ListParagraph"/>
      </w:pPr>
      <w:r>
        <w:rPr>
          <w:sz w:val="22"/>
        </w:rPr>
        <w:t>B. are</w:t>
      </w:r>
    </w:p>
    <w:p>
      <w:pPr>
        <w:pStyle w:val="ListParagraph"/>
      </w:pPr>
      <w:r>
        <w:rPr>
          <w:sz w:val="22"/>
        </w:rPr>
        <w:t>C. am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6: Nice to ___ you.</w:t>
      </w:r>
    </w:p>
    <w:p>
      <w:pPr>
        <w:pStyle w:val="ListParagraph"/>
      </w:pPr>
      <w:r>
        <w:rPr>
          <w:sz w:val="22"/>
        </w:rPr>
        <w:t>A. meet</w:t>
      </w:r>
    </w:p>
    <w:p>
      <w:pPr>
        <w:pStyle w:val="ListParagraph"/>
      </w:pPr>
      <w:r>
        <w:rPr>
          <w:sz w:val="22"/>
        </w:rPr>
        <w:t>B. meets</w:t>
      </w:r>
    </w:p>
    <w:p>
      <w:pPr>
        <w:pStyle w:val="ListParagraph"/>
      </w:pPr>
      <w:r>
        <w:rPr>
          <w:sz w:val="22"/>
        </w:rPr>
        <w:t>C. meeting</w:t>
      </w:r>
    </w:p>
    <w:p>
      <w:pPr>
        <w:pStyle w:val="ListParagraph"/>
      </w:pPr>
      <w:r>
        <w:rPr>
          <w:sz w:val="22"/>
        </w:rPr>
        <w:t>D. met</w:t>
      </w:r>
    </w:p>
    <w:p/>
    <w:p>
      <w:r>
        <w:rPr>
          <w:b/>
          <w:sz w:val="24"/>
        </w:rPr>
        <w:t>Câu 7: Goodbye. ___ you later.</w:t>
      </w:r>
    </w:p>
    <w:p>
      <w:pPr>
        <w:pStyle w:val="ListParagraph"/>
      </w:pPr>
      <w:r>
        <w:rPr>
          <w:sz w:val="22"/>
        </w:rPr>
        <w:t>A. See</w:t>
      </w:r>
    </w:p>
    <w:p>
      <w:pPr>
        <w:pStyle w:val="ListParagraph"/>
      </w:pPr>
      <w:r>
        <w:rPr>
          <w:sz w:val="22"/>
        </w:rPr>
        <w:t>B. Say</w:t>
      </w:r>
    </w:p>
    <w:p>
      <w:pPr>
        <w:pStyle w:val="ListParagraph"/>
      </w:pPr>
      <w:r>
        <w:rPr>
          <w:sz w:val="22"/>
        </w:rPr>
        <w:t>C. Talk</w:t>
      </w:r>
    </w:p>
    <w:p>
      <w:pPr>
        <w:pStyle w:val="ListParagraph"/>
      </w:pPr>
      <w:r>
        <w:rPr>
          <w:sz w:val="22"/>
        </w:rPr>
        <w:t>D. Meet</w:t>
      </w:r>
    </w:p>
    <w:p/>
    <w:p>
      <w:r>
        <w:rPr>
          <w:b/>
          <w:sz w:val="24"/>
        </w:rPr>
        <w:t>Câu 8: This ___ my friend, Nam.</w:t>
      </w:r>
    </w:p>
    <w:p>
      <w:pPr>
        <w:pStyle w:val="ListParagraph"/>
      </w:pPr>
      <w:r>
        <w:rPr>
          <w:sz w:val="22"/>
        </w:rPr>
        <w:t>A. am</w:t>
      </w:r>
    </w:p>
    <w:p>
      <w:pPr>
        <w:pStyle w:val="ListParagraph"/>
      </w:pPr>
      <w:r>
        <w:rPr>
          <w:sz w:val="22"/>
        </w:rPr>
        <w:t>B. is</w:t>
      </w:r>
    </w:p>
    <w:p>
      <w:pPr>
        <w:pStyle w:val="ListParagraph"/>
      </w:pPr>
      <w:r>
        <w:rPr>
          <w:sz w:val="22"/>
        </w:rPr>
        <w:t>C. are</w:t>
      </w:r>
    </w:p>
    <w:p>
      <w:pPr>
        <w:pStyle w:val="ListParagraph"/>
      </w:pPr>
      <w:r>
        <w:rPr>
          <w:sz w:val="22"/>
        </w:rPr>
        <w:t>D. be</w:t>
      </w:r>
    </w:p>
    <w:p/>
    <w:p>
      <w:r>
        <w:rPr>
          <w:b/>
          <w:sz w:val="24"/>
        </w:rPr>
        <w:t>Câu 9: ___ your name? - My name is Linda.</w:t>
      </w:r>
    </w:p>
    <w:p>
      <w:pPr>
        <w:pStyle w:val="ListParagraph"/>
      </w:pPr>
      <w:r>
        <w:rPr>
          <w:sz w:val="22"/>
        </w:rPr>
        <w:t>A. What</w:t>
      </w:r>
    </w:p>
    <w:p>
      <w:pPr>
        <w:pStyle w:val="ListParagraph"/>
      </w:pPr>
      <w:r>
        <w:rPr>
          <w:sz w:val="22"/>
        </w:rPr>
        <w:t>B. What's</w:t>
      </w:r>
    </w:p>
    <w:p>
      <w:pPr>
        <w:pStyle w:val="ListParagraph"/>
      </w:pPr>
      <w:r>
        <w:rPr>
          <w:sz w:val="22"/>
        </w:rPr>
        <w:t>C. Who</w:t>
      </w:r>
    </w:p>
    <w:p>
      <w:pPr>
        <w:pStyle w:val="ListParagraph"/>
      </w:pPr>
      <w:r>
        <w:rPr>
          <w:sz w:val="22"/>
        </w:rPr>
        <w:t>D. How</w:t>
      </w:r>
    </w:p>
    <w:p/>
    <w:p>
      <w:r>
        <w:rPr>
          <w:b/>
          <w:sz w:val="24"/>
        </w:rPr>
        <w:t>Câu 10: Hello, ___ name is Tony.</w:t>
      </w:r>
    </w:p>
    <w:p>
      <w:pPr>
        <w:pStyle w:val="ListParagraph"/>
      </w:pPr>
      <w:r>
        <w:rPr>
          <w:sz w:val="22"/>
        </w:rPr>
        <w:t>A. I</w:t>
      </w:r>
    </w:p>
    <w:p>
      <w:pPr>
        <w:pStyle w:val="ListParagraph"/>
      </w:pPr>
      <w:r>
        <w:rPr>
          <w:sz w:val="22"/>
        </w:rPr>
        <w:t>B. my</w:t>
      </w:r>
    </w:p>
    <w:p>
      <w:pPr>
        <w:pStyle w:val="ListParagraph"/>
      </w:pPr>
      <w:r>
        <w:rPr>
          <w:sz w:val="22"/>
        </w:rPr>
        <w:t>C. me</w:t>
      </w:r>
    </w:p>
    <w:p>
      <w:pPr>
        <w:pStyle w:val="ListParagraph"/>
      </w:pPr>
      <w:r>
        <w:rPr>
          <w:sz w:val="22"/>
        </w:rPr>
        <w:t>D. mine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