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ôn giữa kì môn địa lí 12</w:t>
      </w:r>
    </w:p>
    <w:p>
      <w:pPr>
        <w:jc w:val="center"/>
      </w:pPr>
      <w:r>
        <w:rPr>
          <w:sz w:val="22"/>
        </w:rPr>
        <w:t>Số câu: 84    Thời gian: _____ phút    Họ và tên: _________________________</w:t>
      </w:r>
    </w:p>
    <w:p/>
    <w:p>
      <w:r>
        <w:rPr>
          <w:b/>
          <w:sz w:val="24"/>
        </w:rPr>
        <w:t>Câu 1: Số nguyên tố nhỏ nhất là?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2: 7 x 8 = ?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58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3: Căn bậc hai của 144 là?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4: 15% của 200 là?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35</w:t>
      </w:r>
    </w:p>
    <w:p/>
    <w:p>
      <w:r>
        <w:rPr>
          <w:b/>
          <w:sz w:val="24"/>
        </w:rPr>
        <w:t>Câu 5: Diện tích hình chữ nhật có chiều dài 5 và chiều rộng 3 là?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6: Chu vi hình vuông cạnh 6 là?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18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7: $2^5$ bằng?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32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8: Số nào chia hết cho 3?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17</w:t>
      </w:r>
    </w:p>
    <w:p>
      <w:pPr>
        <w:pStyle w:val="ListParagraph"/>
      </w:pPr>
      <w:r>
        <w:rPr>
          <w:sz w:val="22"/>
        </w:rPr>
        <w:t>C. 21</w:t>
      </w:r>
    </w:p>
    <w:p>
      <w:pPr>
        <w:pStyle w:val="ListParagraph"/>
      </w:pPr>
      <w:r>
        <w:rPr>
          <w:sz w:val="22"/>
        </w:rPr>
        <w:t>D. 25</w:t>
      </w:r>
    </w:p>
    <w:p/>
    <w:p>
      <w:r>
        <w:rPr>
          <w:b/>
          <w:sz w:val="24"/>
        </w:rPr>
        <w:t>Câu 9: Giá trị tuyệt đối của -7 là?</w:t>
      </w:r>
    </w:p>
    <w:p>
      <w:pPr>
        <w:pStyle w:val="ListParagraph"/>
      </w:pPr>
      <w:r>
        <w:rPr>
          <w:sz w:val="22"/>
        </w:rPr>
        <w:t>A. -7</w:t>
      </w:r>
    </w:p>
    <w:p>
      <w:pPr>
        <w:pStyle w:val="ListParagraph"/>
      </w:pPr>
      <w:r>
        <w:rPr>
          <w:sz w:val="22"/>
        </w:rPr>
        <w:t>B. 0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10: 1/2 + 1/4 = ?</w:t>
      </w:r>
    </w:p>
    <w:p>
      <w:pPr>
        <w:pStyle w:val="ListParagraph"/>
      </w:pPr>
      <w:r>
        <w:rPr>
          <w:sz w:val="22"/>
        </w:rPr>
        <w:t>A. 1/6</w:t>
      </w:r>
    </w:p>
    <w:p>
      <w:pPr>
        <w:pStyle w:val="ListParagraph"/>
      </w:pPr>
      <w:r>
        <w:rPr>
          <w:sz w:val="22"/>
        </w:rPr>
        <w:t>B. 2/6</w:t>
      </w:r>
    </w:p>
    <w:p>
      <w:pPr>
        <w:pStyle w:val="ListParagraph"/>
      </w:pPr>
      <w:r>
        <w:rPr>
          <w:sz w:val="22"/>
        </w:rPr>
        <w:t>C. 3/4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11: $10^3$ bằng?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1000</w:t>
      </w:r>
    </w:p>
    <w:p>
      <w:pPr>
        <w:pStyle w:val="ListParagraph"/>
      </w:pPr>
      <w:r>
        <w:rPr>
          <w:sz w:val="22"/>
        </w:rPr>
        <w:t>C. 10000</w:t>
      </w:r>
    </w:p>
    <w:p>
      <w:pPr>
        <w:pStyle w:val="ListParagraph"/>
      </w:pPr>
      <w:r>
        <w:rPr>
          <w:sz w:val="22"/>
        </w:rPr>
        <w:t>D. 30</w:t>
      </w:r>
    </w:p>
    <w:p/>
    <w:p>
      <w:r>
        <w:rPr>
          <w:b/>
          <w:sz w:val="24"/>
        </w:rPr>
        <w:t>Câu 12: Trung bình cộng của 2, 4, 6 là?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13: Hình tròn có bán kính 3, diện tích xấp xỉ? (π ≈ 3.14)</w:t>
      </w:r>
    </w:p>
    <w:p>
      <w:pPr>
        <w:pStyle w:val="ListParagraph"/>
      </w:pPr>
      <w:r>
        <w:rPr>
          <w:sz w:val="22"/>
        </w:rPr>
        <w:t>A. 18.84</w:t>
      </w:r>
    </w:p>
    <w:p>
      <w:pPr>
        <w:pStyle w:val="ListParagraph"/>
      </w:pPr>
      <w:r>
        <w:rPr>
          <w:sz w:val="22"/>
        </w:rPr>
        <w:t>B. 28.26</w:t>
      </w:r>
    </w:p>
    <w:p>
      <w:pPr>
        <w:pStyle w:val="ListParagraph"/>
      </w:pPr>
      <w:r>
        <w:rPr>
          <w:sz w:val="22"/>
        </w:rPr>
        <w:t>C. 9.42</w:t>
      </w:r>
    </w:p>
    <w:p>
      <w:pPr>
        <w:pStyle w:val="ListParagraph"/>
      </w:pPr>
      <w:r>
        <w:rPr>
          <w:sz w:val="22"/>
        </w:rPr>
        <w:t>D. 12.56</w:t>
      </w:r>
    </w:p>
    <w:p/>
    <w:p>
      <w:r>
        <w:rPr>
          <w:b/>
          <w:sz w:val="24"/>
        </w:rPr>
        <w:t>Câu 14: Phương trình $x+5=12$ có nghiệm x là?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15: Góc vuông bằng?</w:t>
      </w:r>
    </w:p>
    <w:p>
      <w:pPr>
        <w:pStyle w:val="ListParagraph"/>
      </w:pPr>
      <w:r>
        <w:rPr>
          <w:sz w:val="22"/>
        </w:rPr>
        <w:t>A. 45°</w:t>
      </w:r>
    </w:p>
    <w:p>
      <w:pPr>
        <w:pStyle w:val="ListParagraph"/>
      </w:pPr>
      <w:r>
        <w:rPr>
          <w:sz w:val="22"/>
        </w:rPr>
        <w:t>B. 60°</w:t>
      </w:r>
    </w:p>
    <w:p>
      <w:pPr>
        <w:pStyle w:val="ListParagraph"/>
      </w:pPr>
      <w:r>
        <w:rPr>
          <w:sz w:val="22"/>
        </w:rPr>
        <w:t>C. 90°</w:t>
      </w:r>
    </w:p>
    <w:p>
      <w:pPr>
        <w:pStyle w:val="ListParagraph"/>
      </w:pPr>
      <w:r>
        <w:rPr>
          <w:sz w:val="22"/>
        </w:rPr>
        <w:t>D. 180°</w:t>
      </w:r>
    </w:p>
    <w:p/>
    <w:p>
      <w:r>
        <w:rPr>
          <w:b/>
          <w:sz w:val="24"/>
        </w:rPr>
        <w:t>Câu 16: Số La Mã X biểu thị giá trị?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50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17: $9^2$ bằng?</w:t>
      </w:r>
    </w:p>
    <w:p>
      <w:pPr>
        <w:pStyle w:val="ListParagraph"/>
      </w:pPr>
      <w:r>
        <w:rPr>
          <w:sz w:val="22"/>
        </w:rPr>
        <w:t>A. 18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81</w:t>
      </w:r>
    </w:p>
    <w:p>
      <w:pPr>
        <w:pStyle w:val="ListParagraph"/>
      </w:pPr>
      <w:r>
        <w:rPr>
          <w:sz w:val="22"/>
        </w:rPr>
        <w:t>D. 99</w:t>
      </w:r>
    </w:p>
    <w:p/>
    <w:p>
      <w:r>
        <w:rPr>
          <w:b/>
          <w:sz w:val="24"/>
        </w:rPr>
        <w:t>Câu 18: Số nào là số chẵn?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19: 1 km bằng bao nhiêu mét?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1000</w:t>
      </w:r>
    </w:p>
    <w:p>
      <w:pPr>
        <w:pStyle w:val="ListParagraph"/>
      </w:pPr>
      <w:r>
        <w:rPr>
          <w:sz w:val="22"/>
        </w:rPr>
        <w:t>C. 10000</w:t>
      </w:r>
    </w:p>
    <w:p>
      <w:pPr>
        <w:pStyle w:val="ListParagraph"/>
      </w:pPr>
      <w:r>
        <w:rPr>
          <w:sz w:val="22"/>
        </w:rPr>
        <w:t>D. 100000</w:t>
      </w:r>
    </w:p>
    <w:p/>
    <w:p>
      <w:r>
        <w:rPr>
          <w:b/>
          <w:sz w:val="24"/>
        </w:rPr>
        <w:t>Câu 20: 3/5 của 100 là?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50</w:t>
      </w:r>
    </w:p>
    <w:p>
      <w:pPr>
        <w:pStyle w:val="ListParagraph"/>
      </w:pPr>
      <w:r>
        <w:rPr>
          <w:sz w:val="22"/>
        </w:rPr>
        <w:t>C. 60</w:t>
      </w:r>
    </w:p>
    <w:p>
      <w:pPr>
        <w:pStyle w:val="ListParagraph"/>
      </w:pPr>
      <w:r>
        <w:rPr>
          <w:sz w:val="22"/>
        </w:rPr>
        <w:t>D. 80</w:t>
      </w:r>
    </w:p>
    <w:p/>
    <w:p>
      <w:r>
        <w:rPr>
          <w:b/>
          <w:sz w:val="24"/>
        </w:rPr>
        <w:t>Câu 21: Từ "Hello" trong tiếng Anh có nghĩa là gì?</w:t>
      </w:r>
    </w:p>
    <w:p>
      <w:pPr>
        <w:pStyle w:val="ListParagraph"/>
      </w:pPr>
      <w:r>
        <w:rPr>
          <w:sz w:val="22"/>
        </w:rPr>
        <w:t>A. Tạm biệt</w:t>
      </w:r>
    </w:p>
    <w:p>
      <w:pPr>
        <w:pStyle w:val="ListParagraph"/>
      </w:pPr>
      <w:r>
        <w:rPr>
          <w:sz w:val="22"/>
        </w:rPr>
        <w:t>B. Xin chào</w:t>
      </w:r>
    </w:p>
    <w:p>
      <w:pPr>
        <w:pStyle w:val="ListParagraph"/>
      </w:pPr>
      <w:r>
        <w:rPr>
          <w:sz w:val="22"/>
        </w:rPr>
        <w:t>C. Cảm ơn</w:t>
      </w:r>
    </w:p>
    <w:p>
      <w:pPr>
        <w:pStyle w:val="ListParagraph"/>
      </w:pPr>
      <w:r>
        <w:rPr>
          <w:sz w:val="22"/>
        </w:rPr>
        <w:t>D. Xin lỗi</w:t>
      </w:r>
    </w:p>
    <w:p/>
    <w:p>
      <w:r>
        <w:rPr>
          <w:b/>
          <w:sz w:val="24"/>
        </w:rPr>
        <w:t>Câu 22: Từ nào là động từ trong tiếng Anh?</w:t>
      </w:r>
    </w:p>
    <w:p>
      <w:pPr>
        <w:pStyle w:val="ListParagraph"/>
      </w:pPr>
      <w:r>
        <w:rPr>
          <w:sz w:val="22"/>
        </w:rPr>
        <w:t>A. beautiful</w:t>
      </w:r>
    </w:p>
    <w:p>
      <w:pPr>
        <w:pStyle w:val="ListParagraph"/>
      </w:pPr>
      <w:r>
        <w:rPr>
          <w:sz w:val="22"/>
        </w:rPr>
        <w:t>B. run</w:t>
      </w:r>
    </w:p>
    <w:p>
      <w:pPr>
        <w:pStyle w:val="ListParagraph"/>
      </w:pPr>
      <w:r>
        <w:rPr>
          <w:sz w:val="22"/>
        </w:rPr>
        <w:t>C. quick</w:t>
      </w:r>
    </w:p>
    <w:p>
      <w:pPr>
        <w:pStyle w:val="ListParagraph"/>
      </w:pPr>
      <w:r>
        <w:rPr>
          <w:sz w:val="22"/>
        </w:rPr>
        <w:t>D. happy</w:t>
      </w:r>
    </w:p>
    <w:p/>
    <w:p>
      <w:r>
        <w:rPr>
          <w:b/>
          <w:sz w:val="24"/>
        </w:rPr>
        <w:t>Câu 23: She 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24: I ___ a student.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25: They ___ playing football now.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am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26: Dạng quá khứ của động từ "eat" là?</w:t>
      </w:r>
    </w:p>
    <w:p>
      <w:pPr>
        <w:pStyle w:val="ListParagraph"/>
      </w:pPr>
      <w:r>
        <w:rPr>
          <w:sz w:val="22"/>
        </w:rPr>
        <w:t>A. ate</w:t>
      </w:r>
    </w:p>
    <w:p>
      <w:pPr>
        <w:pStyle w:val="ListParagraph"/>
      </w:pPr>
      <w:r>
        <w:rPr>
          <w:sz w:val="22"/>
        </w:rPr>
        <w:t>B. eaten</w:t>
      </w:r>
    </w:p>
    <w:p>
      <w:pPr>
        <w:pStyle w:val="ListParagraph"/>
      </w:pPr>
      <w:r>
        <w:rPr>
          <w:sz w:val="22"/>
        </w:rPr>
        <w:t>C. eating</w:t>
      </w:r>
    </w:p>
    <w:p>
      <w:pPr>
        <w:pStyle w:val="ListParagraph"/>
      </w:pPr>
      <w:r>
        <w:rPr>
          <w:sz w:val="22"/>
        </w:rPr>
        <w:t>D. eats</w:t>
      </w:r>
    </w:p>
    <w:p/>
    <w:p>
      <w:r>
        <w:rPr>
          <w:b/>
          <w:sz w:val="24"/>
        </w:rPr>
        <w:t>Câu 27: Từ "Book" có nghĩa là?</w:t>
      </w:r>
    </w:p>
    <w:p>
      <w:pPr>
        <w:pStyle w:val="ListParagraph"/>
      </w:pPr>
      <w:r>
        <w:rPr>
          <w:sz w:val="22"/>
        </w:rPr>
        <w:t>A. Bút</w:t>
      </w:r>
    </w:p>
    <w:p>
      <w:pPr>
        <w:pStyle w:val="ListParagraph"/>
      </w:pPr>
      <w:r>
        <w:rPr>
          <w:sz w:val="22"/>
        </w:rPr>
        <w:t>B. Sách</w:t>
      </w:r>
    </w:p>
    <w:p>
      <w:pPr>
        <w:pStyle w:val="ListParagraph"/>
      </w:pPr>
      <w:r>
        <w:rPr>
          <w:sz w:val="22"/>
        </w:rPr>
        <w:t>C. Bàn</w:t>
      </w:r>
    </w:p>
    <w:p>
      <w:pPr>
        <w:pStyle w:val="ListParagraph"/>
      </w:pPr>
      <w:r>
        <w:rPr>
          <w:sz w:val="22"/>
        </w:rPr>
        <w:t>D. Ghế</w:t>
      </w:r>
    </w:p>
    <w:p/>
    <w:p>
      <w:r>
        <w:rPr>
          <w:b/>
          <w:sz w:val="24"/>
        </w:rPr>
        <w:t>Câu 28: Chọn từ khác loại:</w:t>
      </w:r>
    </w:p>
    <w:p>
      <w:pPr>
        <w:pStyle w:val="ListParagraph"/>
      </w:pPr>
      <w:r>
        <w:rPr>
          <w:sz w:val="22"/>
        </w:rPr>
        <w:t>A. apple</w:t>
      </w:r>
    </w:p>
    <w:p>
      <w:pPr>
        <w:pStyle w:val="ListParagraph"/>
      </w:pPr>
      <w:r>
        <w:rPr>
          <w:sz w:val="22"/>
        </w:rPr>
        <w:t>B. banana</w:t>
      </w:r>
    </w:p>
    <w:p>
      <w:pPr>
        <w:pStyle w:val="ListParagraph"/>
      </w:pPr>
      <w:r>
        <w:rPr>
          <w:sz w:val="22"/>
        </w:rPr>
        <w:t>C. orange</w:t>
      </w:r>
    </w:p>
    <w:p>
      <w:pPr>
        <w:pStyle w:val="ListParagraph"/>
      </w:pPr>
      <w:r>
        <w:rPr>
          <w:sz w:val="22"/>
        </w:rPr>
        <w:t>D. carrot</w:t>
      </w:r>
    </w:p>
    <w:p/>
    <w:p>
      <w:r>
        <w:rPr>
          <w:b/>
          <w:sz w:val="24"/>
        </w:rPr>
        <w:t>Câu 29: He is ___ than his brother.</w:t>
      </w:r>
    </w:p>
    <w:p>
      <w:pPr>
        <w:pStyle w:val="ListParagraph"/>
      </w:pPr>
      <w:r>
        <w:rPr>
          <w:sz w:val="22"/>
        </w:rPr>
        <w:t>A. tall</w:t>
      </w:r>
    </w:p>
    <w:p>
      <w:pPr>
        <w:pStyle w:val="ListParagraph"/>
      </w:pPr>
      <w:r>
        <w:rPr>
          <w:sz w:val="22"/>
        </w:rPr>
        <w:t>B. taller</w:t>
      </w:r>
    </w:p>
    <w:p>
      <w:pPr>
        <w:pStyle w:val="ListParagraph"/>
      </w:pPr>
      <w:r>
        <w:rPr>
          <w:sz w:val="22"/>
        </w:rPr>
        <w:t>C. tallest</w:t>
      </w:r>
    </w:p>
    <w:p>
      <w:pPr>
        <w:pStyle w:val="ListParagraph"/>
      </w:pPr>
      <w:r>
        <w:rPr>
          <w:sz w:val="22"/>
        </w:rPr>
        <w:t>D. more tall</w:t>
      </w:r>
    </w:p>
    <w:p/>
    <w:p>
      <w:r>
        <w:rPr>
          <w:b/>
          <w:sz w:val="24"/>
        </w:rPr>
        <w:t>Câu 30: I have lived here ___ 2010.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31: "Beautiful" là loại từ nào?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Trạng từ</w:t>
      </w:r>
    </w:p>
    <w:p/>
    <w:p>
      <w:r>
        <w:rPr>
          <w:b/>
          <w:sz w:val="24"/>
        </w:rPr>
        <w:t>Câu 32: What ___ you do yesterday?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did</w:t>
      </w:r>
    </w:p>
    <w:p>
      <w:pPr>
        <w:pStyle w:val="ListParagraph"/>
      </w:pPr>
      <w:r>
        <w:rPr>
          <w:sz w:val="22"/>
        </w:rPr>
        <w:t>C. does</w:t>
      </w:r>
    </w:p>
    <w:p>
      <w:pPr>
        <w:pStyle w:val="ListParagraph"/>
      </w:pPr>
      <w:r>
        <w:rPr>
          <w:sz w:val="22"/>
        </w:rPr>
        <w:t>D. doing</w:t>
      </w:r>
    </w:p>
    <w:p/>
    <w:p>
      <w:r>
        <w:rPr>
          <w:b/>
          <w:sz w:val="24"/>
        </w:rPr>
        <w:t>Câu 33: She enjoys ___ books.</w:t>
      </w:r>
    </w:p>
    <w:p>
      <w:pPr>
        <w:pStyle w:val="ListParagraph"/>
      </w:pPr>
      <w:r>
        <w:rPr>
          <w:sz w:val="22"/>
        </w:rPr>
        <w:t>A. read</w:t>
      </w:r>
    </w:p>
    <w:p>
      <w:pPr>
        <w:pStyle w:val="ListParagraph"/>
      </w:pPr>
      <w:r>
        <w:rPr>
          <w:sz w:val="22"/>
        </w:rPr>
        <w:t>B. reading</w:t>
      </w:r>
    </w:p>
    <w:p>
      <w:pPr>
        <w:pStyle w:val="ListParagraph"/>
      </w:pPr>
      <w:r>
        <w:rPr>
          <w:sz w:val="22"/>
        </w:rPr>
        <w:t>C. to read</w:t>
      </w:r>
    </w:p>
    <w:p>
      <w:pPr>
        <w:pStyle w:val="ListParagraph"/>
      </w:pPr>
      <w:r>
        <w:rPr>
          <w:sz w:val="22"/>
        </w:rPr>
        <w:t>D. reads</w:t>
      </w:r>
    </w:p>
    <w:p/>
    <w:p>
      <w:r>
        <w:rPr>
          <w:b/>
          <w:sz w:val="24"/>
        </w:rPr>
        <w:t>Câu 34: This is ___ book.</w:t>
      </w:r>
    </w:p>
    <w:p>
      <w:pPr>
        <w:pStyle w:val="ListParagraph"/>
      </w:pPr>
      <w:r>
        <w:rPr>
          <w:sz w:val="22"/>
        </w:rPr>
        <w:t>A. I</w:t>
      </w:r>
    </w:p>
    <w:p>
      <w:pPr>
        <w:pStyle w:val="ListParagraph"/>
      </w:pPr>
      <w:r>
        <w:rPr>
          <w:sz w:val="22"/>
        </w:rPr>
        <w:t>B. me</w:t>
      </w:r>
    </w:p>
    <w:p>
      <w:pPr>
        <w:pStyle w:val="ListParagraph"/>
      </w:pPr>
      <w:r>
        <w:rPr>
          <w:sz w:val="22"/>
        </w:rPr>
        <w:t>C. my</w:t>
      </w:r>
    </w:p>
    <w:p>
      <w:pPr>
        <w:pStyle w:val="ListParagraph"/>
      </w:pPr>
      <w:r>
        <w:rPr>
          <w:sz w:val="22"/>
        </w:rPr>
        <w:t>D. mine</w:t>
      </w:r>
    </w:p>
    <w:p/>
    <w:p>
      <w:r>
        <w:rPr>
          <w:b/>
          <w:sz w:val="24"/>
        </w:rPr>
        <w:t>Câu 35: They ___ TV when I came.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watched</w:t>
      </w:r>
    </w:p>
    <w:p>
      <w:pPr>
        <w:pStyle w:val="ListParagraph"/>
      </w:pPr>
      <w:r>
        <w:rPr>
          <w:sz w:val="22"/>
        </w:rPr>
        <w:t>C. were watching</w:t>
      </w:r>
    </w:p>
    <w:p>
      <w:pPr>
        <w:pStyle w:val="ListParagraph"/>
      </w:pPr>
      <w:r>
        <w:rPr>
          <w:sz w:val="22"/>
        </w:rPr>
        <w:t>D. are watching</w:t>
      </w:r>
    </w:p>
    <w:p/>
    <w:p>
      <w:r>
        <w:rPr>
          <w:b/>
          <w:sz w:val="24"/>
        </w:rPr>
        <w:t>Câu 36: Từ "Goodbye" có nghĩa là?</w:t>
      </w:r>
    </w:p>
    <w:p>
      <w:pPr>
        <w:pStyle w:val="ListParagraph"/>
      </w:pPr>
      <w:r>
        <w:rPr>
          <w:sz w:val="22"/>
        </w:rPr>
        <w:t>A. Xin chào</w:t>
      </w:r>
    </w:p>
    <w:p>
      <w:pPr>
        <w:pStyle w:val="ListParagraph"/>
      </w:pPr>
      <w:r>
        <w:rPr>
          <w:sz w:val="22"/>
        </w:rPr>
        <w:t>B. Tạm biệt</w:t>
      </w:r>
    </w:p>
    <w:p>
      <w:pPr>
        <w:pStyle w:val="ListParagraph"/>
      </w:pPr>
      <w:r>
        <w:rPr>
          <w:sz w:val="22"/>
        </w:rPr>
        <w:t>C. Cảm ơn</w:t>
      </w:r>
    </w:p>
    <w:p>
      <w:pPr>
        <w:pStyle w:val="ListParagraph"/>
      </w:pPr>
      <w:r>
        <w:rPr>
          <w:sz w:val="22"/>
        </w:rPr>
        <w:t>D. Chúc ngủ ngon</w:t>
      </w:r>
    </w:p>
    <w:p/>
    <w:p>
      <w:r>
        <w:rPr>
          <w:b/>
          <w:sz w:val="24"/>
        </w:rPr>
        <w:t>Câu 37: Từ nào là trái cây?</w:t>
      </w:r>
    </w:p>
    <w:p>
      <w:pPr>
        <w:pStyle w:val="ListParagraph"/>
      </w:pPr>
      <w:r>
        <w:rPr>
          <w:sz w:val="22"/>
        </w:rPr>
        <w:t>A. apple</w:t>
      </w:r>
    </w:p>
    <w:p>
      <w:pPr>
        <w:pStyle w:val="ListParagraph"/>
      </w:pPr>
      <w:r>
        <w:rPr>
          <w:sz w:val="22"/>
        </w:rPr>
        <w:t>B. potato</w:t>
      </w:r>
    </w:p>
    <w:p>
      <w:pPr>
        <w:pStyle w:val="ListParagraph"/>
      </w:pPr>
      <w:r>
        <w:rPr>
          <w:sz w:val="22"/>
        </w:rPr>
        <w:t>C. onion</w:t>
      </w:r>
    </w:p>
    <w:p>
      <w:pPr>
        <w:pStyle w:val="ListParagraph"/>
      </w:pPr>
      <w:r>
        <w:rPr>
          <w:sz w:val="22"/>
        </w:rPr>
        <w:t>D. garlic</w:t>
      </w:r>
    </w:p>
    <w:p/>
    <w:p>
      <w:r>
        <w:rPr>
          <w:b/>
          <w:sz w:val="24"/>
        </w:rPr>
        <w:t>Câu 38: He 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39: "Quickly" là loại từ nào?</w:t>
      </w:r>
    </w:p>
    <w:p>
      <w:pPr>
        <w:pStyle w:val="ListParagraph"/>
      </w:pPr>
      <w:r>
        <w:rPr>
          <w:sz w:val="22"/>
        </w:rPr>
        <w:t>A. Tính từ</w:t>
      </w:r>
    </w:p>
    <w:p>
      <w:pPr>
        <w:pStyle w:val="ListParagraph"/>
      </w:pPr>
      <w:r>
        <w:rPr>
          <w:sz w:val="22"/>
        </w:rPr>
        <w:t>B. Trạng từ</w:t>
      </w:r>
    </w:p>
    <w:p>
      <w:pPr>
        <w:pStyle w:val="ListParagraph"/>
      </w:pPr>
      <w:r>
        <w:rPr>
          <w:sz w:val="22"/>
        </w:rPr>
        <w:t>C. Danh từ</w:t>
      </w:r>
    </w:p>
    <w:p>
      <w:pPr>
        <w:pStyle w:val="ListParagraph"/>
      </w:pPr>
      <w:r>
        <w:rPr>
          <w:sz w:val="22"/>
        </w:rPr>
        <w:t>D. Động từ</w:t>
      </w:r>
    </w:p>
    <w:p/>
    <w:p>
      <w:r>
        <w:rPr>
          <w:b/>
          <w:sz w:val="24"/>
        </w:rPr>
        <w:t>Câu 40: I am interested ___ music.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in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41: Nước sôi ở 100°C ở điều kiện nào?</w:t>
      </w:r>
    </w:p>
    <w:p>
      <w:pPr>
        <w:pStyle w:val="ListParagraph"/>
      </w:pPr>
      <w:r>
        <w:rPr>
          <w:sz w:val="22"/>
        </w:rPr>
        <w:t>A. Áp suất thấp</w:t>
      </w:r>
    </w:p>
    <w:p>
      <w:pPr>
        <w:pStyle w:val="ListParagraph"/>
      </w:pPr>
      <w:r>
        <w:rPr>
          <w:sz w:val="22"/>
        </w:rPr>
        <w:t>B. Áp suất chuẩn</w:t>
      </w:r>
    </w:p>
    <w:p>
      <w:pPr>
        <w:pStyle w:val="ListParagraph"/>
      </w:pPr>
      <w:r>
        <w:rPr>
          <w:sz w:val="22"/>
        </w:rPr>
        <w:t>C. Chân không</w:t>
      </w:r>
    </w:p>
    <w:p>
      <w:pPr>
        <w:pStyle w:val="ListParagraph"/>
      </w:pPr>
      <w:r>
        <w:rPr>
          <w:sz w:val="22"/>
        </w:rPr>
        <w:t>D. Nhiệt độ thấp</w:t>
      </w:r>
    </w:p>
    <w:p/>
    <w:p>
      <w:r>
        <w:rPr>
          <w:b/>
          <w:sz w:val="24"/>
        </w:rPr>
        <w:t>Câu 42: Công thức tính vận tốc là?</w:t>
      </w:r>
    </w:p>
    <w:p>
      <w:pPr>
        <w:pStyle w:val="ListParagraph"/>
      </w:pPr>
      <w:r>
        <w:rPr>
          <w:sz w:val="22"/>
        </w:rPr>
        <w:t>A. v = s/t</w:t>
      </w:r>
    </w:p>
    <w:p>
      <w:pPr>
        <w:pStyle w:val="ListParagraph"/>
      </w:pPr>
      <w:r>
        <w:rPr>
          <w:sz w:val="22"/>
        </w:rPr>
        <w:t>B. v = t/s</w:t>
      </w:r>
    </w:p>
    <w:p>
      <w:pPr>
        <w:pStyle w:val="ListParagraph"/>
      </w:pPr>
      <w:r>
        <w:rPr>
          <w:sz w:val="22"/>
        </w:rPr>
        <w:t>C. v = s.t</w:t>
      </w:r>
    </w:p>
    <w:p>
      <w:pPr>
        <w:pStyle w:val="ListParagraph"/>
      </w:pPr>
      <w:r>
        <w:rPr>
          <w:sz w:val="22"/>
        </w:rPr>
        <w:t>D. v = s + t</w:t>
      </w:r>
    </w:p>
    <w:p/>
    <w:p>
      <w:r>
        <w:rPr>
          <w:b/>
          <w:sz w:val="24"/>
        </w:rPr>
        <w:t>Câu 43: Đơn vị đo cường độ dòng điện là?</w:t>
      </w:r>
    </w:p>
    <w:p>
      <w:pPr>
        <w:pStyle w:val="ListParagraph"/>
      </w:pPr>
      <w:r>
        <w:rPr>
          <w:sz w:val="22"/>
        </w:rPr>
        <w:t>A. Vôn</w:t>
      </w:r>
    </w:p>
    <w:p>
      <w:pPr>
        <w:pStyle w:val="ListParagraph"/>
      </w:pPr>
      <w:r>
        <w:rPr>
          <w:sz w:val="22"/>
        </w:rPr>
        <w:t>B. Ampe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Jun</w:t>
      </w:r>
    </w:p>
    <w:p/>
    <w:p>
      <w:r>
        <w:rPr>
          <w:b/>
          <w:sz w:val="24"/>
        </w:rPr>
        <w:t>Câu 44: Kim loại nào dẫn điện tốt nhất?</w:t>
      </w:r>
    </w:p>
    <w:p>
      <w:pPr>
        <w:pStyle w:val="ListParagraph"/>
      </w:pPr>
      <w:r>
        <w:rPr>
          <w:sz w:val="22"/>
        </w:rPr>
        <w:t>A. Bạc</w:t>
      </w:r>
    </w:p>
    <w:p>
      <w:pPr>
        <w:pStyle w:val="ListParagraph"/>
      </w:pPr>
      <w:r>
        <w:rPr>
          <w:sz w:val="22"/>
        </w:rPr>
        <w:t>B. Đồng</w:t>
      </w:r>
    </w:p>
    <w:p>
      <w:pPr>
        <w:pStyle w:val="ListParagraph"/>
      </w:pPr>
      <w:r>
        <w:rPr>
          <w:sz w:val="22"/>
        </w:rPr>
        <w:t>C. Nhôm</w:t>
      </w:r>
    </w:p>
    <w:p>
      <w:pPr>
        <w:pStyle w:val="ListParagraph"/>
      </w:pPr>
      <w:r>
        <w:rPr>
          <w:sz w:val="22"/>
        </w:rPr>
        <w:t>D. Sắt</w:t>
      </w:r>
    </w:p>
    <w:p/>
    <w:p>
      <w:r>
        <w:rPr>
          <w:b/>
          <w:sz w:val="24"/>
        </w:rPr>
        <w:t>Câu 45: Công thức hóa học của nước là?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O2</w:t>
      </w:r>
    </w:p>
    <w:p>
      <w:pPr>
        <w:pStyle w:val="ListParagraph"/>
      </w:pPr>
      <w:r>
        <w:rPr>
          <w:sz w:val="22"/>
        </w:rPr>
        <w:t>C. H2O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46: Khí nào chiếm nhiều nhất trong không khí?</w:t>
      </w:r>
    </w:p>
    <w:p>
      <w:pPr>
        <w:pStyle w:val="ListParagraph"/>
      </w:pPr>
      <w:r>
        <w:rPr>
          <w:sz w:val="22"/>
        </w:rPr>
        <w:t>A. Oxy</w:t>
      </w:r>
    </w:p>
    <w:p>
      <w:pPr>
        <w:pStyle w:val="ListParagraph"/>
      </w:pPr>
      <w:r>
        <w:rPr>
          <w:sz w:val="22"/>
        </w:rPr>
        <w:t>B. Nitơ</w:t>
      </w:r>
    </w:p>
    <w:p>
      <w:pPr>
        <w:pStyle w:val="ListParagraph"/>
      </w:pPr>
      <w:r>
        <w:rPr>
          <w:sz w:val="22"/>
        </w:rPr>
        <w:t>C. CO2</w:t>
      </w:r>
    </w:p>
    <w:p>
      <w:pPr>
        <w:pStyle w:val="ListParagraph"/>
      </w:pPr>
      <w:r>
        <w:rPr>
          <w:sz w:val="22"/>
        </w:rPr>
        <w:t>D. Hydro</w:t>
      </w:r>
    </w:p>
    <w:p/>
    <w:p>
      <w:r>
        <w:rPr>
          <w:b/>
          <w:sz w:val="24"/>
        </w:rPr>
        <w:t>Câu 47: Trái Đất quay quanh trục mất bao lâu?</w:t>
      </w:r>
    </w:p>
    <w:p>
      <w:pPr>
        <w:pStyle w:val="ListParagraph"/>
      </w:pPr>
      <w:r>
        <w:rPr>
          <w:sz w:val="22"/>
        </w:rPr>
        <w:t>A. 12 giờ</w:t>
      </w:r>
    </w:p>
    <w:p>
      <w:pPr>
        <w:pStyle w:val="ListParagraph"/>
      </w:pPr>
      <w:r>
        <w:rPr>
          <w:sz w:val="22"/>
        </w:rPr>
        <w:t>B. 24 giờ</w:t>
      </w:r>
    </w:p>
    <w:p>
      <w:pPr>
        <w:pStyle w:val="ListParagraph"/>
      </w:pPr>
      <w:r>
        <w:rPr>
          <w:sz w:val="22"/>
        </w:rPr>
        <w:t>C. 30 ngày</w:t>
      </w:r>
    </w:p>
    <w:p>
      <w:pPr>
        <w:pStyle w:val="ListParagraph"/>
      </w:pPr>
      <w:r>
        <w:rPr>
          <w:sz w:val="22"/>
        </w:rPr>
        <w:t>D. 365 ngày</w:t>
      </w:r>
    </w:p>
    <w:p/>
    <w:p>
      <w:r>
        <w:rPr>
          <w:b/>
          <w:sz w:val="24"/>
        </w:rPr>
        <w:t>Câu 48: Hành tinh nào gần Mặt Trời nhất?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Kim</w:t>
      </w:r>
    </w:p>
    <w:p>
      <w:pPr>
        <w:pStyle w:val="ListParagraph"/>
      </w:pPr>
      <w:r>
        <w:rPr>
          <w:sz w:val="22"/>
        </w:rPr>
        <w:t>C. Sao Thủy</w:t>
      </w:r>
    </w:p>
    <w:p>
      <w:pPr>
        <w:pStyle w:val="ListParagraph"/>
      </w:pPr>
      <w:r>
        <w:rPr>
          <w:sz w:val="22"/>
        </w:rPr>
        <w:t>D. Sao Hỏa</w:t>
      </w:r>
    </w:p>
    <w:p/>
    <w:p>
      <w:r>
        <w:rPr>
          <w:b/>
          <w:sz w:val="24"/>
        </w:rPr>
        <w:t>Câu 49: Đơn vị đo lực là?</w:t>
      </w:r>
    </w:p>
    <w:p>
      <w:pPr>
        <w:pStyle w:val="ListParagraph"/>
      </w:pPr>
      <w:r>
        <w:rPr>
          <w:sz w:val="22"/>
        </w:rPr>
        <w:t>A. Newton</w:t>
      </w:r>
    </w:p>
    <w:p>
      <w:pPr>
        <w:pStyle w:val="ListParagraph"/>
      </w:pPr>
      <w:r>
        <w:rPr>
          <w:sz w:val="22"/>
        </w:rPr>
        <w:t>B. Jun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Pascal</w:t>
      </w:r>
    </w:p>
    <w:p/>
    <w:p>
      <w:r>
        <w:rPr>
          <w:b/>
          <w:sz w:val="24"/>
        </w:rPr>
        <w:t>Câu 50: Công thức tính công là?</w:t>
      </w:r>
    </w:p>
    <w:p>
      <w:pPr>
        <w:pStyle w:val="ListParagraph"/>
      </w:pPr>
      <w:r>
        <w:rPr>
          <w:sz w:val="22"/>
        </w:rPr>
        <w:t>A. A = F.s</w:t>
      </w:r>
    </w:p>
    <w:p>
      <w:pPr>
        <w:pStyle w:val="ListParagraph"/>
      </w:pPr>
      <w:r>
        <w:rPr>
          <w:sz w:val="22"/>
        </w:rPr>
        <w:t>B. A = F/s</w:t>
      </w:r>
    </w:p>
    <w:p>
      <w:pPr>
        <w:pStyle w:val="ListParagraph"/>
      </w:pPr>
      <w:r>
        <w:rPr>
          <w:sz w:val="22"/>
        </w:rPr>
        <w:t>C. A = F.t</w:t>
      </w:r>
    </w:p>
    <w:p>
      <w:pPr>
        <w:pStyle w:val="ListParagraph"/>
      </w:pPr>
      <w:r>
        <w:rPr>
          <w:sz w:val="22"/>
        </w:rPr>
        <w:t>D. A = s/t</w:t>
      </w:r>
    </w:p>
    <w:p/>
    <w:p>
      <w:r>
        <w:rPr>
          <w:b/>
          <w:sz w:val="24"/>
        </w:rPr>
        <w:t>Câu 51: Chất nào là axit?</w:t>
      </w:r>
    </w:p>
    <w:p>
      <w:pPr>
        <w:pStyle w:val="ListParagraph"/>
      </w:pPr>
      <w:r>
        <w:rPr>
          <w:sz w:val="22"/>
        </w:rPr>
        <w:t>A. NaOH</w:t>
      </w:r>
    </w:p>
    <w:p>
      <w:pPr>
        <w:pStyle w:val="ListParagraph"/>
      </w:pPr>
      <w:r>
        <w:rPr>
          <w:sz w:val="22"/>
        </w:rPr>
        <w:t>B. HCl</w:t>
      </w:r>
    </w:p>
    <w:p>
      <w:pPr>
        <w:pStyle w:val="ListParagraph"/>
      </w:pPr>
      <w:r>
        <w:rPr>
          <w:sz w:val="22"/>
        </w:rPr>
        <w:t>C. NaCl</w:t>
      </w:r>
    </w:p>
    <w:p>
      <w:pPr>
        <w:pStyle w:val="ListParagraph"/>
      </w:pPr>
      <w:r>
        <w:rPr>
          <w:sz w:val="22"/>
        </w:rPr>
        <w:t>D. KOH</w:t>
      </w:r>
    </w:p>
    <w:p/>
    <w:p>
      <w:r>
        <w:rPr>
          <w:b/>
          <w:sz w:val="24"/>
        </w:rPr>
        <w:t>Câu 52: Nước đá tan ở nhiệt độ nào?</w:t>
      </w:r>
    </w:p>
    <w:p>
      <w:pPr>
        <w:pStyle w:val="ListParagraph"/>
      </w:pPr>
      <w:r>
        <w:rPr>
          <w:sz w:val="22"/>
        </w:rPr>
        <w:t>A. 0°C</w:t>
      </w:r>
    </w:p>
    <w:p>
      <w:pPr>
        <w:pStyle w:val="ListParagraph"/>
      </w:pPr>
      <w:r>
        <w:rPr>
          <w:sz w:val="22"/>
        </w:rPr>
        <w:t>B. 100°C</w:t>
      </w:r>
    </w:p>
    <w:p>
      <w:pPr>
        <w:pStyle w:val="ListParagraph"/>
      </w:pPr>
      <w:r>
        <w:rPr>
          <w:sz w:val="22"/>
        </w:rPr>
        <w:t>C. 50°C</w:t>
      </w:r>
    </w:p>
    <w:p>
      <w:pPr>
        <w:pStyle w:val="ListParagraph"/>
      </w:pPr>
      <w:r>
        <w:rPr>
          <w:sz w:val="22"/>
        </w:rPr>
        <w:t>D. -10°C</w:t>
      </w:r>
    </w:p>
    <w:p/>
    <w:p>
      <w:r>
        <w:rPr>
          <w:b/>
          <w:sz w:val="24"/>
        </w:rPr>
        <w:t>Câu 53: Âm thanh truyền được trong môi trường nào?</w:t>
      </w:r>
    </w:p>
    <w:p>
      <w:pPr>
        <w:pStyle w:val="ListParagraph"/>
      </w:pPr>
      <w:r>
        <w:rPr>
          <w:sz w:val="22"/>
        </w:rPr>
        <w:t>A. Chân không</w:t>
      </w:r>
    </w:p>
    <w:p>
      <w:pPr>
        <w:pStyle w:val="ListParagraph"/>
      </w:pPr>
      <w:r>
        <w:rPr>
          <w:sz w:val="22"/>
        </w:rPr>
        <w:t>B. Không khí</w:t>
      </w:r>
    </w:p>
    <w:p>
      <w:pPr>
        <w:pStyle w:val="ListParagraph"/>
      </w:pPr>
      <w:r>
        <w:rPr>
          <w:sz w:val="22"/>
        </w:rPr>
        <w:t>C. Nước</w:t>
      </w:r>
    </w:p>
    <w:p>
      <w:pPr>
        <w:pStyle w:val="ListParagraph"/>
      </w:pPr>
      <w:r>
        <w:rPr>
          <w:sz w:val="22"/>
        </w:rPr>
        <w:t>D. Cả B và C</w:t>
      </w:r>
    </w:p>
    <w:p/>
    <w:p>
      <w:r>
        <w:rPr>
          <w:b/>
          <w:sz w:val="24"/>
        </w:rPr>
        <w:t>Câu 54: Năng lượng mặt trời là dạng năng lượng gì?</w:t>
      </w:r>
    </w:p>
    <w:p>
      <w:pPr>
        <w:pStyle w:val="ListParagraph"/>
      </w:pPr>
      <w:r>
        <w:rPr>
          <w:sz w:val="22"/>
        </w:rPr>
        <w:t>A. Năng lượng tái tạo</w:t>
      </w:r>
    </w:p>
    <w:p>
      <w:pPr>
        <w:pStyle w:val="ListParagraph"/>
      </w:pPr>
      <w:r>
        <w:rPr>
          <w:sz w:val="22"/>
        </w:rPr>
        <w:t>B. Năng lượng hóa thạch</w:t>
      </w:r>
    </w:p>
    <w:p>
      <w:pPr>
        <w:pStyle w:val="ListParagraph"/>
      </w:pPr>
      <w:r>
        <w:rPr>
          <w:sz w:val="22"/>
        </w:rPr>
        <w:t>C. Năng lượng hạt nhân</w:t>
      </w:r>
    </w:p>
    <w:p>
      <w:pPr>
        <w:pStyle w:val="ListParagraph"/>
      </w:pPr>
      <w:r>
        <w:rPr>
          <w:sz w:val="22"/>
        </w:rPr>
        <w:t>D. Năng lượng gió</w:t>
      </w:r>
    </w:p>
    <w:p/>
    <w:p>
      <w:r>
        <w:rPr>
          <w:b/>
          <w:sz w:val="24"/>
        </w:rPr>
        <w:t>Câu 55: Đơn vị đo công suất là?</w:t>
      </w:r>
    </w:p>
    <w:p>
      <w:pPr>
        <w:pStyle w:val="ListParagraph"/>
      </w:pPr>
      <w:r>
        <w:rPr>
          <w:sz w:val="22"/>
        </w:rPr>
        <w:t>A. Jun</w:t>
      </w:r>
    </w:p>
    <w:p>
      <w:pPr>
        <w:pStyle w:val="ListParagraph"/>
      </w:pPr>
      <w:r>
        <w:rPr>
          <w:sz w:val="22"/>
        </w:rPr>
        <w:t>B. Oát</w:t>
      </w:r>
    </w:p>
    <w:p>
      <w:pPr>
        <w:pStyle w:val="ListParagraph"/>
      </w:pPr>
      <w:r>
        <w:rPr>
          <w:sz w:val="22"/>
        </w:rPr>
        <w:t>C. Newton</w:t>
      </w:r>
    </w:p>
    <w:p>
      <w:pPr>
        <w:pStyle w:val="ListParagraph"/>
      </w:pPr>
      <w:r>
        <w:rPr>
          <w:sz w:val="22"/>
        </w:rPr>
        <w:t>D. Ampe</w:t>
      </w:r>
    </w:p>
    <w:p/>
    <w:p>
      <w:r>
        <w:rPr>
          <w:b/>
          <w:sz w:val="24"/>
        </w:rPr>
        <w:t>Câu 56: Việt Nam hiện có bao nhiêu tỉnh thành?</w:t>
      </w:r>
    </w:p>
    <w:p>
      <w:pPr>
        <w:pStyle w:val="ListParagraph"/>
      </w:pPr>
      <w:r>
        <w:rPr>
          <w:sz w:val="22"/>
        </w:rPr>
        <w:t>A. 63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65</w:t>
      </w:r>
    </w:p>
    <w:p>
      <w:pPr>
        <w:pStyle w:val="ListParagraph"/>
      </w:pPr>
      <w:r>
        <w:rPr>
          <w:sz w:val="22"/>
        </w:rPr>
        <w:t>D. 66</w:t>
      </w:r>
    </w:p>
    <w:p/>
    <w:p>
      <w:r>
        <w:rPr>
          <w:b/>
          <w:sz w:val="24"/>
        </w:rPr>
        <w:t>Câu 57: Thủ đô của Việt Nam là?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TP.HCM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rPr>
          <w:b/>
          <w:sz w:val="24"/>
        </w:rPr>
        <w:t>Câu 58: Ngày Quốc khánh Việt Nam là?</w:t>
      </w:r>
    </w:p>
    <w:p>
      <w:pPr>
        <w:pStyle w:val="ListParagraph"/>
      </w:pPr>
      <w:r>
        <w:rPr>
          <w:sz w:val="22"/>
        </w:rPr>
        <w:t>A. 2/9</w:t>
      </w:r>
    </w:p>
    <w:p>
      <w:pPr>
        <w:pStyle w:val="ListParagraph"/>
      </w:pPr>
      <w:r>
        <w:rPr>
          <w:sz w:val="22"/>
        </w:rPr>
        <w:t>B. 30/4</w:t>
      </w:r>
    </w:p>
    <w:p>
      <w:pPr>
        <w:pStyle w:val="ListParagraph"/>
      </w:pPr>
      <w:r>
        <w:rPr>
          <w:sz w:val="22"/>
        </w:rPr>
        <w:t>C. 1/5</w:t>
      </w:r>
    </w:p>
    <w:p>
      <w:pPr>
        <w:pStyle w:val="ListParagraph"/>
      </w:pPr>
      <w:r>
        <w:rPr>
          <w:sz w:val="22"/>
        </w:rPr>
        <w:t>D. 19/5</w:t>
      </w:r>
    </w:p>
    <w:p/>
    <w:p>
      <w:r>
        <w:rPr>
          <w:b/>
          <w:sz w:val="24"/>
        </w:rPr>
        <w:t>Câu 59: Chiến dịch Điện Biên Phủ kết thúc năm?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1954</w:t>
      </w:r>
    </w:p>
    <w:p>
      <w:pPr>
        <w:pStyle w:val="ListParagraph"/>
      </w:pPr>
      <w:r>
        <w:rPr>
          <w:sz w:val="22"/>
        </w:rPr>
        <w:t>C. 1968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60: Ai là vị vua đầu tiên của nhà Lý?</w:t>
      </w:r>
    </w:p>
    <w:p>
      <w:pPr>
        <w:pStyle w:val="ListParagraph"/>
      </w:pPr>
      <w:r>
        <w:rPr>
          <w:sz w:val="22"/>
        </w:rPr>
        <w:t>A. Lý Thái Tổ</w:t>
      </w:r>
    </w:p>
    <w:p>
      <w:pPr>
        <w:pStyle w:val="ListParagraph"/>
      </w:pPr>
      <w:r>
        <w:rPr>
          <w:sz w:val="22"/>
        </w:rPr>
        <w:t>B. Lý Thái Tông</w:t>
      </w:r>
    </w:p>
    <w:p>
      <w:pPr>
        <w:pStyle w:val="ListParagraph"/>
      </w:pPr>
      <w:r>
        <w:rPr>
          <w:sz w:val="22"/>
        </w:rPr>
        <w:t>C. Lý Thánh Tông</w:t>
      </w:r>
    </w:p>
    <w:p>
      <w:pPr>
        <w:pStyle w:val="ListParagraph"/>
      </w:pPr>
      <w:r>
        <w:rPr>
          <w:sz w:val="22"/>
        </w:rPr>
        <w:t>D. Lý Nhân Tông</w:t>
      </w:r>
    </w:p>
    <w:p/>
    <w:p>
      <w:r>
        <w:rPr>
          <w:b/>
          <w:sz w:val="24"/>
        </w:rPr>
        <w:t>Câu 61: Sông nào chảy qua Hà Nội?</w:t>
      </w:r>
    </w:p>
    <w:p>
      <w:pPr>
        <w:pStyle w:val="ListParagraph"/>
      </w:pPr>
      <w:r>
        <w:rPr>
          <w:sz w:val="22"/>
        </w:rPr>
        <w:t>A. Sông Hồng</w:t>
      </w:r>
    </w:p>
    <w:p>
      <w:pPr>
        <w:pStyle w:val="ListParagraph"/>
      </w:pPr>
      <w:r>
        <w:rPr>
          <w:sz w:val="22"/>
        </w:rPr>
        <w:t>B. Sông Mê Kông</w:t>
      </w:r>
    </w:p>
    <w:p>
      <w:pPr>
        <w:pStyle w:val="ListParagraph"/>
      </w:pPr>
      <w:r>
        <w:rPr>
          <w:sz w:val="22"/>
        </w:rPr>
        <w:t>C. Sông Đồng Nai</w:t>
      </w:r>
    </w:p>
    <w:p>
      <w:pPr>
        <w:pStyle w:val="ListParagraph"/>
      </w:pPr>
      <w:r>
        <w:rPr>
          <w:sz w:val="22"/>
        </w:rPr>
        <w:t>D. Sông Cửu Long</w:t>
      </w:r>
    </w:p>
    <w:p/>
    <w:p>
      <w:r>
        <w:rPr>
          <w:b/>
          <w:sz w:val="24"/>
        </w:rPr>
        <w:t>Câu 62: Đỉnh núi cao nhất Việt Nam là?</w:t>
      </w:r>
    </w:p>
    <w:p>
      <w:pPr>
        <w:pStyle w:val="ListParagraph"/>
      </w:pPr>
      <w:r>
        <w:rPr>
          <w:sz w:val="22"/>
        </w:rPr>
        <w:t>A. Phan-xi-păng</w:t>
      </w:r>
    </w:p>
    <w:p>
      <w:pPr>
        <w:pStyle w:val="ListParagraph"/>
      </w:pPr>
      <w:r>
        <w:rPr>
          <w:sz w:val="22"/>
        </w:rPr>
        <w:t>B. Ngọc Linh</w:t>
      </w:r>
    </w:p>
    <w:p>
      <w:pPr>
        <w:pStyle w:val="ListParagraph"/>
      </w:pPr>
      <w:r>
        <w:rPr>
          <w:sz w:val="22"/>
        </w:rPr>
        <w:t>C. Bà Đen</w:t>
      </w:r>
    </w:p>
    <w:p>
      <w:pPr>
        <w:pStyle w:val="ListParagraph"/>
      </w:pPr>
      <w:r>
        <w:rPr>
          <w:sz w:val="22"/>
        </w:rPr>
        <w:t>D. Tam Đảo</w:t>
      </w:r>
    </w:p>
    <w:p/>
    <w:p>
      <w:r>
        <w:rPr>
          <w:b/>
          <w:sz w:val="24"/>
        </w:rPr>
        <w:t>Câu 63: Quốc gia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Mỹ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Canada</w:t>
      </w:r>
    </w:p>
    <w:p/>
    <w:p>
      <w:r>
        <w:rPr>
          <w:b/>
          <w:sz w:val="24"/>
        </w:rPr>
        <w:t>Câu 64: Châu lục nào đông dân nhất thế giới?</w:t>
      </w:r>
    </w:p>
    <w:p>
      <w:pPr>
        <w:pStyle w:val="ListParagraph"/>
      </w:pPr>
      <w:r>
        <w:rPr>
          <w:sz w:val="22"/>
        </w:rPr>
        <w:t>A. Châu Á</w:t>
      </w:r>
    </w:p>
    <w:p>
      <w:pPr>
        <w:pStyle w:val="ListParagraph"/>
      </w:pPr>
      <w:r>
        <w:rPr>
          <w:sz w:val="22"/>
        </w:rPr>
        <w:t>B. Châu Âu</w:t>
      </w:r>
    </w:p>
    <w:p>
      <w:pPr>
        <w:pStyle w:val="ListParagraph"/>
      </w:pPr>
      <w:r>
        <w:rPr>
          <w:sz w:val="22"/>
        </w:rPr>
        <w:t>C. Châu Phi</w:t>
      </w:r>
    </w:p>
    <w:p>
      <w:pPr>
        <w:pStyle w:val="ListParagraph"/>
      </w:pPr>
      <w:r>
        <w:rPr>
          <w:sz w:val="22"/>
        </w:rPr>
        <w:t>D. Châu Mỹ</w:t>
      </w:r>
    </w:p>
    <w:p/>
    <w:p>
      <w:r>
        <w:rPr>
          <w:b/>
          <w:sz w:val="24"/>
        </w:rPr>
        <w:t>Câu 65: Thành phố nào được gọi là "Thành phố không ngủ"?</w:t>
      </w:r>
    </w:p>
    <w:p>
      <w:pPr>
        <w:pStyle w:val="ListParagraph"/>
      </w:pPr>
      <w:r>
        <w:rPr>
          <w:sz w:val="22"/>
        </w:rPr>
        <w:t>A. New York</w:t>
      </w:r>
    </w:p>
    <w:p>
      <w:pPr>
        <w:pStyle w:val="ListParagraph"/>
      </w:pPr>
      <w:r>
        <w:rPr>
          <w:sz w:val="22"/>
        </w:rPr>
        <w:t>B. Paris</w:t>
      </w:r>
    </w:p>
    <w:p>
      <w:pPr>
        <w:pStyle w:val="ListParagraph"/>
      </w:pPr>
      <w:r>
        <w:rPr>
          <w:sz w:val="22"/>
        </w:rPr>
        <w:t>C. London</w:t>
      </w:r>
    </w:p>
    <w:p>
      <w:pPr>
        <w:pStyle w:val="ListParagraph"/>
      </w:pPr>
      <w:r>
        <w:rPr>
          <w:sz w:val="22"/>
        </w:rPr>
        <w:t>D. Tokyo</w:t>
      </w:r>
    </w:p>
    <w:p/>
    <w:p>
      <w:r>
        <w:rPr>
          <w:b/>
          <w:sz w:val="24"/>
        </w:rPr>
        <w:t>Câu 66: Tổ chức ASEAN được thành lập năm nào?</w:t>
      </w:r>
    </w:p>
    <w:p>
      <w:pPr>
        <w:pStyle w:val="ListParagraph"/>
      </w:pPr>
      <w:r>
        <w:rPr>
          <w:sz w:val="22"/>
        </w:rPr>
        <w:t>A. 1967</w:t>
      </w:r>
    </w:p>
    <w:p>
      <w:pPr>
        <w:pStyle w:val="ListParagraph"/>
      </w:pPr>
      <w:r>
        <w:rPr>
          <w:sz w:val="22"/>
        </w:rPr>
        <w:t>B. 1976</w:t>
      </w:r>
    </w:p>
    <w:p>
      <w:pPr>
        <w:pStyle w:val="ListParagraph"/>
      </w:pPr>
      <w:r>
        <w:rPr>
          <w:sz w:val="22"/>
        </w:rPr>
        <w:t>C. 1995</w:t>
      </w:r>
    </w:p>
    <w:p>
      <w:pPr>
        <w:pStyle w:val="ListParagraph"/>
      </w:pPr>
      <w:r>
        <w:rPr>
          <w:sz w:val="22"/>
        </w:rPr>
        <w:t>D. 2000</w:t>
      </w:r>
    </w:p>
    <w:p/>
    <w:p>
      <w:r>
        <w:rPr>
          <w:b/>
          <w:sz w:val="24"/>
        </w:rPr>
        <w:t>Câu 67: Bác Hồ đọc Tuyên ngôn độc lập ở đâu?</w:t>
      </w:r>
    </w:p>
    <w:p>
      <w:pPr>
        <w:pStyle w:val="ListParagraph"/>
      </w:pPr>
      <w:r>
        <w:rPr>
          <w:sz w:val="22"/>
        </w:rPr>
        <w:t>A. Quảng trường Ba Đình</w:t>
      </w:r>
    </w:p>
    <w:p>
      <w:pPr>
        <w:pStyle w:val="ListParagraph"/>
      </w:pPr>
      <w:r>
        <w:rPr>
          <w:sz w:val="22"/>
        </w:rPr>
        <w:t>B. Dinh Độc Lập</w:t>
      </w:r>
    </w:p>
    <w:p>
      <w:pPr>
        <w:pStyle w:val="ListParagraph"/>
      </w:pPr>
      <w:r>
        <w:rPr>
          <w:sz w:val="22"/>
        </w:rPr>
        <w:t>C. Bến Nhà Rồng</w:t>
      </w:r>
    </w:p>
    <w:p>
      <w:pPr>
        <w:pStyle w:val="ListParagraph"/>
      </w:pPr>
      <w:r>
        <w:rPr>
          <w:sz w:val="22"/>
        </w:rPr>
        <w:t>D. Pác Bó</w:t>
      </w:r>
    </w:p>
    <w:p/>
    <w:p>
      <w:r>
        <w:rPr>
          <w:b/>
          <w:sz w:val="24"/>
        </w:rPr>
        <w:t>Câu 68: Đại dương lớn nhất thế giới là?</w:t>
      </w:r>
    </w:p>
    <w:p>
      <w:pPr>
        <w:pStyle w:val="ListParagraph"/>
      </w:pPr>
      <w:r>
        <w:rPr>
          <w:sz w:val="22"/>
        </w:rPr>
        <w:t>A. Thái Bình Dương</w:t>
      </w:r>
    </w:p>
    <w:p>
      <w:pPr>
        <w:pStyle w:val="ListParagraph"/>
      </w:pPr>
      <w:r>
        <w:rPr>
          <w:sz w:val="22"/>
        </w:rPr>
        <w:t>B. Đại Tây Dương</w:t>
      </w:r>
    </w:p>
    <w:p>
      <w:pPr>
        <w:pStyle w:val="ListParagraph"/>
      </w:pPr>
      <w:r>
        <w:rPr>
          <w:sz w:val="22"/>
        </w:rPr>
        <w:t>C. Ấn Độ Dương</w:t>
      </w:r>
    </w:p>
    <w:p>
      <w:pPr>
        <w:pStyle w:val="ListParagraph"/>
      </w:pPr>
      <w:r>
        <w:rPr>
          <w:sz w:val="22"/>
        </w:rPr>
        <w:t>D. Bắc Băng Dương</w:t>
      </w:r>
    </w:p>
    <w:p/>
    <w:p>
      <w:r>
        <w:rPr>
          <w:b/>
          <w:sz w:val="24"/>
        </w:rPr>
        <w:t>Câu 69: Việt Nam gia nhập WTO năm nào?</w:t>
      </w:r>
    </w:p>
    <w:p>
      <w:pPr>
        <w:pStyle w:val="ListParagraph"/>
      </w:pPr>
      <w:r>
        <w:rPr>
          <w:sz w:val="22"/>
        </w:rPr>
        <w:t>A. 1995</w:t>
      </w:r>
    </w:p>
    <w:p>
      <w:pPr>
        <w:pStyle w:val="ListParagraph"/>
      </w:pPr>
      <w:r>
        <w:rPr>
          <w:sz w:val="22"/>
        </w:rPr>
        <w:t>B. 2006</w:t>
      </w:r>
    </w:p>
    <w:p>
      <w:pPr>
        <w:pStyle w:val="ListParagraph"/>
      </w:pPr>
      <w:r>
        <w:rPr>
          <w:sz w:val="22"/>
        </w:rPr>
        <w:t>C. 2007</w:t>
      </w:r>
    </w:p>
    <w:p>
      <w:pPr>
        <w:pStyle w:val="ListParagraph"/>
      </w:pPr>
      <w:r>
        <w:rPr>
          <w:sz w:val="22"/>
        </w:rPr>
        <w:t>D. 2010</w:t>
      </w:r>
    </w:p>
    <w:p/>
    <w:p>
      <w:r>
        <w:rPr>
          <w:b/>
          <w:sz w:val="24"/>
        </w:rPr>
        <w:t>Câu 70: Ai được cho là người phát minh ra bóng đèn?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Alexander Graham Bell</w:t>
      </w:r>
    </w:p>
    <w:p>
      <w:pPr>
        <w:pStyle w:val="ListParagraph"/>
      </w:pPr>
      <w:r>
        <w:rPr>
          <w:sz w:val="22"/>
        </w:rPr>
        <w:t>C. Isaac Newton</w:t>
      </w:r>
    </w:p>
    <w:p>
      <w:pPr>
        <w:pStyle w:val="ListParagraph"/>
      </w:pPr>
      <w:r>
        <w:rPr>
          <w:sz w:val="22"/>
        </w:rPr>
        <w:t>D. Albert Einstein</w:t>
      </w:r>
    </w:p>
    <w:p/>
    <w:p>
      <w:r>
        <w:rPr>
          <w:b/>
          <w:sz w:val="24"/>
        </w:rPr>
        <w:t>Câu 71: Trong tin học, CPU là gì?</w:t>
      </w:r>
    </w:p>
    <w:p>
      <w:pPr>
        <w:pStyle w:val="ListParagraph"/>
      </w:pPr>
      <w:r>
        <w:rPr>
          <w:sz w:val="22"/>
        </w:rPr>
        <w:t>A. Bộ xử lý trung tâm</w:t>
      </w:r>
    </w:p>
    <w:p>
      <w:pPr>
        <w:pStyle w:val="ListParagraph"/>
      </w:pPr>
      <w:r>
        <w:rPr>
          <w:sz w:val="22"/>
        </w:rPr>
        <w:t>B. Bộ nhớ trong</w:t>
      </w:r>
    </w:p>
    <w:p>
      <w:pPr>
        <w:pStyle w:val="ListParagraph"/>
      </w:pPr>
      <w:r>
        <w:rPr>
          <w:sz w:val="22"/>
        </w:rPr>
        <w:t>C. Thiết bị vào</w:t>
      </w:r>
    </w:p>
    <w:p>
      <w:pPr>
        <w:pStyle w:val="ListParagraph"/>
      </w:pPr>
      <w:r>
        <w:rPr>
          <w:sz w:val="22"/>
        </w:rPr>
        <w:t>D. Thiết bị ra</w:t>
      </w:r>
    </w:p>
    <w:p/>
    <w:p>
      <w:r>
        <w:rPr>
          <w:b/>
          <w:sz w:val="24"/>
        </w:rPr>
        <w:t>Câu 72: 1 byte bằng bao nhiêu bit?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32</w:t>
      </w:r>
    </w:p>
    <w:p/>
    <w:p>
      <w:r>
        <w:rPr>
          <w:b/>
          <w:sz w:val="24"/>
        </w:rPr>
        <w:t>Câu 73: Phần mềm nào là hệ điều hành?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Word</w:t>
      </w:r>
    </w:p>
    <w:p>
      <w:pPr>
        <w:pStyle w:val="ListParagraph"/>
      </w:pPr>
      <w:r>
        <w:rPr>
          <w:sz w:val="22"/>
        </w:rPr>
        <w:t>C. Excel</w:t>
      </w:r>
    </w:p>
    <w:p>
      <w:pPr>
        <w:pStyle w:val="ListParagraph"/>
      </w:pPr>
      <w:r>
        <w:rPr>
          <w:sz w:val="22"/>
        </w:rPr>
        <w:t>D. Chrome</w:t>
      </w:r>
    </w:p>
    <w:p/>
    <w:p>
      <w:r>
        <w:rPr>
          <w:b/>
          <w:sz w:val="24"/>
        </w:rPr>
        <w:t>Câu 74: Địa chỉ IP dùng để làm gì?</w:t>
      </w:r>
    </w:p>
    <w:p>
      <w:pPr>
        <w:pStyle w:val="ListParagraph"/>
      </w:pPr>
      <w:r>
        <w:rPr>
          <w:sz w:val="22"/>
        </w:rPr>
        <w:t>A. Định danh thiết bị trên mạng</w:t>
      </w:r>
    </w:p>
    <w:p>
      <w:pPr>
        <w:pStyle w:val="ListParagraph"/>
      </w:pPr>
      <w:r>
        <w:rPr>
          <w:sz w:val="22"/>
        </w:rPr>
        <w:t>B. Lưu trữ dữ liệu</w:t>
      </w:r>
    </w:p>
    <w:p>
      <w:pPr>
        <w:pStyle w:val="ListParagraph"/>
      </w:pPr>
      <w:r>
        <w:rPr>
          <w:sz w:val="22"/>
        </w:rPr>
        <w:t>C. In tài liệu</w:t>
      </w:r>
    </w:p>
    <w:p>
      <w:pPr>
        <w:pStyle w:val="ListParagraph"/>
      </w:pPr>
      <w:r>
        <w:rPr>
          <w:sz w:val="22"/>
        </w:rPr>
        <w:t>D. Chơi game</w:t>
      </w:r>
    </w:p>
    <w:p/>
    <w:p>
      <w:r>
        <w:rPr>
          <w:b/>
          <w:sz w:val="24"/>
        </w:rPr>
        <w:t>Câu 75: HTML là viết tắt của?</w:t>
      </w:r>
    </w:p>
    <w:p>
      <w:pPr>
        <w:pStyle w:val="ListParagraph"/>
      </w:pPr>
      <w:r>
        <w:rPr>
          <w:sz w:val="22"/>
        </w:rPr>
        <w:t>A. HyperText Markup Language</w:t>
      </w:r>
    </w:p>
    <w:p>
      <w:pPr>
        <w:pStyle w:val="ListParagraph"/>
      </w:pPr>
      <w:r>
        <w:rPr>
          <w:sz w:val="22"/>
        </w:rPr>
        <w:t>B. HyperText Machine Language</w:t>
      </w:r>
    </w:p>
    <w:p>
      <w:pPr>
        <w:pStyle w:val="ListParagraph"/>
      </w:pPr>
      <w:r>
        <w:rPr>
          <w:sz w:val="22"/>
        </w:rPr>
        <w:t>C. Home Tool Markup Language</w:t>
      </w:r>
    </w:p>
    <w:p>
      <w:pPr>
        <w:pStyle w:val="ListParagraph"/>
      </w:pPr>
      <w:r>
        <w:rPr>
          <w:sz w:val="22"/>
        </w:rPr>
        <w:t>D. Hyperlink Text Markup Language</w:t>
      </w:r>
    </w:p>
    <w:p/>
    <w:p>
      <w:r>
        <w:rPr>
          <w:b/>
          <w:sz w:val="24"/>
        </w:rPr>
        <w:t>Câu 76: Thiết bị nào là thiết bị vào?</w:t>
      </w:r>
    </w:p>
    <w:p>
      <w:pPr>
        <w:pStyle w:val="ListParagraph"/>
      </w:pPr>
      <w:r>
        <w:rPr>
          <w:sz w:val="22"/>
        </w:rPr>
        <w:t>A. Màn hình</w:t>
      </w:r>
    </w:p>
    <w:p>
      <w:pPr>
        <w:pStyle w:val="ListParagraph"/>
      </w:pPr>
      <w:r>
        <w:rPr>
          <w:sz w:val="22"/>
        </w:rPr>
        <w:t>B. Máy in</w:t>
      </w:r>
    </w:p>
    <w:p>
      <w:pPr>
        <w:pStyle w:val="ListParagraph"/>
      </w:pPr>
      <w:r>
        <w:rPr>
          <w:sz w:val="22"/>
        </w:rPr>
        <w:t>C. Bàn phím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77: Trong Excel, hàm tính tổng là?</w:t>
      </w:r>
    </w:p>
    <w:p>
      <w:pPr>
        <w:pStyle w:val="ListParagraph"/>
      </w:pPr>
      <w:r>
        <w:rPr>
          <w:sz w:val="22"/>
        </w:rPr>
        <w:t>A. SUM</w:t>
      </w:r>
    </w:p>
    <w:p>
      <w:pPr>
        <w:pStyle w:val="ListParagraph"/>
      </w:pPr>
      <w:r>
        <w:rPr>
          <w:sz w:val="22"/>
        </w:rPr>
        <w:t>B. AVERAGE</w:t>
      </w:r>
    </w:p>
    <w:p>
      <w:pPr>
        <w:pStyle w:val="ListParagraph"/>
      </w:pPr>
      <w:r>
        <w:rPr>
          <w:sz w:val="22"/>
        </w:rPr>
        <w:t>C. MAX</w:t>
      </w:r>
    </w:p>
    <w:p>
      <w:pPr>
        <w:pStyle w:val="ListParagraph"/>
      </w:pPr>
      <w:r>
        <w:rPr>
          <w:sz w:val="22"/>
        </w:rPr>
        <w:t>D. MIN</w:t>
      </w:r>
    </w:p>
    <w:p/>
    <w:p>
      <w:r>
        <w:rPr>
          <w:b/>
          <w:sz w:val="24"/>
        </w:rPr>
        <w:t>Câu 78: Internet là gì?</w:t>
      </w:r>
    </w:p>
    <w:p>
      <w:pPr>
        <w:pStyle w:val="ListParagraph"/>
      </w:pPr>
      <w:r>
        <w:rPr>
          <w:sz w:val="22"/>
        </w:rPr>
        <w:t>A. Mạng toàn cầu</w:t>
      </w:r>
    </w:p>
    <w:p>
      <w:pPr>
        <w:pStyle w:val="ListParagraph"/>
      </w:pPr>
      <w:r>
        <w:rPr>
          <w:sz w:val="22"/>
        </w:rPr>
        <w:t>B. Mạng cục bộ</w:t>
      </w:r>
    </w:p>
    <w:p>
      <w:pPr>
        <w:pStyle w:val="ListParagraph"/>
      </w:pPr>
      <w:r>
        <w:rPr>
          <w:sz w:val="22"/>
        </w:rPr>
        <w:t>C. Một phần mềm</w:t>
      </w:r>
    </w:p>
    <w:p>
      <w:pPr>
        <w:pStyle w:val="ListParagraph"/>
      </w:pPr>
      <w:r>
        <w:rPr>
          <w:sz w:val="22"/>
        </w:rPr>
        <w:t>D. Một ổ cứng</w:t>
      </w:r>
    </w:p>
    <w:p/>
    <w:p>
      <w:r>
        <w:rPr>
          <w:b/>
          <w:sz w:val="24"/>
        </w:rPr>
        <w:t>Câu 79: Virus máy tính là gì?</w:t>
      </w:r>
    </w:p>
    <w:p>
      <w:pPr>
        <w:pStyle w:val="ListParagraph"/>
      </w:pPr>
      <w:r>
        <w:rPr>
          <w:sz w:val="22"/>
        </w:rPr>
        <w:t>A. Chương trình gây hại</w:t>
      </w:r>
    </w:p>
    <w:p>
      <w:pPr>
        <w:pStyle w:val="ListParagraph"/>
      </w:pPr>
      <w:r>
        <w:rPr>
          <w:sz w:val="22"/>
        </w:rPr>
        <w:t>B. Phần cứng</w:t>
      </w:r>
    </w:p>
    <w:p>
      <w:pPr>
        <w:pStyle w:val="ListParagraph"/>
      </w:pPr>
      <w:r>
        <w:rPr>
          <w:sz w:val="22"/>
        </w:rPr>
        <w:t>C. Dữ liệu</w:t>
      </w:r>
    </w:p>
    <w:p>
      <w:pPr>
        <w:pStyle w:val="ListParagraph"/>
      </w:pPr>
      <w:r>
        <w:rPr>
          <w:sz w:val="22"/>
        </w:rPr>
        <w:t>D. Hệ điều hành</w:t>
      </w:r>
    </w:p>
    <w:p/>
    <w:p>
      <w:r>
        <w:rPr>
          <w:b/>
          <w:sz w:val="24"/>
        </w:rPr>
        <w:t>Câu 80: USB là viết tắt của?</w:t>
      </w:r>
    </w:p>
    <w:p>
      <w:pPr>
        <w:pStyle w:val="ListParagraph"/>
      </w:pPr>
      <w:r>
        <w:rPr>
          <w:sz w:val="22"/>
        </w:rPr>
        <w:t>A. Universal Serial Bus</w:t>
      </w:r>
    </w:p>
    <w:p>
      <w:pPr>
        <w:pStyle w:val="ListParagraph"/>
      </w:pPr>
      <w:r>
        <w:rPr>
          <w:sz w:val="22"/>
        </w:rPr>
        <w:t>B. United Serial Bus</w:t>
      </w:r>
    </w:p>
    <w:p>
      <w:pPr>
        <w:pStyle w:val="ListParagraph"/>
      </w:pPr>
      <w:r>
        <w:rPr>
          <w:sz w:val="22"/>
        </w:rPr>
        <w:t>C. Universal System Bus</w:t>
      </w:r>
    </w:p>
    <w:p>
      <w:pPr>
        <w:pStyle w:val="ListParagraph"/>
      </w:pPr>
      <w:r>
        <w:rPr>
          <w:sz w:val="22"/>
        </w:rPr>
        <w:t>D. Unique Serial Bus</w:t>
      </w:r>
    </w:p>
    <w:p/>
    <w:p>
      <w:r>
        <w:rPr>
          <w:b/>
          <w:sz w:val="24"/>
        </w:rPr>
        <w:t>Câu 81: AI là viết tắt của?</w:t>
      </w:r>
    </w:p>
    <w:p>
      <w:pPr>
        <w:pStyle w:val="ListParagraph"/>
      </w:pPr>
      <w:r>
        <w:rPr>
          <w:sz w:val="22"/>
        </w:rPr>
        <w:t>A. Artificial Intelligence</w:t>
      </w:r>
    </w:p>
    <w:p>
      <w:pPr>
        <w:pStyle w:val="ListParagraph"/>
      </w:pPr>
      <w:r>
        <w:rPr>
          <w:sz w:val="22"/>
        </w:rPr>
        <w:t>B. Automatic Intelligence</w:t>
      </w:r>
    </w:p>
    <w:p>
      <w:pPr>
        <w:pStyle w:val="ListParagraph"/>
      </w:pPr>
      <w:r>
        <w:rPr>
          <w:sz w:val="22"/>
        </w:rPr>
        <w:t>C. Advanced Intelligence</w:t>
      </w:r>
    </w:p>
    <w:p>
      <w:pPr>
        <w:pStyle w:val="ListParagraph"/>
      </w:pPr>
      <w:r>
        <w:rPr>
          <w:sz w:val="22"/>
        </w:rPr>
        <w:t>D. Artifical Information</w:t>
      </w:r>
    </w:p>
    <w:p/>
    <w:p>
      <w:r>
        <w:rPr>
          <w:b/>
          <w:sz w:val="24"/>
        </w:rPr>
        <w:t>Câu 82: Trong Word, để lưu file dùng tổ hợp phím nào?</w:t>
      </w:r>
    </w:p>
    <w:p>
      <w:pPr>
        <w:pStyle w:val="ListParagraph"/>
      </w:pPr>
      <w:r>
        <w:rPr>
          <w:sz w:val="22"/>
        </w:rPr>
        <w:t>A. Ctrl+S</w:t>
      </w:r>
    </w:p>
    <w:p>
      <w:pPr>
        <w:pStyle w:val="ListParagraph"/>
      </w:pPr>
      <w:r>
        <w:rPr>
          <w:sz w:val="22"/>
        </w:rPr>
        <w:t>B. Ctrl+P</w:t>
      </w:r>
    </w:p>
    <w:p>
      <w:pPr>
        <w:pStyle w:val="ListParagraph"/>
      </w:pPr>
      <w:r>
        <w:rPr>
          <w:sz w:val="22"/>
        </w:rPr>
        <w:t>C. Ctrl+C</w:t>
      </w:r>
    </w:p>
    <w:p>
      <w:pPr>
        <w:pStyle w:val="ListParagraph"/>
      </w:pPr>
      <w:r>
        <w:rPr>
          <w:sz w:val="22"/>
        </w:rPr>
        <w:t>D. Ctrl+V</w:t>
      </w:r>
    </w:p>
    <w:p/>
    <w:p>
      <w:r>
        <w:rPr>
          <w:b/>
          <w:sz w:val="24"/>
        </w:rPr>
        <w:t>Câu 83: Domain name là gì?</w:t>
      </w:r>
    </w:p>
    <w:p>
      <w:pPr>
        <w:pStyle w:val="ListParagraph"/>
      </w:pPr>
      <w:r>
        <w:rPr>
          <w:sz w:val="22"/>
        </w:rPr>
        <w:t>A. Tên miền</w:t>
      </w:r>
    </w:p>
    <w:p>
      <w:pPr>
        <w:pStyle w:val="ListParagraph"/>
      </w:pPr>
      <w:r>
        <w:rPr>
          <w:sz w:val="22"/>
        </w:rPr>
        <w:t>B. Địa chỉ IP</w:t>
      </w:r>
    </w:p>
    <w:p>
      <w:pPr>
        <w:pStyle w:val="ListParagraph"/>
      </w:pPr>
      <w:r>
        <w:rPr>
          <w:sz w:val="22"/>
        </w:rPr>
        <w:t>C. Giao thức</w:t>
      </w:r>
    </w:p>
    <w:p>
      <w:pPr>
        <w:pStyle w:val="ListParagraph"/>
      </w:pPr>
      <w:r>
        <w:rPr>
          <w:sz w:val="22"/>
        </w:rPr>
        <w:t>D. Máy chủ</w:t>
      </w:r>
    </w:p>
    <w:p/>
    <w:p>
      <w:r>
        <w:rPr>
          <w:b/>
          <w:sz w:val="24"/>
        </w:rPr>
        <w:t>Câu 84: 1 KB bằng bao nhiêu byte?</w:t>
      </w:r>
    </w:p>
    <w:p>
      <w:pPr>
        <w:pStyle w:val="ListParagraph"/>
      </w:pPr>
      <w:r>
        <w:rPr>
          <w:sz w:val="22"/>
        </w:rPr>
        <w:t>A. 1000</w:t>
      </w:r>
    </w:p>
    <w:p>
      <w:pPr>
        <w:pStyle w:val="ListParagraph"/>
      </w:pPr>
      <w:r>
        <w:rPr>
          <w:sz w:val="22"/>
        </w:rPr>
        <w:t>B. 1024</w:t>
      </w:r>
    </w:p>
    <w:p>
      <w:pPr>
        <w:pStyle w:val="ListParagraph"/>
      </w:pPr>
      <w:r>
        <w:rPr>
          <w:sz w:val="22"/>
        </w:rPr>
        <w:t>C. 512</w:t>
      </w:r>
    </w:p>
    <w:p>
      <w:pPr>
        <w:pStyle w:val="ListParagraph"/>
      </w:pPr>
      <w:r>
        <w:rPr>
          <w:sz w:val="22"/>
        </w:rPr>
        <w:t>D. 2048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B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C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C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B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D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B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B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C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C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B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p>
      <w:r>
        <w:rPr>
          <w:b/>
        </w:rPr>
        <w:t>Câu 75: Đáp án đúng: A</w:t>
      </w:r>
    </w:p>
    <w:p>
      <w:r>
        <w:rPr>
          <w:b/>
        </w:rPr>
        <w:t>Câu 76: Đáp án đúng: C</w:t>
      </w:r>
    </w:p>
    <w:p>
      <w:r>
        <w:rPr>
          <w:b/>
        </w:rPr>
        <w:t>Câu 77: Đáp án đúng: A</w:t>
      </w:r>
    </w:p>
    <w:p>
      <w:r>
        <w:rPr>
          <w:b/>
        </w:rPr>
        <w:t>Câu 78: Đáp án đúng: A</w:t>
      </w:r>
    </w:p>
    <w:p>
      <w:r>
        <w:rPr>
          <w:b/>
        </w:rPr>
        <w:t>Câu 79: Đáp án đúng: A</w:t>
      </w:r>
    </w:p>
    <w:p>
      <w:r>
        <w:rPr>
          <w:b/>
        </w:rPr>
        <w:t>Câu 80: Đáp án đúng: A</w:t>
      </w:r>
    </w:p>
    <w:p>
      <w:r>
        <w:rPr>
          <w:b/>
        </w:rPr>
        <w:t>Câu 81: Đáp án đúng: A</w:t>
      </w:r>
    </w:p>
    <w:p>
      <w:r>
        <w:rPr>
          <w:b/>
        </w:rPr>
        <w:t>Câu 82: Đáp án đúng: A</w:t>
      </w:r>
    </w:p>
    <w:p>
      <w:r>
        <w:rPr>
          <w:b/>
        </w:rPr>
        <w:t>Câu 83: Đáp án đúng: A</w:t>
      </w:r>
    </w:p>
    <w:p>
      <w:r>
        <w:rPr>
          <w:b/>
        </w:rPr>
        <w:t>Câu 84: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