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tuần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Rút gọn phân số $\frac{12}{18}$ về tối giản.</w:t>
      </w:r>
    </w:p>
    <w:p>
      <w:pPr>
        <w:pStyle w:val="ListParagraph"/>
      </w:pPr>
      <w:r>
        <w:rPr>
          <w:sz w:val="22"/>
        </w:rPr>
        <w:t>A. $\frac{3}{4}$</w:t>
      </w:r>
    </w:p>
    <w:p>
      <w:pPr>
        <w:pStyle w:val="ListParagraph"/>
      </w:pPr>
      <w:r>
        <w:rPr>
          <w:sz w:val="22"/>
        </w:rPr>
        <w:t>B. $\frac{2}{3}$</w:t>
      </w:r>
    </w:p>
    <w:p>
      <w:pPr>
        <w:pStyle w:val="ListParagraph"/>
      </w:pPr>
      <w:r>
        <w:rPr>
          <w:sz w:val="22"/>
        </w:rPr>
        <w:t>C. $\frac{4}{6}$</w:t>
      </w:r>
    </w:p>
    <w:p>
      <w:pPr>
        <w:pStyle w:val="ListParagraph"/>
      </w:pPr>
      <w:r>
        <w:rPr>
          <w:sz w:val="22"/>
        </w:rPr>
        <w:t>D. $\frac{6}{9}$</w:t>
      </w:r>
    </w:p>
    <w:p/>
    <w:p>
      <w:r>
        <w:rPr>
          <w:b/>
          <w:sz w:val="24"/>
        </w:rPr>
        <w:t>Câu 2: Quy đồng mẫu số hai phân số $\frac{2}{5}$ và $\frac{3}{4}$.</w:t>
      </w:r>
    </w:p>
    <w:p>
      <w:pPr>
        <w:pStyle w:val="ListParagraph"/>
      </w:pPr>
      <w:r>
        <w:rPr>
          <w:sz w:val="22"/>
        </w:rPr>
        <w:t>A. $\frac{2}{20}$ và $\frac{3}{20}$</w:t>
      </w:r>
    </w:p>
    <w:p>
      <w:pPr>
        <w:pStyle w:val="ListParagraph"/>
      </w:pPr>
      <w:r>
        <w:rPr>
          <w:sz w:val="22"/>
        </w:rPr>
        <w:t>B. $\frac{10}{20}$ và $\frac{15}{20}$</w:t>
      </w:r>
    </w:p>
    <w:p>
      <w:pPr>
        <w:pStyle w:val="ListParagraph"/>
      </w:pPr>
      <w:r>
        <w:rPr>
          <w:sz w:val="22"/>
        </w:rPr>
        <w:t>C. $\frac{8}{20}$ và $\frac{15}{20}$</w:t>
      </w:r>
    </w:p>
    <w:p>
      <w:pPr>
        <w:pStyle w:val="ListParagraph"/>
      </w:pPr>
      <w:r>
        <w:rPr>
          <w:sz w:val="22"/>
        </w:rPr>
        <w:t>D. $\frac{8}{20}$ và $\frac{12}{20}$</w:t>
      </w:r>
    </w:p>
    <w:p/>
    <w:p>
      <w:r>
        <w:rPr>
          <w:b/>
          <w:sz w:val="24"/>
        </w:rPr>
        <w:t>Câu 3: Phân số nào lớn nhất?</w:t>
      </w:r>
    </w:p>
    <w:p>
      <w:pPr>
        <w:pStyle w:val="ListParagraph"/>
      </w:pPr>
      <w:r>
        <w:rPr>
          <w:sz w:val="22"/>
        </w:rPr>
        <w:t>A. $\frac{5}{8}$</w:t>
      </w:r>
    </w:p>
    <w:p>
      <w:pPr>
        <w:pStyle w:val="ListParagraph"/>
      </w:pPr>
      <w:r>
        <w:rPr>
          <w:sz w:val="22"/>
        </w:rPr>
        <w:t>B. $\frac{2}{3}$</w:t>
      </w:r>
    </w:p>
    <w:p>
      <w:pPr>
        <w:pStyle w:val="ListParagraph"/>
      </w:pPr>
      <w:r>
        <w:rPr>
          <w:sz w:val="22"/>
        </w:rPr>
        <w:t>C. $\frac{7}{12}$</w:t>
      </w:r>
    </w:p>
    <w:p>
      <w:pPr>
        <w:pStyle w:val="ListParagraph"/>
      </w:pPr>
      <w:r>
        <w:rPr>
          <w:sz w:val="22"/>
        </w:rPr>
        <w:t>D. $\frac{3}{4}$</w:t>
      </w:r>
    </w:p>
    <w:p/>
    <w:p>
      <w:r>
        <w:rPr>
          <w:b/>
          <w:sz w:val="24"/>
        </w:rPr>
        <w:t>Câu 4: So sánh $\frac{5}{6}$ và $\frac{7}{9}$.</w:t>
      </w:r>
    </w:p>
    <w:p>
      <w:pPr>
        <w:pStyle w:val="ListParagraph"/>
      </w:pPr>
      <w:r>
        <w:rPr>
          <w:sz w:val="22"/>
        </w:rPr>
        <w:t>A. $\frac{5}{6} &lt; \frac{7}{9}$</w:t>
      </w:r>
    </w:p>
    <w:p>
      <w:pPr>
        <w:pStyle w:val="ListParagraph"/>
      </w:pPr>
      <w:r>
        <w:rPr>
          <w:sz w:val="22"/>
        </w:rPr>
        <w:t>B. $\frac{5}{6} = \frac{7}{9}$</w:t>
      </w:r>
    </w:p>
    <w:p>
      <w:pPr>
        <w:pStyle w:val="ListParagraph"/>
      </w:pPr>
      <w:r>
        <w:rPr>
          <w:sz w:val="22"/>
        </w:rPr>
        <w:t>C. $\frac{5}{6} &gt; \frac{7}{9}$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5: Rút gọn phân số $\frac{24}{36}$ được phân số tối giản là:</w:t>
      </w:r>
    </w:p>
    <w:p>
      <w:pPr>
        <w:pStyle w:val="ListParagraph"/>
      </w:pPr>
      <w:r>
        <w:rPr>
          <w:sz w:val="22"/>
        </w:rPr>
        <w:t>A. $\frac{3}{4}$</w:t>
      </w:r>
    </w:p>
    <w:p>
      <w:pPr>
        <w:pStyle w:val="ListParagraph"/>
      </w:pPr>
      <w:r>
        <w:rPr>
          <w:sz w:val="22"/>
        </w:rPr>
        <w:t>B. $\frac{4}{6}$</w:t>
      </w:r>
    </w:p>
    <w:p>
      <w:pPr>
        <w:pStyle w:val="ListParagraph"/>
      </w:pPr>
      <w:r>
        <w:rPr>
          <w:sz w:val="22"/>
        </w:rPr>
        <w:t>C. $\frac{6}{9}$</w:t>
      </w:r>
    </w:p>
    <w:p>
      <w:pPr>
        <w:pStyle w:val="ListParagraph"/>
      </w:pPr>
      <w:r>
        <w:rPr>
          <w:sz w:val="22"/>
        </w:rPr>
        <w:t>D. $\frac{2}{3}$</w:t>
      </w:r>
    </w:p>
    <w:p/>
    <w:p>
      <w:r>
        <w:rPr>
          <w:b/>
          <w:sz w:val="24"/>
        </w:rPr>
        <w:t>Câu 6: Quy đồng mẫu số các phân số $\frac{1}{2}$, $\frac{2}{3}$ và $\frac{3}{4}$ (mẫu chung 12).</w:t>
      </w:r>
    </w:p>
    <w:p>
      <w:pPr>
        <w:pStyle w:val="ListParagraph"/>
      </w:pPr>
      <w:r>
        <w:rPr>
          <w:sz w:val="22"/>
        </w:rPr>
        <w:t>A. $\frac{3}{12}$, $\frac{8}{12}$, $\frac{9}{12}$</w:t>
      </w:r>
    </w:p>
    <w:p>
      <w:pPr>
        <w:pStyle w:val="ListParagraph"/>
      </w:pPr>
      <w:r>
        <w:rPr>
          <w:sz w:val="22"/>
        </w:rPr>
        <w:t>B. $\frac{6}{12}$, $\frac{8}{12}$, $\frac{6}{12}$</w:t>
      </w:r>
    </w:p>
    <w:p>
      <w:pPr>
        <w:pStyle w:val="ListParagraph"/>
      </w:pPr>
      <w:r>
        <w:rPr>
          <w:sz w:val="22"/>
        </w:rPr>
        <w:t>C. $\frac{6}{12}$, $\frac{6}{12}$, $\frac{9}{12}$</w:t>
      </w:r>
    </w:p>
    <w:p>
      <w:pPr>
        <w:pStyle w:val="ListParagraph"/>
      </w:pPr>
      <w:r>
        <w:rPr>
          <w:sz w:val="22"/>
        </w:rPr>
        <w:t>D. $\frac{6}{12}$, $\frac{8}{12}$, $\frac{9}{12}$</w:t>
      </w:r>
    </w:p>
    <w:p/>
    <w:p>
      <w:r>
        <w:rPr>
          <w:b/>
          <w:sz w:val="24"/>
        </w:rPr>
        <w:t>Câu 7: Phân số nào bằng $\frac{3}{5}$?</w:t>
      </w:r>
    </w:p>
    <w:p>
      <w:pPr>
        <w:pStyle w:val="ListParagraph"/>
      </w:pPr>
      <w:r>
        <w:rPr>
          <w:sz w:val="22"/>
        </w:rPr>
        <w:t>A. $\frac{9}{20}$</w:t>
      </w:r>
    </w:p>
    <w:p>
      <w:pPr>
        <w:pStyle w:val="ListParagraph"/>
      </w:pPr>
      <w:r>
        <w:rPr>
          <w:sz w:val="22"/>
        </w:rPr>
        <w:t>B. $\frac{12}{15}$</w:t>
      </w:r>
    </w:p>
    <w:p>
      <w:pPr>
        <w:pStyle w:val="ListParagraph"/>
      </w:pPr>
      <w:r>
        <w:rPr>
          <w:sz w:val="22"/>
        </w:rPr>
        <w:t>C. $\frac{6}{10}$</w:t>
      </w:r>
    </w:p>
    <w:p>
      <w:pPr>
        <w:pStyle w:val="ListParagraph"/>
      </w:pPr>
      <w:r>
        <w:rPr>
          <w:sz w:val="22"/>
        </w:rPr>
        <w:t>D. $\frac{15}{20}$</w:t>
      </w:r>
    </w:p>
    <w:p/>
    <w:p>
      <w:r>
        <w:rPr>
          <w:b/>
          <w:sz w:val="24"/>
        </w:rPr>
        <w:t>Câu 8: Sắp xếp các phân số $\frac{2}{3}$, $\frac{5}{6}$, $\frac{7}{12}$ theo thứ tự từ bé đến lớn.</w:t>
      </w:r>
    </w:p>
    <w:p>
      <w:pPr>
        <w:pStyle w:val="ListParagraph"/>
      </w:pPr>
      <w:r>
        <w:rPr>
          <w:sz w:val="22"/>
        </w:rPr>
        <w:t>A. $\frac{2}{3}$, $\frac{7}{12}$, $\frac{5}{6}$</w:t>
      </w:r>
    </w:p>
    <w:p>
      <w:pPr>
        <w:pStyle w:val="ListParagraph"/>
      </w:pPr>
      <w:r>
        <w:rPr>
          <w:sz w:val="22"/>
        </w:rPr>
        <w:t>B. $\frac{7}{12}$, $\frac{2}{3}$, $\frac{5}{6}$</w:t>
      </w:r>
    </w:p>
    <w:p>
      <w:pPr>
        <w:pStyle w:val="ListParagraph"/>
      </w:pPr>
      <w:r>
        <w:rPr>
          <w:sz w:val="22"/>
        </w:rPr>
        <w:t>C. $\frac{5}{6}$, $\frac{2}{3}$, $\frac{7}{12}$</w:t>
      </w:r>
    </w:p>
    <w:p>
      <w:pPr>
        <w:pStyle w:val="ListParagraph"/>
      </w:pPr>
      <w:r>
        <w:rPr>
          <w:sz w:val="22"/>
        </w:rPr>
        <w:t>D. $\frac{7}{12}$, $\frac{5}{6}$, $\frac{2}{3}$</w:t>
      </w:r>
    </w:p>
    <w:p/>
    <w:p>
      <w:r>
        <w:rPr>
          <w:b/>
          <w:sz w:val="24"/>
        </w:rPr>
        <w:t>Câu 9: Một lớp có 24 học sinh, trong đó $\frac{3}{8}$ số học sinh là nam. Hỏi lớp có bao nhiêu học sinh nữ?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10: Phân số $\frac{4}{7}$ bằng phân số nào sau đây?</w:t>
      </w:r>
    </w:p>
    <w:p>
      <w:pPr>
        <w:pStyle w:val="ListParagraph"/>
      </w:pPr>
      <w:r>
        <w:rPr>
          <w:sz w:val="22"/>
        </w:rPr>
        <w:t>A. $\frac{12}{20}$</w:t>
      </w:r>
    </w:p>
    <w:p>
      <w:pPr>
        <w:pStyle w:val="ListParagraph"/>
      </w:pPr>
      <w:r>
        <w:rPr>
          <w:sz w:val="22"/>
        </w:rPr>
        <w:t>B. $\frac{16}{21}$</w:t>
      </w:r>
    </w:p>
    <w:p>
      <w:pPr>
        <w:pStyle w:val="ListParagraph"/>
      </w:pPr>
      <w:r>
        <w:rPr>
          <w:sz w:val="22"/>
        </w:rPr>
        <w:t>C. $\frac{8}{14}$</w:t>
      </w:r>
    </w:p>
    <w:p>
      <w:pPr>
        <w:pStyle w:val="ListParagraph"/>
      </w:pPr>
      <w:r>
        <w:rPr>
          <w:sz w:val="22"/>
        </w:rPr>
        <w:t>D. $\frac{20}{33}$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