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45 phút môn Toán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Mã đề 1 - Câu 1 (Trắc nghiệm): Số liền sau của 899 là số nào?</w:t>
      </w:r>
    </w:p>
    <w:p>
      <w:pPr>
        <w:pStyle w:val="ListParagraph"/>
      </w:pPr>
      <w:r>
        <w:rPr>
          <w:sz w:val="22"/>
        </w:rPr>
        <w:t>A. 898</w:t>
      </w:r>
    </w:p>
    <w:p>
      <w:pPr>
        <w:pStyle w:val="ListParagraph"/>
      </w:pPr>
      <w:r>
        <w:rPr>
          <w:sz w:val="22"/>
        </w:rPr>
        <w:t>B. 899</w:t>
      </w:r>
    </w:p>
    <w:p>
      <w:pPr>
        <w:pStyle w:val="ListParagraph"/>
      </w:pPr>
      <w:r>
        <w:rPr>
          <w:sz w:val="22"/>
        </w:rPr>
        <w:t>C. 900</w:t>
      </w:r>
    </w:p>
    <w:p>
      <w:pPr>
        <w:pStyle w:val="ListParagraph"/>
      </w:pPr>
      <w:r>
        <w:rPr>
          <w:sz w:val="22"/>
        </w:rPr>
        <w:t>D. 901</w:t>
      </w:r>
    </w:p>
    <w:p/>
    <w:p>
      <w:r>
        <w:rPr>
          <w:b/>
          <w:sz w:val="24"/>
        </w:rPr>
        <w:t>Câu 2: Mã đề 1 - Câu 2 (Trắc nghiệm): Kết quả của phép nhân $7 \times 8$ là:</w:t>
      </w:r>
    </w:p>
    <w:p>
      <w:pPr>
        <w:pStyle w:val="ListParagraph"/>
      </w:pPr>
      <w:r>
        <w:rPr>
          <w:sz w:val="22"/>
        </w:rPr>
        <w:t>A. 48</w:t>
      </w:r>
    </w:p>
    <w:p>
      <w:pPr>
        <w:pStyle w:val="ListParagraph"/>
      </w:pPr>
      <w:r>
        <w:rPr>
          <w:sz w:val="22"/>
        </w:rPr>
        <w:t>B. 56</w:t>
      </w:r>
    </w:p>
    <w:p>
      <w:pPr>
        <w:pStyle w:val="ListParagraph"/>
      </w:pPr>
      <w:r>
        <w:rPr>
          <w:sz w:val="22"/>
        </w:rPr>
        <w:t>C. 64</w:t>
      </w:r>
    </w:p>
    <w:p>
      <w:pPr>
        <w:pStyle w:val="ListParagraph"/>
      </w:pPr>
      <w:r>
        <w:rPr>
          <w:sz w:val="22"/>
        </w:rPr>
        <w:t>D. 54</w:t>
      </w:r>
    </w:p>
    <w:p/>
    <w:p>
      <w:r>
        <w:rPr>
          <w:b/>
          <w:sz w:val="24"/>
        </w:rPr>
        <w:t>Câu 3: Mã đề 1 - Câu 3 (Trắc nghiệm): Kết quả của phép chia $64 : 8$ là: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4: Mã đề 1 - Câu 4 (Trắc nghiệm): $3m 5cm$ bằng bao nhiêu xăng-ti-mét?</w:t>
      </w:r>
    </w:p>
    <w:p>
      <w:pPr>
        <w:pStyle w:val="ListParagraph"/>
      </w:pPr>
      <w:r>
        <w:rPr>
          <w:sz w:val="22"/>
        </w:rPr>
        <w:t>A. 35 cm</w:t>
      </w:r>
    </w:p>
    <w:p>
      <w:pPr>
        <w:pStyle w:val="ListParagraph"/>
      </w:pPr>
      <w:r>
        <w:rPr>
          <w:sz w:val="22"/>
        </w:rPr>
        <w:t>B. 305 cm</w:t>
      </w:r>
    </w:p>
    <w:p>
      <w:pPr>
        <w:pStyle w:val="ListParagraph"/>
      </w:pPr>
      <w:r>
        <w:rPr>
          <w:sz w:val="22"/>
        </w:rPr>
        <w:t>C. 350 cm</w:t>
      </w:r>
    </w:p>
    <w:p>
      <w:pPr>
        <w:pStyle w:val="ListParagraph"/>
      </w:pPr>
      <w:r>
        <w:rPr>
          <w:sz w:val="22"/>
        </w:rPr>
        <w:t>D. 3005 cm</w:t>
      </w:r>
    </w:p>
    <w:p/>
    <w:p>
      <w:r>
        <w:rPr>
          <w:b/>
          <w:sz w:val="24"/>
        </w:rPr>
        <w:t>Câu 5: Mã đề 1 - Câu 5 (Trắc nghiệm): Kết quả của phép cộng $246 + 137$ là:</w:t>
      </w:r>
    </w:p>
    <w:p>
      <w:pPr>
        <w:pStyle w:val="ListParagraph"/>
      </w:pPr>
      <w:r>
        <w:rPr>
          <w:sz w:val="22"/>
        </w:rPr>
        <w:t>A. 373</w:t>
      </w:r>
    </w:p>
    <w:p>
      <w:pPr>
        <w:pStyle w:val="ListParagraph"/>
      </w:pPr>
      <w:r>
        <w:rPr>
          <w:sz w:val="22"/>
        </w:rPr>
        <w:t>B. 383</w:t>
      </w:r>
    </w:p>
    <w:p>
      <w:pPr>
        <w:pStyle w:val="ListParagraph"/>
      </w:pPr>
      <w:r>
        <w:rPr>
          <w:sz w:val="22"/>
        </w:rPr>
        <w:t>C. 372</w:t>
      </w:r>
    </w:p>
    <w:p>
      <w:pPr>
        <w:pStyle w:val="ListParagraph"/>
      </w:pPr>
      <w:r>
        <w:rPr>
          <w:sz w:val="22"/>
        </w:rPr>
        <w:t>D. 393</w:t>
      </w:r>
    </w:p>
    <w:p/>
    <w:p>
      <w:r>
        <w:rPr>
          <w:b/>
          <w:sz w:val="24"/>
        </w:rPr>
        <w:t>Câu 6: Mã đề 1 - Câu 6 (Trắc nghiệm): $\frac{1}{4}$ của 36 là bao nhiêu?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18</w:t>
      </w:r>
    </w:p>
    <w:p/>
    <w:p>
      <w:r>
        <w:rPr>
          <w:b/>
          <w:sz w:val="24"/>
        </w:rPr>
        <w:t>Câu 7: Mã đề 1 - Câu 7 (Trắc nghiệm): Hình chữ nhật có chiều dài 8cm, chiều rộng 5cm. Chu vi hình chữ nhật đó là:</w:t>
      </w:r>
    </w:p>
    <w:p>
      <w:pPr>
        <w:pStyle w:val="ListParagraph"/>
      </w:pPr>
      <w:r>
        <w:rPr>
          <w:sz w:val="22"/>
        </w:rPr>
        <w:t>A. 13 cm</w:t>
      </w:r>
    </w:p>
    <w:p>
      <w:pPr>
        <w:pStyle w:val="ListParagraph"/>
      </w:pPr>
      <w:r>
        <w:rPr>
          <w:sz w:val="22"/>
        </w:rPr>
        <w:t>B. 26 cm</w:t>
      </w:r>
    </w:p>
    <w:p>
      <w:pPr>
        <w:pStyle w:val="ListParagraph"/>
      </w:pPr>
      <w:r>
        <w:rPr>
          <w:sz w:val="22"/>
        </w:rPr>
        <w:t>C. 40 cm</w:t>
      </w:r>
    </w:p>
    <w:p>
      <w:pPr>
        <w:pStyle w:val="ListParagraph"/>
      </w:pPr>
      <w:r>
        <w:rPr>
          <w:sz w:val="22"/>
        </w:rPr>
        <w:t>D. 18 cm</w:t>
      </w:r>
    </w:p>
    <w:p/>
    <w:p>
      <w:r>
        <w:rPr>
          <w:b/>
          <w:sz w:val="24"/>
        </w:rPr>
        <w:t>Câu 8: Mã đề 1 - Câu 8 (Trắc nghiệm): Đồng hồ chỉ 8 giờ 15 phút. Kim phút chỉ vào số mấy?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9: Mã đề 1 - Câu 9 (Tự luận): Đặt tính rồi tính: $325 + 247$ và $864 - 329$.</w:t>
      </w:r>
    </w:p>
    <w:p/>
    <w:p>
      <w:r>
        <w:rPr>
          <w:b/>
          <w:sz w:val="24"/>
        </w:rPr>
        <w:t>Câu 10: Mã đề 1 - Câu 10 (Tự luận): Một cửa hàng có 8 thùng, mỗi thùng có 9 hộp sữa. Cửa hàng đã bán 35 hộp sữa. Hỏi cửa hàng còn lại bao nhiêu hộp sữa?</w:t>
      </w:r>
    </w:p>
    <w:p/>
    <w:p>
      <w:r>
        <w:rPr>
          <w:b/>
          <w:sz w:val="24"/>
        </w:rPr>
        <w:t>Câu 11: Mã đề 2 - Câu 1 (Trắc nghiệm): Số liền trước của 1000 là số nào?</w:t>
      </w:r>
    </w:p>
    <w:p>
      <w:pPr>
        <w:pStyle w:val="ListParagraph"/>
      </w:pPr>
      <w:r>
        <w:rPr>
          <w:sz w:val="22"/>
        </w:rPr>
        <w:t>A. 999</w:t>
      </w:r>
    </w:p>
    <w:p>
      <w:pPr>
        <w:pStyle w:val="ListParagraph"/>
      </w:pPr>
      <w:r>
        <w:rPr>
          <w:sz w:val="22"/>
        </w:rPr>
        <w:t>B. 1001</w:t>
      </w:r>
    </w:p>
    <w:p>
      <w:pPr>
        <w:pStyle w:val="ListParagraph"/>
      </w:pPr>
      <w:r>
        <w:rPr>
          <w:sz w:val="22"/>
        </w:rPr>
        <w:t>C. 998</w:t>
      </w:r>
    </w:p>
    <w:p>
      <w:pPr>
        <w:pStyle w:val="ListParagraph"/>
      </w:pPr>
      <w:r>
        <w:rPr>
          <w:sz w:val="22"/>
        </w:rPr>
        <w:t>D. 990</w:t>
      </w:r>
    </w:p>
    <w:p/>
    <w:p>
      <w:r>
        <w:rPr>
          <w:b/>
          <w:sz w:val="24"/>
        </w:rPr>
        <w:t>Câu 12: Mã đề 2 - Câu 2 (Trắc nghiệm): Kết quả của phép nhân $9 \times 6$ là: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56</w:t>
      </w:r>
    </w:p>
    <w:p>
      <w:pPr>
        <w:pStyle w:val="ListParagraph"/>
      </w:pPr>
      <w:r>
        <w:rPr>
          <w:sz w:val="22"/>
        </w:rPr>
        <w:t>C. 45</w:t>
      </w:r>
    </w:p>
    <w:p>
      <w:pPr>
        <w:pStyle w:val="ListParagraph"/>
      </w:pPr>
      <w:r>
        <w:rPr>
          <w:sz w:val="22"/>
        </w:rPr>
        <w:t>D. 63</w:t>
      </w:r>
    </w:p>
    <w:p/>
    <w:p>
      <w:r>
        <w:rPr>
          <w:b/>
          <w:sz w:val="24"/>
        </w:rPr>
        <w:t>Câu 13: Mã đề 2 - Câu 3 (Trắc nghiệm): Kết quả của phép chia $72 : 9$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14: Mã đề 2 - Câu 4 (Trắc nghiệm): $5m 7dm$ bằng bao nhiêu đề-xi-mét?</w:t>
      </w:r>
    </w:p>
    <w:p>
      <w:pPr>
        <w:pStyle w:val="ListParagraph"/>
      </w:pPr>
      <w:r>
        <w:rPr>
          <w:sz w:val="22"/>
        </w:rPr>
        <w:t>A. 57 dm</w:t>
      </w:r>
    </w:p>
    <w:p>
      <w:pPr>
        <w:pStyle w:val="ListParagraph"/>
      </w:pPr>
      <w:r>
        <w:rPr>
          <w:sz w:val="22"/>
        </w:rPr>
        <w:t>B. 507 dm</w:t>
      </w:r>
    </w:p>
    <w:p>
      <w:pPr>
        <w:pStyle w:val="ListParagraph"/>
      </w:pPr>
      <w:r>
        <w:rPr>
          <w:sz w:val="22"/>
        </w:rPr>
        <w:t>C. 570 dm</w:t>
      </w:r>
    </w:p>
    <w:p>
      <w:pPr>
        <w:pStyle w:val="ListParagraph"/>
      </w:pPr>
      <w:r>
        <w:rPr>
          <w:sz w:val="22"/>
        </w:rPr>
        <w:t>D. 12 dm</w:t>
      </w:r>
    </w:p>
    <w:p/>
    <w:p>
      <w:r>
        <w:rPr>
          <w:b/>
          <w:sz w:val="24"/>
        </w:rPr>
        <w:t>Câu 15: Mã đề 2 - Câu 5 (Trắc nghiệm): Kết quả của phép trừ $452 - 138$ là:</w:t>
      </w:r>
    </w:p>
    <w:p>
      <w:pPr>
        <w:pStyle w:val="ListParagraph"/>
      </w:pPr>
      <w:r>
        <w:rPr>
          <w:sz w:val="22"/>
        </w:rPr>
        <w:t>A. 314</w:t>
      </w:r>
    </w:p>
    <w:p>
      <w:pPr>
        <w:pStyle w:val="ListParagraph"/>
      </w:pPr>
      <w:r>
        <w:rPr>
          <w:sz w:val="22"/>
        </w:rPr>
        <w:t>B. 324</w:t>
      </w:r>
    </w:p>
    <w:p>
      <w:pPr>
        <w:pStyle w:val="ListParagraph"/>
      </w:pPr>
      <w:r>
        <w:rPr>
          <w:sz w:val="22"/>
        </w:rPr>
        <w:t>C. 304</w:t>
      </w:r>
    </w:p>
    <w:p>
      <w:pPr>
        <w:pStyle w:val="ListParagraph"/>
      </w:pPr>
      <w:r>
        <w:rPr>
          <w:sz w:val="22"/>
        </w:rPr>
        <w:t>D. 322</w:t>
      </w:r>
    </w:p>
    <w:p/>
    <w:p>
      <w:r>
        <w:rPr>
          <w:b/>
          <w:sz w:val="24"/>
        </w:rPr>
        <w:t>Câu 16: Mã đề 2 - Câu 6 (Trắc nghiệm): $\frac{1}{5}$ của 45 là bao nhiêu?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40</w:t>
      </w:r>
    </w:p>
    <w:p/>
    <w:p>
      <w:r>
        <w:rPr>
          <w:b/>
          <w:sz w:val="24"/>
        </w:rPr>
        <w:t>Câu 17: Mã đề 2 - Câu 7 (Trắc nghiệm): Hình vuông có cạnh 7cm. Chu vi hình vuông đó là:</w:t>
      </w:r>
    </w:p>
    <w:p>
      <w:pPr>
        <w:pStyle w:val="ListParagraph"/>
      </w:pPr>
      <w:r>
        <w:rPr>
          <w:sz w:val="22"/>
        </w:rPr>
        <w:t>A. 14 cm</w:t>
      </w:r>
    </w:p>
    <w:p>
      <w:pPr>
        <w:pStyle w:val="ListParagraph"/>
      </w:pPr>
      <w:r>
        <w:rPr>
          <w:sz w:val="22"/>
        </w:rPr>
        <w:t>B. 28 cm</w:t>
      </w:r>
    </w:p>
    <w:p>
      <w:pPr>
        <w:pStyle w:val="ListParagraph"/>
      </w:pPr>
      <w:r>
        <w:rPr>
          <w:sz w:val="22"/>
        </w:rPr>
        <w:t>C. 49 cm</w:t>
      </w:r>
    </w:p>
    <w:p>
      <w:pPr>
        <w:pStyle w:val="ListParagraph"/>
      </w:pPr>
      <w:r>
        <w:rPr>
          <w:sz w:val="22"/>
        </w:rPr>
        <w:t>D. 21 cm</w:t>
      </w:r>
    </w:p>
    <w:p/>
    <w:p>
      <w:r>
        <w:rPr>
          <w:b/>
          <w:sz w:val="24"/>
        </w:rPr>
        <w:t>Câu 18: Mã đề 2 - Câu 8 (Trắc nghiệm): 1 giờ 30 phút bằng bao nhiêu phút?</w:t>
      </w:r>
    </w:p>
    <w:p>
      <w:pPr>
        <w:pStyle w:val="ListParagraph"/>
      </w:pPr>
      <w:r>
        <w:rPr>
          <w:sz w:val="22"/>
        </w:rPr>
        <w:t>A. 60 phút</w:t>
      </w:r>
    </w:p>
    <w:p>
      <w:pPr>
        <w:pStyle w:val="ListParagraph"/>
      </w:pPr>
      <w:r>
        <w:rPr>
          <w:sz w:val="22"/>
        </w:rPr>
        <w:t>B. 90 phút</w:t>
      </w:r>
    </w:p>
    <w:p>
      <w:pPr>
        <w:pStyle w:val="ListParagraph"/>
      </w:pPr>
      <w:r>
        <w:rPr>
          <w:sz w:val="22"/>
        </w:rPr>
        <w:t>C. 120 phút</w:t>
      </w:r>
    </w:p>
    <w:p>
      <w:pPr>
        <w:pStyle w:val="ListParagraph"/>
      </w:pPr>
      <w:r>
        <w:rPr>
          <w:sz w:val="22"/>
        </w:rPr>
        <w:t>D. 80 phút</w:t>
      </w:r>
    </w:p>
    <w:p/>
    <w:p>
      <w:r>
        <w:rPr>
          <w:b/>
          <w:sz w:val="24"/>
        </w:rPr>
        <w:t>Câu 19: Mã đề 2 - Câu 9 (Tự luận): Đặt tính rồi tính: $427 + 168$ và $705 - 249$.</w:t>
      </w:r>
    </w:p>
    <w:p/>
    <w:p>
      <w:r>
        <w:rPr>
          <w:b/>
          <w:sz w:val="24"/>
        </w:rPr>
        <w:t>Câu 20: Mã đề 2 - Câu 10 (Tự luận): Có 6 rổ, mỗi rổ đựng 8 quả cam. Người ta lấy ra 15 quả cam. Hỏi còn lại bao nhiêu quả cam?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$325 + 247 = 572$; $864 - 329 = 535$. Chi tiết: 325 + 247: 5 + 7 = 12 viết 2 nhớ 1; 2 + 4 + 1 = 7; 3 + 2 = 5 nên được 572. 864 - 329: 4 không trừ được 9, mượn 1 thành 14 - 9 = 5; 6 đã cho mượn còn 5, 5 - 2 = 3; 8 - 3 = 5 nên được 535.</w:t>
      </w:r>
    </w:p>
    <w:p>
      <w:r>
        <w:rPr>
          <w:b/>
        </w:rPr>
        <w:t>Câu 10: Đáp án đúng: Cửa hàng có tất cả số hộp sữa là: $8 \times 9 = 72$ (hộp). Cửa hàng còn lại số hộp sữa là: $72 - 35 = 37$ (hộp). Đáp số: 37 hộp sữa.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$427 + 168 = 595$; $705 - 249 = 456$. Chi tiết: 427 + 168: 7 + 8 = 15 viết 5 nhớ 1; 2 + 6 + 1 = 9; 4 + 1 = 5 nên được 595. 705 - 249: 5 không trừ được 9, mượn 1 thành 15 - 9 = 6; 0 đã cho mượn còn -1, phải mượn tiếp thành 9 - 4 = 5; 7 đã cho mượn còn 6, 6 - 2 = 4 nên được 456.</w:t>
      </w:r>
    </w:p>
    <w:p>
      <w:r>
        <w:rPr>
          <w:b/>
        </w:rPr>
        <w:t>Câu 20: Đáp án đúng: Có tất cả số quả cam là: $6 \times 8 = 48$ (quả). Còn lại số quả cam là: $48 - 15 = 33$ (quả). Đáp số: 33 quả cam.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