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2 - Jobs and Occupations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Who teaches students at school?</w:t>
      </w:r>
    </w:p>
    <w:p>
      <w:pPr>
        <w:pStyle w:val="ListParagraph"/>
      </w:pPr>
      <w:r>
        <w:rPr>
          <w:sz w:val="22"/>
        </w:rPr>
        <w:t>A. teacher</w:t>
      </w:r>
    </w:p>
    <w:p>
      <w:pPr>
        <w:pStyle w:val="ListParagraph"/>
      </w:pPr>
      <w:r>
        <w:rPr>
          <w:sz w:val="22"/>
        </w:rPr>
        <w:t>B. doctor</w:t>
      </w:r>
    </w:p>
    <w:p>
      <w:pPr>
        <w:pStyle w:val="ListParagraph"/>
      </w:pPr>
      <w:r>
        <w:rPr>
          <w:sz w:val="22"/>
        </w:rPr>
        <w:t>C. farmer</w:t>
      </w:r>
    </w:p>
    <w:p>
      <w:pPr>
        <w:pStyle w:val="ListParagraph"/>
      </w:pPr>
      <w:r>
        <w:rPr>
          <w:sz w:val="22"/>
        </w:rPr>
        <w:t>D. pilot</w:t>
      </w:r>
    </w:p>
    <w:p/>
    <w:p>
      <w:r>
        <w:rPr>
          <w:b/>
          <w:sz w:val="24"/>
        </w:rPr>
        <w:t>Câu 2: Who helps sick people?</w:t>
      </w:r>
    </w:p>
    <w:p>
      <w:pPr>
        <w:pStyle w:val="ListParagraph"/>
      </w:pPr>
      <w:r>
        <w:rPr>
          <w:sz w:val="22"/>
        </w:rPr>
        <w:t>A. singer</w:t>
      </w:r>
    </w:p>
    <w:p>
      <w:pPr>
        <w:pStyle w:val="ListParagraph"/>
      </w:pPr>
      <w:r>
        <w:rPr>
          <w:sz w:val="22"/>
        </w:rPr>
        <w:t>B. doctor</w:t>
      </w:r>
    </w:p>
    <w:p>
      <w:pPr>
        <w:pStyle w:val="ListParagraph"/>
      </w:pPr>
      <w:r>
        <w:rPr>
          <w:sz w:val="22"/>
        </w:rPr>
        <w:t>C. cook</w:t>
      </w:r>
    </w:p>
    <w:p>
      <w:pPr>
        <w:pStyle w:val="ListParagraph"/>
      </w:pPr>
      <w:r>
        <w:rPr>
          <w:sz w:val="22"/>
        </w:rPr>
        <w:t>D. driver</w:t>
      </w:r>
    </w:p>
    <w:p/>
    <w:p>
      <w:r>
        <w:rPr>
          <w:b/>
          <w:sz w:val="24"/>
        </w:rPr>
        <w:t>Câu 3: Who drives a bus?</w:t>
      </w:r>
    </w:p>
    <w:p>
      <w:pPr>
        <w:pStyle w:val="ListParagraph"/>
      </w:pPr>
      <w:r>
        <w:rPr>
          <w:sz w:val="22"/>
        </w:rPr>
        <w:t>A. pilot</w:t>
      </w:r>
    </w:p>
    <w:p>
      <w:pPr>
        <w:pStyle w:val="ListParagraph"/>
      </w:pPr>
      <w:r>
        <w:rPr>
          <w:sz w:val="22"/>
        </w:rPr>
        <w:t>B. bus driver</w:t>
      </w:r>
    </w:p>
    <w:p>
      <w:pPr>
        <w:pStyle w:val="ListParagraph"/>
      </w:pPr>
      <w:r>
        <w:rPr>
          <w:sz w:val="22"/>
        </w:rPr>
        <w:t>C. police officer</w:t>
      </w:r>
    </w:p>
    <w:p>
      <w:pPr>
        <w:pStyle w:val="ListParagraph"/>
      </w:pPr>
      <w:r>
        <w:rPr>
          <w:sz w:val="22"/>
        </w:rPr>
        <w:t>D. farmer</w:t>
      </w:r>
    </w:p>
    <w:p/>
    <w:p>
      <w:r>
        <w:rPr>
          <w:b/>
          <w:sz w:val="24"/>
        </w:rPr>
        <w:t>Câu 4: Who grows vegetables on a farm?</w:t>
      </w:r>
    </w:p>
    <w:p>
      <w:pPr>
        <w:pStyle w:val="ListParagraph"/>
      </w:pPr>
      <w:r>
        <w:rPr>
          <w:sz w:val="22"/>
        </w:rPr>
        <w:t>A. farmer</w:t>
      </w:r>
    </w:p>
    <w:p>
      <w:pPr>
        <w:pStyle w:val="ListParagraph"/>
      </w:pPr>
      <w:r>
        <w:rPr>
          <w:sz w:val="22"/>
        </w:rPr>
        <w:t>B. nurse</w:t>
      </w:r>
    </w:p>
    <w:p>
      <w:pPr>
        <w:pStyle w:val="ListParagraph"/>
      </w:pPr>
      <w:r>
        <w:rPr>
          <w:sz w:val="22"/>
        </w:rPr>
        <w:t>C. teacher</w:t>
      </w:r>
    </w:p>
    <w:p>
      <w:pPr>
        <w:pStyle w:val="ListParagraph"/>
      </w:pPr>
      <w:r>
        <w:rPr>
          <w:sz w:val="22"/>
        </w:rPr>
        <w:t>D. singer</w:t>
      </w:r>
    </w:p>
    <w:p/>
    <w:p>
      <w:r>
        <w:rPr>
          <w:b/>
          <w:sz w:val="24"/>
        </w:rPr>
        <w:t>Câu 5: Who cooks food in a restaurant?</w:t>
      </w:r>
    </w:p>
    <w:p>
      <w:pPr>
        <w:pStyle w:val="ListParagraph"/>
      </w:pPr>
      <w:r>
        <w:rPr>
          <w:sz w:val="22"/>
        </w:rPr>
        <w:t>A. waiter</w:t>
      </w:r>
    </w:p>
    <w:p>
      <w:pPr>
        <w:pStyle w:val="ListParagraph"/>
      </w:pPr>
      <w:r>
        <w:rPr>
          <w:sz w:val="22"/>
        </w:rPr>
        <w:t>B. cook</w:t>
      </w:r>
    </w:p>
    <w:p>
      <w:pPr>
        <w:pStyle w:val="ListParagraph"/>
      </w:pPr>
      <w:r>
        <w:rPr>
          <w:sz w:val="22"/>
        </w:rPr>
        <w:t>C. doctor</w:t>
      </w:r>
    </w:p>
    <w:p>
      <w:pPr>
        <w:pStyle w:val="ListParagraph"/>
      </w:pPr>
      <w:r>
        <w:rPr>
          <w:sz w:val="22"/>
        </w:rPr>
        <w:t>D. pilot</w:t>
      </w:r>
    </w:p>
    <w:p/>
    <w:p>
      <w:r>
        <w:rPr>
          <w:b/>
          <w:sz w:val="24"/>
        </w:rPr>
        <w:t>Câu 6: Who puts out fires?</w:t>
      </w:r>
    </w:p>
    <w:p>
      <w:pPr>
        <w:pStyle w:val="ListParagraph"/>
      </w:pPr>
      <w:r>
        <w:rPr>
          <w:sz w:val="22"/>
        </w:rPr>
        <w:t>A. firefighter</w:t>
      </w:r>
    </w:p>
    <w:p>
      <w:pPr>
        <w:pStyle w:val="ListParagraph"/>
      </w:pPr>
      <w:r>
        <w:rPr>
          <w:sz w:val="22"/>
        </w:rPr>
        <w:t>B. police officer</w:t>
      </w:r>
    </w:p>
    <w:p>
      <w:pPr>
        <w:pStyle w:val="ListParagraph"/>
      </w:pPr>
      <w:r>
        <w:rPr>
          <w:sz w:val="22"/>
        </w:rPr>
        <w:t>C. teacher</w:t>
      </w:r>
    </w:p>
    <w:p>
      <w:pPr>
        <w:pStyle w:val="ListParagraph"/>
      </w:pPr>
      <w:r>
        <w:rPr>
          <w:sz w:val="22"/>
        </w:rPr>
        <w:t>D. farmer</w:t>
      </w:r>
    </w:p>
    <w:p/>
    <w:p>
      <w:r>
        <w:rPr>
          <w:b/>
          <w:sz w:val="24"/>
        </w:rPr>
        <w:t>Câu 7: Who flies a plane?</w:t>
      </w:r>
    </w:p>
    <w:p>
      <w:pPr>
        <w:pStyle w:val="ListParagraph"/>
      </w:pPr>
      <w:r>
        <w:rPr>
          <w:sz w:val="22"/>
        </w:rPr>
        <w:t>A. driver</w:t>
      </w:r>
    </w:p>
    <w:p>
      <w:pPr>
        <w:pStyle w:val="ListParagraph"/>
      </w:pPr>
      <w:r>
        <w:rPr>
          <w:sz w:val="22"/>
        </w:rPr>
        <w:t>B. pilot</w:t>
      </w:r>
    </w:p>
    <w:p>
      <w:pPr>
        <w:pStyle w:val="ListParagraph"/>
      </w:pPr>
      <w:r>
        <w:rPr>
          <w:sz w:val="22"/>
        </w:rPr>
        <w:t>C. sailor</w:t>
      </w:r>
    </w:p>
    <w:p>
      <w:pPr>
        <w:pStyle w:val="ListParagraph"/>
      </w:pPr>
      <w:r>
        <w:rPr>
          <w:sz w:val="22"/>
        </w:rPr>
        <w:t>D. doctor</w:t>
      </w:r>
    </w:p>
    <w:p/>
    <w:p>
      <w:r>
        <w:rPr>
          <w:b/>
          <w:sz w:val="24"/>
        </w:rPr>
        <w:t>Câu 8: Who helps the doctor take care of patients?</w:t>
      </w:r>
    </w:p>
    <w:p>
      <w:pPr>
        <w:pStyle w:val="ListParagraph"/>
      </w:pPr>
      <w:r>
        <w:rPr>
          <w:sz w:val="22"/>
        </w:rPr>
        <w:t>A. nurse</w:t>
      </w:r>
    </w:p>
    <w:p>
      <w:pPr>
        <w:pStyle w:val="ListParagraph"/>
      </w:pPr>
      <w:r>
        <w:rPr>
          <w:sz w:val="22"/>
        </w:rPr>
        <w:t>B. singer</w:t>
      </w:r>
    </w:p>
    <w:p>
      <w:pPr>
        <w:pStyle w:val="ListParagraph"/>
      </w:pPr>
      <w:r>
        <w:rPr>
          <w:sz w:val="22"/>
        </w:rPr>
        <w:t>C. farmer</w:t>
      </w:r>
    </w:p>
    <w:p>
      <w:pPr>
        <w:pStyle w:val="ListParagraph"/>
      </w:pPr>
      <w:r>
        <w:rPr>
          <w:sz w:val="22"/>
        </w:rPr>
        <w:t>D. cook</w:t>
      </w:r>
    </w:p>
    <w:p/>
    <w:p>
      <w:r>
        <w:rPr>
          <w:b/>
          <w:sz w:val="24"/>
        </w:rPr>
        <w:t>Câu 9: Who sings songs?</w:t>
      </w:r>
    </w:p>
    <w:p>
      <w:pPr>
        <w:pStyle w:val="ListParagraph"/>
      </w:pPr>
      <w:r>
        <w:rPr>
          <w:sz w:val="22"/>
        </w:rPr>
        <w:t>A. singer</w:t>
      </w:r>
    </w:p>
    <w:p>
      <w:pPr>
        <w:pStyle w:val="ListParagraph"/>
      </w:pPr>
      <w:r>
        <w:rPr>
          <w:sz w:val="22"/>
        </w:rPr>
        <w:t>B. teacher</w:t>
      </w:r>
    </w:p>
    <w:p>
      <w:pPr>
        <w:pStyle w:val="ListParagraph"/>
      </w:pPr>
      <w:r>
        <w:rPr>
          <w:sz w:val="22"/>
        </w:rPr>
        <w:t>C. pilot</w:t>
      </w:r>
    </w:p>
    <w:p>
      <w:pPr>
        <w:pStyle w:val="ListParagraph"/>
      </w:pPr>
      <w:r>
        <w:rPr>
          <w:sz w:val="22"/>
        </w:rPr>
        <w:t>D. farmer</w:t>
      </w:r>
    </w:p>
    <w:p/>
    <w:p>
      <w:r>
        <w:rPr>
          <w:b/>
          <w:sz w:val="24"/>
        </w:rPr>
        <w:t>Câu 10: Who works in a police station?</w:t>
      </w:r>
    </w:p>
    <w:p>
      <w:pPr>
        <w:pStyle w:val="ListParagraph"/>
      </w:pPr>
      <w:r>
        <w:rPr>
          <w:sz w:val="22"/>
        </w:rPr>
        <w:t>A. police officer</w:t>
      </w:r>
    </w:p>
    <w:p>
      <w:pPr>
        <w:pStyle w:val="ListParagraph"/>
      </w:pPr>
      <w:r>
        <w:rPr>
          <w:sz w:val="22"/>
        </w:rPr>
        <w:t>B. doctor</w:t>
      </w:r>
    </w:p>
    <w:p>
      <w:pPr>
        <w:pStyle w:val="ListParagraph"/>
      </w:pPr>
      <w:r>
        <w:rPr>
          <w:sz w:val="22"/>
        </w:rPr>
        <w:t>C. cook</w:t>
      </w:r>
    </w:p>
    <w:p>
      <w:pPr>
        <w:pStyle w:val="ListParagraph"/>
      </w:pPr>
      <w:r>
        <w:rPr>
          <w:sz w:val="22"/>
        </w:rPr>
        <w:t>D. farmer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