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jc w:val="center"/>
      </w:pPr>
      <w:r>
        <w:rPr>
          <w:color w:val="0A2463"/>
          <w:sz w:val="32"/>
        </w:rPr>
        <w:t>Đề trắc nghiệm Tiếng Anh Lớp 12 - Tenses Revision (12 Tenses)</w:t>
      </w:r>
    </w:p>
    <w:p>
      <w:pPr>
        <w:jc w:val="center"/>
      </w:pPr>
      <w:r>
        <w:rPr>
          <w:sz w:val="22"/>
        </w:rPr>
        <w:t>Số câu: 40    Thời gian: _____ phút    Họ và tên: _________________________</w:t>
      </w:r>
    </w:p>
    <w:p/>
    <w:p>
      <w:r>
        <w:rPr>
          <w:b/>
          <w:sz w:val="24"/>
        </w:rPr>
        <w:t>Câu 1: Question 1: A. mountain, peaceful town</w:t>
        <w:tab/>
        <w:t>B. peaceful town mountain</w:t>
        <w:br/>
        <w:tab/>
        <w:t>C. peaceful mountain town</w:t>
        <w:tab/>
        <w:t>D. mountain town peaceful</w:t>
      </w:r>
    </w:p>
    <w:p>
      <w:pPr>
        <w:pStyle w:val="ListParagraph"/>
      </w:pPr>
      <w:r>
        <w:rPr>
          <w:sz w:val="22"/>
        </w:rPr>
        <w:t>A. mountain, peaceful town</w:t>
      </w:r>
    </w:p>
    <w:p>
      <w:pPr>
        <w:pStyle w:val="ListParagraph"/>
      </w:pPr>
      <w:r>
        <w:rPr>
          <w:sz w:val="22"/>
        </w:rPr>
        <w:t>B. peaceful town mountain</w:t>
      </w:r>
    </w:p>
    <w:p>
      <w:pPr>
        <w:pStyle w:val="ListParagraph"/>
      </w:pPr>
      <w:r>
        <w:rPr>
          <w:sz w:val="22"/>
        </w:rPr>
        <w:t>C. peaceful mountain town</w:t>
      </w:r>
    </w:p>
    <w:p>
      <w:pPr>
        <w:pStyle w:val="ListParagraph"/>
      </w:pPr>
      <w:r>
        <w:rPr>
          <w:sz w:val="22"/>
        </w:rPr>
        <w:t>D. mountain town peaceful</w:t>
      </w:r>
    </w:p>
    <w:p/>
    <w:p>
      <w:r>
        <w:rPr>
          <w:b/>
          <w:sz w:val="24"/>
        </w:rPr>
        <w:t>Câu 2: Question 2: A. at</w:t>
        <w:tab/>
        <w:t>B. with</w:t>
        <w:tab/>
        <w:t>C. in</w:t>
        <w:tab/>
        <w:t>D. by</w:t>
      </w:r>
    </w:p>
    <w:p>
      <w:pPr>
        <w:pStyle w:val="ListParagraph"/>
      </w:pPr>
      <w:r>
        <w:rPr>
          <w:sz w:val="22"/>
        </w:rPr>
        <w:t>A. at</w:t>
      </w:r>
    </w:p>
    <w:p>
      <w:pPr>
        <w:pStyle w:val="ListParagraph"/>
      </w:pPr>
      <w:r>
        <w:rPr>
          <w:sz w:val="22"/>
        </w:rPr>
        <w:t>B. with</w:t>
      </w:r>
    </w:p>
    <w:p>
      <w:pPr>
        <w:pStyle w:val="ListParagraph"/>
      </w:pPr>
      <w:r>
        <w:rPr>
          <w:sz w:val="22"/>
        </w:rPr>
        <w:t>C. in</w:t>
      </w:r>
    </w:p>
    <w:p>
      <w:pPr>
        <w:pStyle w:val="ListParagraph"/>
      </w:pPr>
      <w:r>
        <w:rPr>
          <w:sz w:val="22"/>
        </w:rPr>
        <w:t>D. by</w:t>
      </w:r>
    </w:p>
    <w:p/>
    <w:p>
      <w:r>
        <w:rPr>
          <w:b/>
          <w:sz w:val="24"/>
        </w:rPr>
        <w:t>Câu 3: Question 3: A. decorates</w:t>
        <w:tab/>
        <w:t>B. decorating</w:t>
        <w:tab/>
        <w:t>C. is decorating</w:t>
        <w:tab/>
        <w:t>D. decorated</w:t>
      </w:r>
    </w:p>
    <w:p>
      <w:pPr>
        <w:pStyle w:val="ListParagraph"/>
      </w:pPr>
      <w:r>
        <w:rPr>
          <w:sz w:val="22"/>
        </w:rPr>
        <w:t>A. decorates</w:t>
      </w:r>
    </w:p>
    <w:p>
      <w:pPr>
        <w:pStyle w:val="ListParagraph"/>
      </w:pPr>
      <w:r>
        <w:rPr>
          <w:sz w:val="22"/>
        </w:rPr>
        <w:t>B. decorating</w:t>
      </w:r>
    </w:p>
    <w:p>
      <w:pPr>
        <w:pStyle w:val="ListParagraph"/>
      </w:pPr>
      <w:r>
        <w:rPr>
          <w:sz w:val="22"/>
        </w:rPr>
        <w:t>C. is decorating</w:t>
      </w:r>
    </w:p>
    <w:p>
      <w:pPr>
        <w:pStyle w:val="ListParagraph"/>
      </w:pPr>
      <w:r>
        <w:rPr>
          <w:sz w:val="22"/>
        </w:rPr>
        <w:t>D. decorated</w:t>
      </w:r>
    </w:p>
    <w:p/>
    <w:p>
      <w:r>
        <w:rPr>
          <w:b/>
          <w:sz w:val="24"/>
        </w:rPr>
        <w:t>Câu 4: Question 4: A. join</w:t>
        <w:tab/>
        <w:t>B. that joins</w:t>
        <w:tab/>
        <w:t>C. by joining</w:t>
        <w:tab/>
        <w:t>D. joined</w:t>
      </w:r>
    </w:p>
    <w:p>
      <w:pPr>
        <w:pStyle w:val="ListParagraph"/>
      </w:pPr>
      <w:r>
        <w:rPr>
          <w:sz w:val="22"/>
        </w:rPr>
        <w:t>A. join</w:t>
      </w:r>
    </w:p>
    <w:p>
      <w:pPr>
        <w:pStyle w:val="ListParagraph"/>
      </w:pPr>
      <w:r>
        <w:rPr>
          <w:sz w:val="22"/>
        </w:rPr>
        <w:t>B. that joins</w:t>
      </w:r>
    </w:p>
    <w:p>
      <w:pPr>
        <w:pStyle w:val="ListParagraph"/>
      </w:pPr>
      <w:r>
        <w:rPr>
          <w:sz w:val="22"/>
        </w:rPr>
        <w:t>C. by joining</w:t>
      </w:r>
    </w:p>
    <w:p>
      <w:pPr>
        <w:pStyle w:val="ListParagraph"/>
      </w:pPr>
      <w:r>
        <w:rPr>
          <w:sz w:val="22"/>
        </w:rPr>
        <w:t>D. joined</w:t>
      </w:r>
    </w:p>
    <w:p/>
    <w:p>
      <w:r>
        <w:rPr>
          <w:b/>
          <w:sz w:val="24"/>
        </w:rPr>
        <w:t>Câu 5: Question 5: A. Whether</w:t>
        <w:tab/>
        <w:t>B. Although</w:t>
        <w:tab/>
        <w:t>C. In case</w:t>
        <w:tab/>
        <w:t>D. While</w:t>
      </w:r>
    </w:p>
    <w:p>
      <w:pPr>
        <w:pStyle w:val="ListParagraph"/>
      </w:pPr>
      <w:r>
        <w:rPr>
          <w:sz w:val="22"/>
        </w:rPr>
        <w:t>A. Whether</w:t>
      </w:r>
    </w:p>
    <w:p>
      <w:pPr>
        <w:pStyle w:val="ListParagraph"/>
      </w:pPr>
      <w:r>
        <w:rPr>
          <w:sz w:val="22"/>
        </w:rPr>
        <w:t>B. Although</w:t>
      </w:r>
    </w:p>
    <w:p>
      <w:pPr>
        <w:pStyle w:val="ListParagraph"/>
      </w:pPr>
      <w:r>
        <w:rPr>
          <w:sz w:val="22"/>
        </w:rPr>
        <w:t>C. In case</w:t>
      </w:r>
    </w:p>
    <w:p>
      <w:pPr>
        <w:pStyle w:val="ListParagraph"/>
      </w:pPr>
      <w:r>
        <w:rPr>
          <w:sz w:val="22"/>
        </w:rPr>
        <w:t>D. While</w:t>
      </w:r>
    </w:p>
    <w:p/>
    <w:p>
      <w:r>
        <w:rPr>
          <w:b/>
          <w:sz w:val="24"/>
        </w:rPr>
        <w:t>Câu 6: Question 6: A. a memory</w:t>
        <w:tab/>
        <w:t>B. memorise</w:t>
        <w:tab/>
        <w:t>C. memorial</w:t>
        <w:tab/>
        <w:t>D memorable</w:t>
      </w:r>
    </w:p>
    <w:p>
      <w:pPr>
        <w:pStyle w:val="ListParagraph"/>
      </w:pPr>
      <w:r>
        <w:rPr>
          <w:sz w:val="22"/>
        </w:rPr>
        <w:t>A. a memory</w:t>
      </w:r>
    </w:p>
    <w:p>
      <w:pPr>
        <w:pStyle w:val="ListParagraph"/>
      </w:pPr>
      <w:r>
        <w:rPr>
          <w:sz w:val="22"/>
        </w:rPr>
        <w:t>B. memorise</w:t>
      </w:r>
    </w:p>
    <w:p>
      <w:pPr>
        <w:pStyle w:val="ListParagraph"/>
      </w:pPr>
      <w:r>
        <w:rPr>
          <w:sz w:val="22"/>
        </w:rPr>
        <w:t>C. memorial</w:t>
      </w:r>
    </w:p>
    <w:p>
      <w:pPr>
        <w:pStyle w:val="ListParagraph"/>
      </w:pPr>
      <w:r>
        <w:rPr>
          <w:sz w:val="22"/>
        </w:rPr>
        <w:t>D. memorable</w:t>
      </w:r>
    </w:p>
    <w:p/>
    <w:p>
      <w:r>
        <w:rPr>
          <w:b/>
          <w:sz w:val="24"/>
        </w:rPr>
        <w:t>Câu 7: Question 7: A. although</w:t>
        <w:tab/>
        <w:t>B. or</w:t>
        <w:tab/>
        <w:t>C. while</w:t>
        <w:tab/>
        <w:t>D. until</w:t>
      </w:r>
    </w:p>
    <w:p>
      <w:pPr>
        <w:pStyle w:val="ListParagraph"/>
      </w:pPr>
      <w:r>
        <w:rPr>
          <w:sz w:val="22"/>
        </w:rPr>
        <w:t>A. although</w:t>
      </w:r>
    </w:p>
    <w:p>
      <w:pPr>
        <w:pStyle w:val="ListParagraph"/>
      </w:pPr>
      <w:r>
        <w:rPr>
          <w:sz w:val="22"/>
        </w:rPr>
        <w:t>B. or</w:t>
      </w:r>
    </w:p>
    <w:p>
      <w:pPr>
        <w:pStyle w:val="ListParagraph"/>
      </w:pPr>
      <w:r>
        <w:rPr>
          <w:sz w:val="22"/>
        </w:rPr>
        <w:t>C. while</w:t>
      </w:r>
    </w:p>
    <w:p>
      <w:pPr>
        <w:pStyle w:val="ListParagraph"/>
      </w:pPr>
      <w:r>
        <w:rPr>
          <w:sz w:val="22"/>
        </w:rPr>
        <w:t>D. until</w:t>
      </w:r>
    </w:p>
    <w:p/>
    <w:p>
      <w:r>
        <w:rPr>
          <w:b/>
          <w:sz w:val="24"/>
        </w:rPr>
        <w:t>Câu 8: Question 8: A. Take up</w:t>
        <w:tab/>
        <w:t>B. Look for</w:t>
        <w:tab/>
        <w:t>C. Put on</w:t>
        <w:tab/>
        <w:t>D. Move in</w:t>
      </w:r>
    </w:p>
    <w:p>
      <w:pPr>
        <w:pStyle w:val="ListParagraph"/>
      </w:pPr>
      <w:r>
        <w:rPr>
          <w:sz w:val="22"/>
        </w:rPr>
        <w:t>A. Take up</w:t>
      </w:r>
    </w:p>
    <w:p>
      <w:pPr>
        <w:pStyle w:val="ListParagraph"/>
      </w:pPr>
      <w:r>
        <w:rPr>
          <w:sz w:val="22"/>
        </w:rPr>
        <w:t>B. Look for</w:t>
      </w:r>
    </w:p>
    <w:p>
      <w:pPr>
        <w:pStyle w:val="ListParagraph"/>
      </w:pPr>
      <w:r>
        <w:rPr>
          <w:sz w:val="22"/>
        </w:rPr>
        <w:t>C. Put on</w:t>
      </w:r>
    </w:p>
    <w:p>
      <w:pPr>
        <w:pStyle w:val="ListParagraph"/>
      </w:pPr>
      <w:r>
        <w:rPr>
          <w:sz w:val="22"/>
        </w:rPr>
        <w:t>D. Move in</w:t>
      </w:r>
    </w:p>
    <w:p/>
    <w:p>
      <w:r>
        <w:rPr>
          <w:b/>
          <w:sz w:val="24"/>
        </w:rPr>
        <w:t>Câu 9: Question 9: A. costumes</w:t>
        <w:tab/>
        <w:t>B. languages</w:t>
        <w:tab/>
        <w:t>C. dishes</w:t>
        <w:tab/>
        <w:t>D. customs</w:t>
      </w:r>
    </w:p>
    <w:p>
      <w:pPr>
        <w:pStyle w:val="ListParagraph"/>
      </w:pPr>
      <w:r>
        <w:rPr>
          <w:sz w:val="22"/>
        </w:rPr>
        <w:t>A. costumes</w:t>
      </w:r>
    </w:p>
    <w:p>
      <w:pPr>
        <w:pStyle w:val="ListParagraph"/>
      </w:pPr>
      <w:r>
        <w:rPr>
          <w:sz w:val="22"/>
        </w:rPr>
        <w:t>B. languages</w:t>
      </w:r>
    </w:p>
    <w:p>
      <w:pPr>
        <w:pStyle w:val="ListParagraph"/>
      </w:pPr>
      <w:r>
        <w:rPr>
          <w:sz w:val="22"/>
        </w:rPr>
        <w:t>C. dishes</w:t>
      </w:r>
    </w:p>
    <w:p>
      <w:pPr>
        <w:pStyle w:val="ListParagraph"/>
      </w:pPr>
      <w:r>
        <w:rPr>
          <w:sz w:val="22"/>
        </w:rPr>
        <w:t>D. customs</w:t>
      </w:r>
    </w:p>
    <w:p/>
    <w:p>
      <w:r>
        <w:rPr>
          <w:b/>
          <w:sz w:val="24"/>
        </w:rPr>
        <w:t>Câu 10: Question 10: A. especially</w:t>
        <w:tab/>
        <w:t>B. in spite of</w:t>
        <w:tab/>
        <w:t>C. instead of</w:t>
        <w:tab/>
        <w:t>D. in case of</w:t>
      </w:r>
    </w:p>
    <w:p>
      <w:pPr>
        <w:pStyle w:val="ListParagraph"/>
      </w:pPr>
      <w:r>
        <w:rPr>
          <w:sz w:val="22"/>
        </w:rPr>
        <w:t>A. especially</w:t>
      </w:r>
    </w:p>
    <w:p>
      <w:pPr>
        <w:pStyle w:val="ListParagraph"/>
      </w:pPr>
      <w:r>
        <w:rPr>
          <w:sz w:val="22"/>
        </w:rPr>
        <w:t>B. in spite of</w:t>
      </w:r>
    </w:p>
    <w:p>
      <w:pPr>
        <w:pStyle w:val="ListParagraph"/>
      </w:pPr>
      <w:r>
        <w:rPr>
          <w:sz w:val="22"/>
        </w:rPr>
        <w:t>C. instead of</w:t>
      </w:r>
    </w:p>
    <w:p>
      <w:pPr>
        <w:pStyle w:val="ListParagraph"/>
      </w:pPr>
      <w:r>
        <w:rPr>
          <w:sz w:val="22"/>
        </w:rPr>
        <w:t>D. in case of</w:t>
      </w:r>
    </w:p>
    <w:p/>
    <w:p>
      <w:r>
        <w:rPr>
          <w:b/>
          <w:sz w:val="24"/>
        </w:rPr>
        <w:t>Câu 11: Question 11: A. see</w:t>
        <w:tab/>
        <w:t>B. disturb</w:t>
        <w:tab/>
        <w:t>C. attract</w:t>
        <w:tab/>
        <w:t>D. contact</w:t>
      </w:r>
    </w:p>
    <w:p>
      <w:pPr>
        <w:pStyle w:val="ListParagraph"/>
      </w:pPr>
      <w:r>
        <w:rPr>
          <w:sz w:val="22"/>
        </w:rPr>
        <w:t>A. see</w:t>
      </w:r>
    </w:p>
    <w:p>
      <w:pPr>
        <w:pStyle w:val="ListParagraph"/>
      </w:pPr>
      <w:r>
        <w:rPr>
          <w:sz w:val="22"/>
        </w:rPr>
        <w:t>B. disturb</w:t>
      </w:r>
    </w:p>
    <w:p>
      <w:pPr>
        <w:pStyle w:val="ListParagraph"/>
      </w:pPr>
      <w:r>
        <w:rPr>
          <w:sz w:val="22"/>
        </w:rPr>
        <w:t>C. attract</w:t>
      </w:r>
    </w:p>
    <w:p>
      <w:pPr>
        <w:pStyle w:val="ListParagraph"/>
      </w:pPr>
      <w:r>
        <w:rPr>
          <w:sz w:val="22"/>
        </w:rPr>
        <w:t>D. contact</w:t>
      </w:r>
    </w:p>
    <w:p/>
    <w:p>
      <w:r>
        <w:rPr>
          <w:b/>
          <w:sz w:val="24"/>
        </w:rPr>
        <w:t>Câu 12: Question 12: A. wide</w:t>
        <w:tab/>
        <w:t>B. long</w:t>
        <w:tab/>
        <w:t>C. deep</w:t>
        <w:tab/>
        <w:t>D. high</w:t>
      </w:r>
    </w:p>
    <w:p>
      <w:pPr>
        <w:pStyle w:val="ListParagraph"/>
      </w:pPr>
      <w:r>
        <w:rPr>
          <w:sz w:val="22"/>
        </w:rPr>
        <w:t>A. wide</w:t>
      </w:r>
    </w:p>
    <w:p>
      <w:pPr>
        <w:pStyle w:val="ListParagraph"/>
      </w:pPr>
      <w:r>
        <w:rPr>
          <w:sz w:val="22"/>
        </w:rPr>
        <w:t>B. long</w:t>
      </w:r>
    </w:p>
    <w:p>
      <w:pPr>
        <w:pStyle w:val="ListParagraph"/>
      </w:pPr>
      <w:r>
        <w:rPr>
          <w:sz w:val="22"/>
        </w:rPr>
        <w:t>C. deep</w:t>
      </w:r>
    </w:p>
    <w:p>
      <w:pPr>
        <w:pStyle w:val="ListParagraph"/>
      </w:pPr>
      <w:r>
        <w:rPr>
          <w:sz w:val="22"/>
        </w:rPr>
        <w:t>D. high</w:t>
      </w:r>
    </w:p>
    <w:p/>
    <w:p>
      <w:r>
        <w:rPr>
          <w:b/>
          <w:sz w:val="24"/>
        </w:rPr>
        <w:t>Câu 13: Question 13: a Dad: Alice, please put back the guidebook. A tourist wants to escape life. A traveller wants to experience it.</w:t>
        <w:br/>
        <w:t>b Dad: Instead of reading for details, a traveller blends in the local culture and truly lives the experience.</w:t>
        <w:br/>
        <w:t>c Alice: What do you mean by that, Dad?</w:t>
      </w:r>
    </w:p>
    <w:p>
      <w:pPr>
        <w:pStyle w:val="ListParagraph"/>
      </w:pPr>
      <w:r>
        <w:rPr>
          <w:sz w:val="22"/>
        </w:rPr>
        <w:t>A. c – a – b</w:t>
      </w:r>
    </w:p>
    <w:p>
      <w:pPr>
        <w:pStyle w:val="ListParagraph"/>
      </w:pPr>
      <w:r>
        <w:rPr>
          <w:sz w:val="22"/>
        </w:rPr>
        <w:t>B. b – c – a</w:t>
      </w:r>
    </w:p>
    <w:p>
      <w:pPr>
        <w:pStyle w:val="ListParagraph"/>
      </w:pPr>
      <w:r>
        <w:rPr>
          <w:sz w:val="22"/>
        </w:rPr>
        <w:t>C. c – b – a</w:t>
      </w:r>
    </w:p>
    <w:p>
      <w:pPr>
        <w:pStyle w:val="ListParagraph"/>
      </w:pPr>
      <w:r>
        <w:rPr>
          <w:sz w:val="22"/>
        </w:rPr>
        <w:t>D. a – c – b</w:t>
      </w:r>
    </w:p>
    <w:p/>
    <w:p>
      <w:r>
        <w:rPr>
          <w:b/>
          <w:sz w:val="24"/>
        </w:rPr>
        <w:t>Câu 14: Question 14:</w:t>
        <w:br/>
        <w:t>a. Trish: Yes, I am. I can’t wait. Honestly, I’ve never had the chance to taste authentic dishes from places like Thailand and Greece.</w:t>
        <w:br/>
        <w:t>b. Ted: Hi Trish, are you going to the international cuisine event this weekend?</w:t>
        <w:br/>
        <w:t>c. Ted: Indeed! It’s going to be a delicious experience. It’s always interesting to explore the different cultures through their food.</w:t>
        <w:br/>
        <w:t>d. Ted: Me, too! There will be dishes from Italy, Japan and Mexico, and I’m particularly looking forward to the pasta and sushi.</w:t>
        <w:br/>
        <w:t>e. Trish: That sounds amazing. I’m curious about the desserts, like Italian gelato or French pastries.</w:t>
      </w:r>
    </w:p>
    <w:p>
      <w:pPr>
        <w:pStyle w:val="ListParagraph"/>
      </w:pPr>
      <w:r>
        <w:rPr>
          <w:sz w:val="22"/>
        </w:rPr>
        <w:t>A. b – d – e – c – a</w:t>
      </w:r>
    </w:p>
    <w:p>
      <w:pPr>
        <w:pStyle w:val="ListParagraph"/>
      </w:pPr>
      <w:r>
        <w:rPr>
          <w:sz w:val="22"/>
        </w:rPr>
        <w:t>B. a – c – d – e – b</w:t>
      </w:r>
    </w:p>
    <w:p>
      <w:pPr>
        <w:pStyle w:val="ListParagraph"/>
      </w:pPr>
      <w:r>
        <w:rPr>
          <w:sz w:val="22"/>
        </w:rPr>
        <w:t>C. b – a – d – e – c</w:t>
      </w:r>
    </w:p>
    <w:p>
      <w:pPr>
        <w:pStyle w:val="ListParagraph"/>
      </w:pPr>
      <w:r>
        <w:rPr>
          <w:sz w:val="22"/>
        </w:rPr>
        <w:t>D. a – b – e – d – c</w:t>
      </w:r>
    </w:p>
    <w:p/>
    <w:p>
      <w:r>
        <w:rPr>
          <w:b/>
          <w:sz w:val="24"/>
        </w:rPr>
        <w:t>Câu 15: Question 15: Hi Harry,</w:t>
        <w:br/>
        <w:t>a. He was just sitting on a bench with his guitar, so I asked him if he could sing a song for me.</w:t>
        <w:br/>
        <w:t>b. You won’t believe what happened last Saturday!</w:t>
        <w:br/>
        <w:t>c. I had an unexpected encounter with a street musician while I was shopping at a market.</w:t>
        <w:br/>
        <w:t>d. How about your weekend? Anything exciting?</w:t>
        <w:br/>
        <w:t>e. To my surprise, he agreed and performed a beautiful song, which was an unforgettable experience.</w:t>
        <w:br/>
        <w:t>Write back soon.</w:t>
        <w:br/>
        <w:t>Joyce</w:t>
      </w:r>
    </w:p>
    <w:p>
      <w:pPr>
        <w:pStyle w:val="ListParagraph"/>
      </w:pPr>
      <w:r>
        <w:rPr>
          <w:sz w:val="22"/>
        </w:rPr>
        <w:t>A. d – b – e – a – c</w:t>
      </w:r>
    </w:p>
    <w:p>
      <w:pPr>
        <w:pStyle w:val="ListParagraph"/>
      </w:pPr>
      <w:r>
        <w:rPr>
          <w:sz w:val="22"/>
        </w:rPr>
        <w:t>B. b – c – a – e – d</w:t>
      </w:r>
    </w:p>
    <w:p>
      <w:pPr>
        <w:pStyle w:val="ListParagraph"/>
      </w:pPr>
      <w:r>
        <w:rPr>
          <w:sz w:val="22"/>
        </w:rPr>
        <w:t>C. b – d – a – e – c</w:t>
      </w:r>
    </w:p>
    <w:p>
      <w:pPr>
        <w:pStyle w:val="ListParagraph"/>
      </w:pPr>
      <w:r>
        <w:rPr>
          <w:sz w:val="22"/>
        </w:rPr>
        <w:t>D. a – b – e – c – d</w:t>
      </w:r>
    </w:p>
    <w:p/>
    <w:p>
      <w:r>
        <w:rPr>
          <w:b/>
          <w:sz w:val="24"/>
        </w:rPr>
        <w:t>Câu 16: Question 16:</w:t>
        <w:br/>
        <w:t>a. Travelling also encourages you to reflect on your own life and values.</w:t>
        <w:br/>
        <w:t>b. When you live among local people, you can gain a deeper understanding and appreciation of a culture.</w:t>
        <w:br/>
        <w:t>c. Travelling can give you experiences related to local cultures and people.</w:t>
        <w:br/>
        <w:t>d. In this way, meaningful travel experiences can lead to your own personal growth.</w:t>
        <w:br/>
        <w:t>e. For example, volunteering in a community can give you helpful insights into the local culture.</w:t>
      </w:r>
    </w:p>
    <w:p>
      <w:pPr>
        <w:pStyle w:val="ListParagraph"/>
      </w:pPr>
      <w:r>
        <w:rPr>
          <w:sz w:val="22"/>
        </w:rPr>
        <w:t>A. a – e – c – b – d</w:t>
      </w:r>
    </w:p>
    <w:p>
      <w:pPr>
        <w:pStyle w:val="ListParagraph"/>
      </w:pPr>
      <w:r>
        <w:rPr>
          <w:sz w:val="22"/>
        </w:rPr>
        <w:t>B. c – b – e – a – d</w:t>
      </w:r>
    </w:p>
    <w:p>
      <w:pPr>
        <w:pStyle w:val="ListParagraph"/>
      </w:pPr>
      <w:r>
        <w:rPr>
          <w:sz w:val="22"/>
        </w:rPr>
        <w:t>C. b – c – e – d – a</w:t>
      </w:r>
    </w:p>
    <w:p>
      <w:pPr>
        <w:pStyle w:val="ListParagraph"/>
      </w:pPr>
      <w:r>
        <w:rPr>
          <w:sz w:val="22"/>
        </w:rPr>
        <w:t>D. b – d – a – c – e</w:t>
      </w:r>
    </w:p>
    <w:p/>
    <w:p>
      <w:r>
        <w:rPr>
          <w:b/>
          <w:sz w:val="24"/>
        </w:rPr>
        <w:t>Câu 17: Question 17:</w:t>
        <w:br/>
        <w:t>a. People today are increasingly exposed to and appreciate music from various cultures and languages.</w:t>
        <w:br/>
        <w:t>b. After all, in today’s interconnected world, international music has become more accessible, and music exchange has become easier.</w:t>
        <w:br/>
        <w:t>c. Moreover, music festivals worldwide bring together artists and fans from different countries, which fosters cultural exchange.</w:t>
        <w:br/>
        <w:t>d. Globalisation has facilitated access to a diverse range of international music.</w:t>
        <w:br/>
        <w:t>e. For example, K-pop music and dance have gained significant popularity among American teenagers.</w:t>
      </w:r>
    </w:p>
    <w:p>
      <w:pPr>
        <w:pStyle w:val="ListParagraph"/>
      </w:pPr>
      <w:r>
        <w:rPr>
          <w:sz w:val="22"/>
        </w:rPr>
        <w:t>A. b - e - c - a - d</w:t>
      </w:r>
    </w:p>
    <w:p>
      <w:pPr>
        <w:pStyle w:val="ListParagraph"/>
      </w:pPr>
      <w:r>
        <w:rPr>
          <w:sz w:val="22"/>
        </w:rPr>
        <w:t>B. c - d - e - a - b</w:t>
      </w:r>
    </w:p>
    <w:p>
      <w:pPr>
        <w:pStyle w:val="ListParagraph"/>
      </w:pPr>
      <w:r>
        <w:rPr>
          <w:sz w:val="22"/>
        </w:rPr>
        <w:t>C. d - a - e - b - c</w:t>
      </w:r>
    </w:p>
    <w:p>
      <w:pPr>
        <w:pStyle w:val="ListParagraph"/>
      </w:pPr>
      <w:r>
        <w:rPr>
          <w:sz w:val="22"/>
        </w:rPr>
        <w:t>D. d - a - e - c - b</w:t>
      </w:r>
    </w:p>
    <w:p/>
    <w:p>
      <w:r>
        <w:rPr>
          <w:b/>
          <w:sz w:val="24"/>
        </w:rPr>
        <w:t>Câu 18: Question 18: Coastal tourism is one of the world’s most popular types of travel. It involves visiting coastal areas such as beaches, islands and seaside towns. Many people choose coastal destinations (18) _______.</w:t>
      </w:r>
    </w:p>
    <w:p>
      <w:pPr>
        <w:pStyle w:val="ListParagraph"/>
      </w:pPr>
      <w:r>
        <w:rPr>
          <w:sz w:val="22"/>
        </w:rPr>
        <w:t>A. to which relaxation and adventure are offered</w:t>
      </w:r>
    </w:p>
    <w:p>
      <w:pPr>
        <w:pStyle w:val="ListParagraph"/>
      </w:pPr>
      <w:r>
        <w:rPr>
          <w:sz w:val="22"/>
        </w:rPr>
        <w:t>B. to offer relaxation and adventure</w:t>
      </w:r>
    </w:p>
    <w:p>
      <w:pPr>
        <w:pStyle w:val="ListParagraph"/>
      </w:pPr>
      <w:r>
        <w:rPr>
          <w:sz w:val="22"/>
        </w:rPr>
        <w:t>C. they offer both relaxation and adventure</w:t>
      </w:r>
    </w:p>
    <w:p>
      <w:pPr>
        <w:pStyle w:val="ListParagraph"/>
      </w:pPr>
      <w:r>
        <w:rPr>
          <w:sz w:val="22"/>
        </w:rPr>
        <w:t>D. as they offer both relaxation and adventure</w:t>
      </w:r>
    </w:p>
    <w:p/>
    <w:p>
      <w:r>
        <w:rPr>
          <w:b/>
          <w:sz w:val="24"/>
        </w:rPr>
        <w:t>Câu 19: Question 19: Beaches are generally the main attraction in coastal tourism. (19) ______, like surfing, snorkelling and boat trips.</w:t>
      </w:r>
    </w:p>
    <w:p>
      <w:pPr>
        <w:pStyle w:val="ListParagraph"/>
      </w:pPr>
      <w:r>
        <w:rPr>
          <w:sz w:val="22"/>
        </w:rPr>
        <w:t>A. Many visitors love swimming or playing in the water, sunbathing</w:t>
      </w:r>
    </w:p>
    <w:p>
      <w:pPr>
        <w:pStyle w:val="ListParagraph"/>
      </w:pPr>
      <w:r>
        <w:rPr>
          <w:sz w:val="22"/>
        </w:rPr>
        <w:t>B. Visitors can sunbathe on the beach and enjoy water activities</w:t>
      </w:r>
    </w:p>
    <w:p>
      <w:pPr>
        <w:pStyle w:val="ListParagraph"/>
      </w:pPr>
      <w:r>
        <w:rPr>
          <w:sz w:val="22"/>
        </w:rPr>
        <w:t>C. Visitors prefer swimming and water activities to sunbathing on the beach</w:t>
      </w:r>
    </w:p>
    <w:p>
      <w:pPr>
        <w:pStyle w:val="ListParagraph"/>
      </w:pPr>
      <w:r>
        <w:rPr>
          <w:sz w:val="22"/>
        </w:rPr>
        <w:t>D. Visitors can swim and enjoy water activities, but they can’t sunbathe on the beach</w:t>
      </w:r>
    </w:p>
    <w:p/>
    <w:p>
      <w:r>
        <w:rPr>
          <w:b/>
          <w:sz w:val="24"/>
        </w:rPr>
        <w:t>Câu 20: Question 20: Coastal areas often have beautiful scenery, including cliffs, caves and coral reefs, which makes them perfect for exploration. (20) _______.</w:t>
      </w:r>
    </w:p>
    <w:p>
      <w:pPr>
        <w:pStyle w:val="ListParagraph"/>
      </w:pPr>
      <w:r>
        <w:rPr>
          <w:sz w:val="22"/>
        </w:rPr>
        <w:t>A. Apart from beaches, historic sites and cultural experiences found in coastal towns</w:t>
      </w:r>
    </w:p>
    <w:p>
      <w:pPr>
        <w:pStyle w:val="ListParagraph"/>
      </w:pPr>
      <w:r>
        <w:rPr>
          <w:sz w:val="22"/>
        </w:rPr>
        <w:t>B. Including a diverse range of attractions like historic sites and cultural experiences in coastal towns</w:t>
      </w:r>
    </w:p>
    <w:p>
      <w:pPr>
        <w:pStyle w:val="ListParagraph"/>
      </w:pPr>
      <w:r>
        <w:rPr>
          <w:sz w:val="22"/>
        </w:rPr>
        <w:t>C. Offering a diverse range of attractions, like historic sites and cultural experiences, coastal towns include beaches</w:t>
      </w:r>
    </w:p>
    <w:p>
      <w:pPr>
        <w:pStyle w:val="ListParagraph"/>
      </w:pPr>
      <w:r>
        <w:rPr>
          <w:sz w:val="22"/>
        </w:rPr>
        <w:t>D. Beyond the beaches, coastal towns offer a diverse range of attractions, including historic and cultural experiences</w:t>
      </w:r>
    </w:p>
    <w:p/>
    <w:p>
      <w:r>
        <w:rPr>
          <w:b/>
          <w:sz w:val="24"/>
        </w:rPr>
        <w:t>Câu 21: Question 21: For example, visitors can explore historic castles and wander through museums. Moreover, (21) _______.</w:t>
      </w:r>
    </w:p>
    <w:p>
      <w:pPr>
        <w:pStyle w:val="ListParagraph"/>
      </w:pPr>
      <w:r>
        <w:rPr>
          <w:sz w:val="22"/>
        </w:rPr>
        <w:t>A. tourists can’t enjoy fresh seafood until they visit markets or take part in local festivals</w:t>
      </w:r>
    </w:p>
    <w:p>
      <w:pPr>
        <w:pStyle w:val="ListParagraph"/>
      </w:pPr>
      <w:r>
        <w:rPr>
          <w:sz w:val="22"/>
        </w:rPr>
        <w:t>B. it is local festivals and markets where tourists are allowed to buy fresh seafood</w:t>
      </w:r>
    </w:p>
    <w:p>
      <w:pPr>
        <w:pStyle w:val="ListParagraph"/>
      </w:pPr>
      <w:r>
        <w:rPr>
          <w:sz w:val="22"/>
        </w:rPr>
        <w:t>C. fresh seafood can enjoy at markets or local festivals not beaches</w:t>
      </w:r>
    </w:p>
    <w:p>
      <w:pPr>
        <w:pStyle w:val="ListParagraph"/>
      </w:pPr>
      <w:r>
        <w:rPr>
          <w:sz w:val="22"/>
        </w:rPr>
        <w:t>D. tourists can enjoy fresh seafood, visit markets and experience local festivals</w:t>
      </w:r>
    </w:p>
    <w:p/>
    <w:p>
      <w:r>
        <w:rPr>
          <w:b/>
          <w:sz w:val="24"/>
        </w:rPr>
        <w:t>Câu 22: Question 22: In summary, (22) ______. It is a perfect choice for anyone who wants to enjoy nature and culture.</w:t>
      </w:r>
    </w:p>
    <w:p>
      <w:pPr>
        <w:pStyle w:val="ListParagraph"/>
      </w:pPr>
      <w:r>
        <w:rPr>
          <w:sz w:val="22"/>
        </w:rPr>
        <w:t>A. coastal tourism offers a nice way to relax and benefits lots of people</w:t>
      </w:r>
    </w:p>
    <w:p>
      <w:pPr>
        <w:pStyle w:val="ListParagraph"/>
      </w:pPr>
      <w:r>
        <w:rPr>
          <w:sz w:val="22"/>
        </w:rPr>
        <w:t>B. coastal tourism offers a nice way to neither relax nor benefit many people</w:t>
      </w:r>
    </w:p>
    <w:p>
      <w:pPr>
        <w:pStyle w:val="ListParagraph"/>
      </w:pPr>
      <w:r>
        <w:rPr>
          <w:sz w:val="22"/>
        </w:rPr>
        <w:t>C. only when coastal tourism offers a nice way to relax do lots of people benefit</w:t>
      </w:r>
    </w:p>
    <w:p>
      <w:pPr>
        <w:pStyle w:val="ListParagraph"/>
      </w:pPr>
      <w:r>
        <w:rPr>
          <w:sz w:val="22"/>
        </w:rPr>
        <w:t>D. the more tourists relax, the better coastal tourism develops</w:t>
      </w:r>
    </w:p>
    <w:p/>
    <w:p>
      <w:r>
        <w:rPr>
          <w:b/>
          <w:sz w:val="24"/>
        </w:rPr>
        <w:t>Câu 23: Question 23: Which of the following is NOT mentioned as a feature of The Interrail Global Pass?</w:t>
      </w:r>
    </w:p>
    <w:p>
      <w:pPr>
        <w:pStyle w:val="ListParagraph"/>
      </w:pPr>
      <w:r>
        <w:rPr>
          <w:sz w:val="22"/>
        </w:rPr>
        <w:t>A. using only one train ticket</w:t>
      </w:r>
    </w:p>
    <w:p>
      <w:pPr>
        <w:pStyle w:val="ListParagraph"/>
      </w:pPr>
      <w:r>
        <w:rPr>
          <w:sz w:val="22"/>
        </w:rPr>
        <w:t>B. being one of the most popular choices for travellers</w:t>
      </w:r>
    </w:p>
    <w:p>
      <w:pPr>
        <w:pStyle w:val="ListParagraph"/>
      </w:pPr>
      <w:r>
        <w:rPr>
          <w:sz w:val="22"/>
        </w:rPr>
        <w:t>C. discovering Europe’s landscapes</w:t>
      </w:r>
    </w:p>
    <w:p>
      <w:pPr>
        <w:pStyle w:val="ListParagraph"/>
      </w:pPr>
      <w:r>
        <w:rPr>
          <w:sz w:val="22"/>
        </w:rPr>
        <w:t>D. offering free entrance to cultural heritage sites</w:t>
      </w:r>
    </w:p>
    <w:p/>
    <w:p>
      <w:r>
        <w:rPr>
          <w:b/>
          <w:sz w:val="24"/>
        </w:rPr>
        <w:t>Câu 24: Question 24: The word it in paragraph 2 refers to ______.</w:t>
      </w:r>
    </w:p>
    <w:p>
      <w:pPr>
        <w:pStyle w:val="ListParagraph"/>
      </w:pPr>
      <w:r>
        <w:rPr>
          <w:sz w:val="22"/>
        </w:rPr>
        <w:t>A. your first journey</w:t>
      </w:r>
    </w:p>
    <w:p>
      <w:pPr>
        <w:pStyle w:val="ListParagraph"/>
      </w:pPr>
      <w:r>
        <w:rPr>
          <w:sz w:val="22"/>
        </w:rPr>
        <w:t>B. your pass</w:t>
      </w:r>
    </w:p>
    <w:p>
      <w:pPr>
        <w:pStyle w:val="ListParagraph"/>
      </w:pPr>
      <w:r>
        <w:rPr>
          <w:sz w:val="22"/>
        </w:rPr>
        <w:t>C. one option</w:t>
      </w:r>
    </w:p>
    <w:p>
      <w:pPr>
        <w:pStyle w:val="ListParagraph"/>
      </w:pPr>
      <w:r>
        <w:rPr>
          <w:sz w:val="22"/>
        </w:rPr>
        <w:t>D. a specific period</w:t>
      </w:r>
    </w:p>
    <w:p/>
    <w:p>
      <w:r>
        <w:rPr>
          <w:b/>
          <w:sz w:val="24"/>
        </w:rPr>
        <w:t>Câu 25: Question 25: The word cost-effective in paragraph 3 could be best replaced by ______.</w:t>
      </w:r>
    </w:p>
    <w:p>
      <w:pPr>
        <w:pStyle w:val="ListParagraph"/>
      </w:pPr>
      <w:r>
        <w:rPr>
          <w:sz w:val="22"/>
        </w:rPr>
        <w:t>A. costly</w:t>
      </w:r>
    </w:p>
    <w:p>
      <w:pPr>
        <w:pStyle w:val="ListParagraph"/>
      </w:pPr>
      <w:r>
        <w:rPr>
          <w:sz w:val="22"/>
        </w:rPr>
        <w:t>B. unaffordable</w:t>
      </w:r>
    </w:p>
    <w:p>
      <w:pPr>
        <w:pStyle w:val="ListParagraph"/>
      </w:pPr>
      <w:r>
        <w:rPr>
          <w:sz w:val="22"/>
        </w:rPr>
        <w:t>C. economical</w:t>
      </w:r>
    </w:p>
    <w:p>
      <w:pPr>
        <w:pStyle w:val="ListParagraph"/>
      </w:pPr>
      <w:r>
        <w:rPr>
          <w:sz w:val="22"/>
        </w:rPr>
        <w:t>D. unreasonable</w:t>
      </w:r>
    </w:p>
    <w:p/>
    <w:p>
      <w:r>
        <w:rPr>
          <w:b/>
          <w:sz w:val="24"/>
        </w:rPr>
        <w:t>Câu 26: Question 26: The word breathtaking in paragraph 3 is OPPOSITE in meaning to ______.</w:t>
      </w:r>
    </w:p>
    <w:p>
      <w:pPr>
        <w:pStyle w:val="ListParagraph"/>
      </w:pPr>
      <w:r>
        <w:rPr>
          <w:sz w:val="22"/>
        </w:rPr>
        <w:t>A. damaged</w:t>
      </w:r>
    </w:p>
    <w:p>
      <w:pPr>
        <w:pStyle w:val="ListParagraph"/>
      </w:pPr>
      <w:r>
        <w:rPr>
          <w:sz w:val="22"/>
        </w:rPr>
        <w:t>B. polluted</w:t>
      </w:r>
    </w:p>
    <w:p>
      <w:pPr>
        <w:pStyle w:val="ListParagraph"/>
      </w:pPr>
      <w:r>
        <w:rPr>
          <w:sz w:val="22"/>
        </w:rPr>
        <w:t>C. destroyed</w:t>
      </w:r>
    </w:p>
    <w:p>
      <w:pPr>
        <w:pStyle w:val="ListParagraph"/>
      </w:pPr>
      <w:r>
        <w:rPr>
          <w:sz w:val="22"/>
        </w:rPr>
        <w:t>D. tedious</w:t>
      </w:r>
    </w:p>
    <w:p/>
    <w:p>
      <w:r>
        <w:rPr>
          <w:b/>
          <w:sz w:val="24"/>
        </w:rPr>
        <w:t>Câu 27: Question 27: Which best paraphrases the underlined sentence in paragraph 2?</w:t>
      </w:r>
    </w:p>
    <w:p>
      <w:pPr>
        <w:pStyle w:val="ListParagraph"/>
      </w:pPr>
      <w:r>
        <w:rPr>
          <w:sz w:val="22"/>
        </w:rPr>
        <w:t>A. While the pass provides numerous benefits, it’s essential to be aware of certain key regulations.</w:t>
      </w:r>
    </w:p>
    <w:p>
      <w:pPr>
        <w:pStyle w:val="ListParagraph"/>
      </w:pPr>
      <w:r>
        <w:rPr>
          <w:sz w:val="22"/>
        </w:rPr>
        <w:t>B. Despite the obvious advantages of the pass, travellers must comprehend several limitations.</w:t>
      </w:r>
    </w:p>
    <w:p>
      <w:pPr>
        <w:pStyle w:val="ListParagraph"/>
      </w:pPr>
      <w:r>
        <w:rPr>
          <w:sz w:val="22"/>
        </w:rPr>
        <w:t>C. To enjoy the benefits of the pass, travellers are required to study specific conditions relevant.</w:t>
      </w:r>
    </w:p>
    <w:p>
      <w:pPr>
        <w:pStyle w:val="ListParagraph"/>
      </w:pPr>
      <w:r>
        <w:rPr>
          <w:sz w:val="22"/>
        </w:rPr>
        <w:t>D. If travellers failed to comply with the requirements of the pass, they couldn’t enjoy the its benefits.</w:t>
      </w:r>
    </w:p>
    <w:p/>
    <w:p>
      <w:r>
        <w:rPr>
          <w:b/>
          <w:sz w:val="24"/>
        </w:rPr>
        <w:t>Câu 28: Question 28: Which is TRUE according to the passage?</w:t>
      </w:r>
    </w:p>
    <w:p>
      <w:pPr>
        <w:pStyle w:val="ListParagraph"/>
      </w:pPr>
      <w:r>
        <w:rPr>
          <w:sz w:val="22"/>
        </w:rPr>
        <w:t>A. It is compulsory that travellers can speak at least two European languages.</w:t>
      </w:r>
    </w:p>
    <w:p>
      <w:pPr>
        <w:pStyle w:val="ListParagraph"/>
      </w:pPr>
      <w:r>
        <w:rPr>
          <w:sz w:val="22"/>
        </w:rPr>
        <w:t>B. Travellers don’t have to activate their pass after the first journey.</w:t>
      </w:r>
    </w:p>
    <w:p>
      <w:pPr>
        <w:pStyle w:val="ListParagraph"/>
      </w:pPr>
      <w:r>
        <w:rPr>
          <w:sz w:val="22"/>
        </w:rPr>
        <w:t>C. With the pass, travellers can experience various landscapes.</w:t>
      </w:r>
    </w:p>
    <w:p>
      <w:pPr>
        <w:pStyle w:val="ListParagraph"/>
      </w:pPr>
      <w:r>
        <w:rPr>
          <w:sz w:val="22"/>
        </w:rPr>
        <w:t>D. It’s not possible for travellers to have discounted prices for other means of public transportation.</w:t>
      </w:r>
    </w:p>
    <w:p/>
    <w:p>
      <w:r>
        <w:rPr>
          <w:b/>
          <w:sz w:val="24"/>
        </w:rPr>
        <w:t>Câu 29: Question 29: In which paragraph does the writer mention the options of the Interrail Global Pass?</w:t>
      </w:r>
    </w:p>
    <w:p>
      <w:pPr>
        <w:pStyle w:val="ListParagraph"/>
      </w:pPr>
      <w:r>
        <w:rPr>
          <w:sz w:val="22"/>
        </w:rPr>
        <w:t>A. Paragraph 1</w:t>
      </w:r>
    </w:p>
    <w:p>
      <w:pPr>
        <w:pStyle w:val="ListParagraph"/>
      </w:pPr>
      <w:r>
        <w:rPr>
          <w:sz w:val="22"/>
        </w:rPr>
        <w:t>B. Paragraph 2</w:t>
      </w:r>
    </w:p>
    <w:p>
      <w:pPr>
        <w:pStyle w:val="ListParagraph"/>
      </w:pPr>
      <w:r>
        <w:rPr>
          <w:sz w:val="22"/>
        </w:rPr>
        <w:t>C. Paragraph 3</w:t>
      </w:r>
    </w:p>
    <w:p>
      <w:pPr>
        <w:pStyle w:val="ListParagraph"/>
      </w:pPr>
      <w:r>
        <w:rPr>
          <w:sz w:val="22"/>
        </w:rPr>
        <w:t>D. Paragraph 4</w:t>
      </w:r>
    </w:p>
    <w:p/>
    <w:p>
      <w:r>
        <w:rPr>
          <w:b/>
          <w:sz w:val="24"/>
        </w:rPr>
        <w:t>Câu 30: Question 30: In which paragraph does the writer mention the less-explored spots that travellers can visit?</w:t>
      </w:r>
    </w:p>
    <w:p>
      <w:pPr>
        <w:pStyle w:val="ListParagraph"/>
      </w:pPr>
      <w:r>
        <w:rPr>
          <w:sz w:val="22"/>
        </w:rPr>
        <w:t>A. Paragraph 1</w:t>
      </w:r>
    </w:p>
    <w:p>
      <w:pPr>
        <w:pStyle w:val="ListParagraph"/>
      </w:pPr>
      <w:r>
        <w:rPr>
          <w:sz w:val="22"/>
        </w:rPr>
        <w:t>B. Paragraph 2</w:t>
      </w:r>
    </w:p>
    <w:p>
      <w:pPr>
        <w:pStyle w:val="ListParagraph"/>
      </w:pPr>
      <w:r>
        <w:rPr>
          <w:sz w:val="22"/>
        </w:rPr>
        <w:t>C. Paragraph 3</w:t>
      </w:r>
    </w:p>
    <w:p>
      <w:pPr>
        <w:pStyle w:val="ListParagraph"/>
      </w:pPr>
      <w:r>
        <w:rPr>
          <w:sz w:val="22"/>
        </w:rPr>
        <w:t>D. Paragraph 4</w:t>
      </w:r>
    </w:p>
    <w:p/>
    <w:p>
      <w:r>
        <w:rPr>
          <w:b/>
          <w:sz w:val="24"/>
        </w:rPr>
        <w:t>Câu 31: Question 31: Where in paragraph 1 does the following sentence best fit? "The Cherry Blossom Festival in Japan, Asia, is one of the country’s most celebrated events."</w:t>
      </w:r>
    </w:p>
    <w:p>
      <w:pPr>
        <w:pStyle w:val="ListParagraph"/>
      </w:pPr>
      <w:r>
        <w:rPr>
          <w:sz w:val="22"/>
        </w:rPr>
        <w:t>A. [I]</w:t>
      </w:r>
    </w:p>
    <w:p>
      <w:pPr>
        <w:pStyle w:val="ListParagraph"/>
      </w:pPr>
      <w:r>
        <w:rPr>
          <w:sz w:val="22"/>
        </w:rPr>
        <w:t>B. [II]</w:t>
      </w:r>
    </w:p>
    <w:p>
      <w:pPr>
        <w:pStyle w:val="ListParagraph"/>
      </w:pPr>
      <w:r>
        <w:rPr>
          <w:sz w:val="22"/>
        </w:rPr>
        <w:t>C. [III]</w:t>
      </w:r>
    </w:p>
    <w:p>
      <w:pPr>
        <w:pStyle w:val="ListParagraph"/>
      </w:pPr>
      <w:r>
        <w:rPr>
          <w:sz w:val="22"/>
        </w:rPr>
        <w:t>D. [IV]</w:t>
      </w:r>
    </w:p>
    <w:p/>
    <w:p>
      <w:r>
        <w:rPr>
          <w:b/>
          <w:sz w:val="24"/>
        </w:rPr>
        <w:t>Câu 32: Question 32: The word They in paragraph 3 refers to ______.</w:t>
      </w:r>
    </w:p>
    <w:p>
      <w:pPr>
        <w:pStyle w:val="ListParagraph"/>
      </w:pPr>
      <w:r>
        <w:rPr>
          <w:sz w:val="22"/>
        </w:rPr>
        <w:t>A. People</w:t>
      </w:r>
    </w:p>
    <w:p>
      <w:pPr>
        <w:pStyle w:val="ListParagraph"/>
      </w:pPr>
      <w:r>
        <w:rPr>
          <w:sz w:val="22"/>
        </w:rPr>
        <w:t>B. Japan</w:t>
      </w:r>
    </w:p>
    <w:p>
      <w:pPr>
        <w:pStyle w:val="ListParagraph"/>
      </w:pPr>
      <w:r>
        <w:rPr>
          <w:sz w:val="22"/>
        </w:rPr>
        <w:t>C. The country</w:t>
      </w:r>
    </w:p>
    <w:p>
      <w:pPr>
        <w:pStyle w:val="ListParagraph"/>
      </w:pPr>
      <w:r>
        <w:rPr>
          <w:sz w:val="22"/>
        </w:rPr>
        <w:t>D. Asia</w:t>
      </w:r>
    </w:p>
    <w:p/>
    <w:p>
      <w:r>
        <w:rPr>
          <w:b/>
          <w:sz w:val="24"/>
        </w:rPr>
        <w:t>Câu 33: Question 33: The word traditional in paragraph 3 is OPPOSITE in meaning to ______.</w:t>
      </w:r>
    </w:p>
    <w:p>
      <w:pPr>
        <w:pStyle w:val="ListParagraph"/>
      </w:pPr>
      <w:r>
        <w:rPr>
          <w:sz w:val="22"/>
        </w:rPr>
        <w:t>A. classical</w:t>
      </w:r>
    </w:p>
    <w:p>
      <w:pPr>
        <w:pStyle w:val="ListParagraph"/>
      </w:pPr>
      <w:r>
        <w:rPr>
          <w:sz w:val="22"/>
        </w:rPr>
        <w:t>B. historical</w:t>
      </w:r>
    </w:p>
    <w:p>
      <w:pPr>
        <w:pStyle w:val="ListParagraph"/>
      </w:pPr>
      <w:r>
        <w:rPr>
          <w:sz w:val="22"/>
        </w:rPr>
        <w:t>C. typical</w:t>
      </w:r>
    </w:p>
    <w:p>
      <w:pPr>
        <w:pStyle w:val="ListParagraph"/>
      </w:pPr>
      <w:r>
        <w:rPr>
          <w:sz w:val="22"/>
        </w:rPr>
        <w:t>D. modern</w:t>
      </w:r>
    </w:p>
    <w:p/>
    <w:p>
      <w:r>
        <w:rPr>
          <w:b/>
          <w:sz w:val="24"/>
        </w:rPr>
        <w:t>Câu 34: Question 34: The phrase serve as a reminder in paragraph 3 could be best replaced by ______.</w:t>
      </w:r>
    </w:p>
    <w:p>
      <w:pPr>
        <w:pStyle w:val="ListParagraph"/>
      </w:pPr>
      <w:r>
        <w:rPr>
          <w:sz w:val="22"/>
        </w:rPr>
        <w:t>A. celebrate</w:t>
      </w:r>
    </w:p>
    <w:p>
      <w:pPr>
        <w:pStyle w:val="ListParagraph"/>
      </w:pPr>
      <w:r>
        <w:rPr>
          <w:sz w:val="22"/>
        </w:rPr>
        <w:t>B. honour</w:t>
      </w:r>
    </w:p>
    <w:p>
      <w:pPr>
        <w:pStyle w:val="ListParagraph"/>
      </w:pPr>
      <w:r>
        <w:rPr>
          <w:sz w:val="22"/>
        </w:rPr>
        <w:t>C. symbolize</w:t>
      </w:r>
    </w:p>
    <w:p>
      <w:pPr>
        <w:pStyle w:val="ListParagraph"/>
      </w:pPr>
      <w:r>
        <w:rPr>
          <w:sz w:val="22"/>
        </w:rPr>
        <w:t>D. verify</w:t>
      </w:r>
    </w:p>
    <w:p/>
    <w:p>
      <w:r>
        <w:rPr>
          <w:b/>
          <w:sz w:val="24"/>
        </w:rPr>
        <w:t>Câu 35: Question 35: According to paragraph 3, which of the following is NOT related to ‘Hanami’?</w:t>
      </w:r>
    </w:p>
    <w:p>
      <w:pPr>
        <w:pStyle w:val="ListParagraph"/>
      </w:pPr>
      <w:r>
        <w:rPr>
          <w:sz w:val="22"/>
        </w:rPr>
        <w:t>A. A way to prepare dishes traditionally</w:t>
      </w:r>
    </w:p>
    <w:p>
      <w:pPr>
        <w:pStyle w:val="ListParagraph"/>
      </w:pPr>
      <w:r>
        <w:rPr>
          <w:sz w:val="22"/>
        </w:rPr>
        <w:t>B. A way to celebrate the Cherry Blossom Festival</w:t>
      </w:r>
    </w:p>
    <w:p>
      <w:pPr>
        <w:pStyle w:val="ListParagraph"/>
      </w:pPr>
      <w:r>
        <w:rPr>
          <w:sz w:val="22"/>
        </w:rPr>
        <w:t>C. A period of time for reflection</w:t>
      </w:r>
    </w:p>
    <w:p>
      <w:pPr>
        <w:pStyle w:val="ListParagraph"/>
      </w:pPr>
      <w:r>
        <w:rPr>
          <w:sz w:val="22"/>
        </w:rPr>
        <w:t>D. gardening stunning cherry blossoms</w:t>
      </w:r>
    </w:p>
    <w:p/>
    <w:p>
      <w:r>
        <w:rPr>
          <w:b/>
          <w:sz w:val="24"/>
        </w:rPr>
        <w:t>Câu 36: Question 36: Which of the following best summarises paragraph 4?</w:t>
      </w:r>
    </w:p>
    <w:p>
      <w:pPr>
        <w:pStyle w:val="ListParagraph"/>
      </w:pPr>
      <w:r>
        <w:rPr>
          <w:sz w:val="22"/>
        </w:rPr>
        <w:t>A. Ueno Park is the most sacred place to celebrate the Cherry Blossom Festival in Tokyo.</w:t>
      </w:r>
    </w:p>
    <w:p>
      <w:pPr>
        <w:pStyle w:val="ListParagraph"/>
      </w:pPr>
      <w:r>
        <w:rPr>
          <w:sz w:val="22"/>
        </w:rPr>
        <w:t>B. Not only does Ueno Park have the most cherry blossom trees but it also attracts the most people.</w:t>
      </w:r>
    </w:p>
    <w:p>
      <w:pPr>
        <w:pStyle w:val="ListParagraph"/>
      </w:pPr>
      <w:r>
        <w:rPr>
          <w:sz w:val="22"/>
        </w:rPr>
        <w:t>C. It is Ueno Park where people can see how the people of Tokyo honour their cherry blossom trees.</w:t>
      </w:r>
    </w:p>
    <w:p>
      <w:pPr>
        <w:pStyle w:val="ListParagraph"/>
      </w:pPr>
      <w:r>
        <w:rPr>
          <w:sz w:val="22"/>
        </w:rPr>
        <w:t>D. For the true “sakura” experience, it is highly recommended to visit Ueno Park during the festival.</w:t>
      </w:r>
    </w:p>
    <w:p/>
    <w:p>
      <w:r>
        <w:rPr>
          <w:b/>
          <w:sz w:val="24"/>
        </w:rPr>
        <w:t>Câu 37: Question 37: Which of the following is TRUE according to the passage?</w:t>
      </w:r>
    </w:p>
    <w:p>
      <w:pPr>
        <w:pStyle w:val="ListParagraph"/>
      </w:pPr>
      <w:r>
        <w:rPr>
          <w:sz w:val="22"/>
        </w:rPr>
        <w:t>A. The Cherry Blossom Festival is celebrated in January throughout Japan.</w:t>
      </w:r>
    </w:p>
    <w:p>
      <w:pPr>
        <w:pStyle w:val="ListParagraph"/>
      </w:pPr>
      <w:r>
        <w:rPr>
          <w:sz w:val="22"/>
        </w:rPr>
        <w:t>B. It is only the parks that the Japanese admire the ‘sakura’.</w:t>
      </w:r>
    </w:p>
    <w:p>
      <w:pPr>
        <w:pStyle w:val="ListParagraph"/>
      </w:pPr>
      <w:r>
        <w:rPr>
          <w:sz w:val="22"/>
        </w:rPr>
        <w:t>C. To celebrate the festival, the Japanese do lots of activities including cooking and reflection.</w:t>
      </w:r>
    </w:p>
    <w:p>
      <w:pPr>
        <w:pStyle w:val="ListParagraph"/>
      </w:pPr>
      <w:r>
        <w:rPr>
          <w:sz w:val="22"/>
        </w:rPr>
        <w:t>D. Admiring the stunning cherry blossom trees is the most interesting part of the festival.</w:t>
      </w:r>
    </w:p>
    <w:p/>
    <w:p>
      <w:r>
        <w:rPr>
          <w:b/>
          <w:sz w:val="24"/>
        </w:rPr>
        <w:t>Câu 38: Question 38: Which of the following best paraphrases the underlined sentence in paragraph 4?</w:t>
      </w:r>
    </w:p>
    <w:p>
      <w:pPr>
        <w:pStyle w:val="ListParagraph"/>
      </w:pPr>
      <w:r>
        <w:rPr>
          <w:sz w:val="22"/>
        </w:rPr>
        <w:t>A. The festival is an occasion for celebrating the natural beauty of cherry blossoms.</w:t>
      </w:r>
    </w:p>
    <w:p>
      <w:pPr>
        <w:pStyle w:val="ListParagraph"/>
      </w:pPr>
      <w:r>
        <w:rPr>
          <w:sz w:val="22"/>
        </w:rPr>
        <w:t>B. It’s an opportunity to experience the beauty of the Cherry Blossom Festival first-hand.</w:t>
      </w:r>
    </w:p>
    <w:p>
      <w:pPr>
        <w:pStyle w:val="ListParagraph"/>
      </w:pPr>
      <w:r>
        <w:rPr>
          <w:sz w:val="22"/>
        </w:rPr>
        <w:t>C. The festival is the time to appreciate the natural beauty of cherry blossoms.</w:t>
      </w:r>
    </w:p>
    <w:p>
      <w:pPr>
        <w:pStyle w:val="ListParagraph"/>
      </w:pPr>
      <w:r>
        <w:rPr>
          <w:sz w:val="22"/>
        </w:rPr>
        <w:t>D. It’s the beauty of cherry blossoms that visitors should admire in the festival.</w:t>
      </w:r>
    </w:p>
    <w:p/>
    <w:p>
      <w:r>
        <w:rPr>
          <w:b/>
          <w:sz w:val="24"/>
        </w:rPr>
        <w:t>Câu 39: Question 39: Which of the following can be inferred from the passage?</w:t>
      </w:r>
    </w:p>
    <w:p>
      <w:pPr>
        <w:pStyle w:val="ListParagraph"/>
      </w:pPr>
      <w:r>
        <w:rPr>
          <w:sz w:val="22"/>
        </w:rPr>
        <w:t>A. ‘Sakura’ is a beautiful respected icon of wealth and strength.</w:t>
      </w:r>
    </w:p>
    <w:p>
      <w:pPr>
        <w:pStyle w:val="ListParagraph"/>
      </w:pPr>
      <w:r>
        <w:rPr>
          <w:sz w:val="22"/>
        </w:rPr>
        <w:t>B. All the people in Japan don’t celebrate the Cherry Blossom Festival at the same time.</w:t>
      </w:r>
    </w:p>
    <w:p>
      <w:pPr>
        <w:pStyle w:val="ListParagraph"/>
      </w:pPr>
      <w:r>
        <w:rPr>
          <w:sz w:val="22"/>
        </w:rPr>
        <w:t>C. Ueno Park, one of the largest parks in Tokyo, is very far away from public transport.</w:t>
      </w:r>
    </w:p>
    <w:p>
      <w:pPr>
        <w:pStyle w:val="ListParagraph"/>
      </w:pPr>
      <w:r>
        <w:rPr>
          <w:sz w:val="22"/>
        </w:rPr>
        <w:t>D. During the festival, Ueno Park is always more crowded in the morning than in the afternoon.</w:t>
      </w:r>
    </w:p>
    <w:p/>
    <w:p>
      <w:r>
        <w:rPr>
          <w:b/>
          <w:sz w:val="24"/>
        </w:rPr>
        <w:t>Câu 40: Question 40: Which of the following best summarises the passage?</w:t>
      </w:r>
    </w:p>
    <w:p>
      <w:pPr>
        <w:pStyle w:val="ListParagraph"/>
      </w:pPr>
      <w:r>
        <w:rPr>
          <w:sz w:val="22"/>
        </w:rPr>
        <w:t>A. The Cherry Blossom Festival in Japan is the most important cultural event celebrating the spring bloom of cherry blossoms.</w:t>
      </w:r>
    </w:p>
    <w:p>
      <w:pPr>
        <w:pStyle w:val="ListParagraph"/>
      </w:pPr>
      <w:r>
        <w:rPr>
          <w:sz w:val="22"/>
        </w:rPr>
        <w:t>B. ‘Hanami,’ or flower viewing, is the traditional way to celebrate the Cherry Blossom Festival in Japan.</w:t>
      </w:r>
    </w:p>
    <w:p>
      <w:pPr>
        <w:pStyle w:val="ListParagraph"/>
      </w:pPr>
      <w:r>
        <w:rPr>
          <w:sz w:val="22"/>
        </w:rPr>
        <w:t>C. The Cherry Blossom Festival’s timing varies across Japan, but it’s celebrated vibrantly in public parks.</w:t>
      </w:r>
    </w:p>
    <w:p>
      <w:pPr>
        <w:pStyle w:val="ListParagraph"/>
      </w:pPr>
      <w:r>
        <w:rPr>
          <w:sz w:val="22"/>
        </w:rPr>
        <w:t>D. The Cherry Blossom Festival is an important cultural event, which is honoured and celebrated throughout Japan.</w:t>
      </w:r>
    </w:p>
    <w:p/>
    <w:p>
      <w:r>
        <w:t>──────────────────────────────────────────────────</w:t>
      </w:r>
    </w:p>
    <w:p>
      <w:r>
        <w:rPr>
          <w:b/>
        </w:rPr>
        <w:t>BẢNG ĐÁP ÁN &amp; LỜI GIẢI CHI TIẾT</w:t>
      </w:r>
    </w:p>
    <w:p>
      <w:r>
        <w:rPr>
          <w:b/>
        </w:rPr>
        <w:t>Câu 1: Đáp án đúng: C</w:t>
      </w:r>
    </w:p>
    <w:p>
      <w:r>
        <w:rPr>
          <w:b/>
        </w:rPr>
        <w:t>Câu 2: Đáp án đúng: C</w:t>
      </w:r>
    </w:p>
    <w:p>
      <w:r>
        <w:rPr>
          <w:b/>
        </w:rPr>
        <w:t>Câu 3: Đáp án đúng: D</w:t>
      </w:r>
    </w:p>
    <w:p>
      <w:r>
        <w:rPr>
          <w:b/>
        </w:rPr>
        <w:t>Câu 4: Đáp án đúng: C</w:t>
      </w:r>
    </w:p>
    <w:p>
      <w:r>
        <w:rPr>
          <w:b/>
        </w:rPr>
        <w:t>Câu 5: Đáp án đúng: B</w:t>
      </w:r>
    </w:p>
    <w:p>
      <w:r>
        <w:rPr>
          <w:b/>
        </w:rPr>
        <w:t>Câu 6: Đáp án đúng: D</w:t>
      </w:r>
    </w:p>
    <w:p>
      <w:r>
        <w:rPr>
          <w:b/>
        </w:rPr>
        <w:t>Câu 7: Đáp án đúng: C</w:t>
      </w:r>
    </w:p>
    <w:p>
      <w:r>
        <w:rPr>
          <w:b/>
        </w:rPr>
        <w:t>Câu 8: Đáp án đúng: A</w:t>
      </w:r>
    </w:p>
    <w:p>
      <w:r>
        <w:rPr>
          <w:b/>
        </w:rPr>
        <w:t>Câu 9: Đáp án đúng: C</w:t>
      </w:r>
    </w:p>
    <w:p>
      <w:r>
        <w:rPr>
          <w:b/>
        </w:rPr>
        <w:t>Câu 10: Đáp án đúng: A</w:t>
      </w:r>
    </w:p>
    <w:p>
      <w:r>
        <w:rPr>
          <w:b/>
        </w:rPr>
        <w:t>Câu 11: Đáp án đúng: B</w:t>
      </w:r>
    </w:p>
    <w:p>
      <w:r>
        <w:rPr>
          <w:b/>
        </w:rPr>
        <w:t>Câu 12: Đáp án đúng: C</w:t>
      </w:r>
    </w:p>
    <w:p>
      <w:r>
        <w:rPr>
          <w:b/>
        </w:rPr>
        <w:t>Câu 13: Đáp án đúng: D</w:t>
      </w:r>
    </w:p>
    <w:p>
      <w:r>
        <w:rPr>
          <w:b/>
        </w:rPr>
        <w:t>Câu 14: Đáp án đúng: C</w:t>
      </w:r>
    </w:p>
    <w:p>
      <w:r>
        <w:rPr>
          <w:b/>
        </w:rPr>
        <w:t>Câu 15: Đáp án đúng: B</w:t>
      </w:r>
    </w:p>
    <w:p>
      <w:r>
        <w:rPr>
          <w:b/>
        </w:rPr>
        <w:t>Câu 16: Đáp án đúng: B</w:t>
      </w:r>
    </w:p>
    <w:p>
      <w:r>
        <w:rPr>
          <w:b/>
        </w:rPr>
        <w:t>Câu 17: Đáp án đúng: D</w:t>
      </w:r>
    </w:p>
    <w:p>
      <w:r>
        <w:rPr>
          <w:b/>
        </w:rPr>
        <w:t>Câu 18: Đáp án đúng: D</w:t>
      </w:r>
    </w:p>
    <w:p>
      <w:r>
        <w:rPr>
          <w:b/>
        </w:rPr>
        <w:t>Câu 19: Đáp án đúng: B</w:t>
      </w:r>
    </w:p>
    <w:p>
      <w:r>
        <w:rPr>
          <w:b/>
        </w:rPr>
        <w:t>Câu 20: Đáp án đúng: D</w:t>
      </w:r>
    </w:p>
    <w:p>
      <w:r>
        <w:rPr>
          <w:b/>
        </w:rPr>
        <w:t>Câu 21: Đáp án đúng: D</w:t>
      </w:r>
    </w:p>
    <w:p>
      <w:r>
        <w:rPr>
          <w:b/>
        </w:rPr>
        <w:t>Câu 22: Đáp án đúng: A</w:t>
      </w:r>
    </w:p>
    <w:p>
      <w:r>
        <w:rPr>
          <w:b/>
        </w:rPr>
        <w:t>Câu 23: Đáp án đúng: D</w:t>
      </w:r>
    </w:p>
    <w:p>
      <w:r>
        <w:rPr>
          <w:b/>
        </w:rPr>
        <w:t>Câu 24: Đáp án đúng: B</w:t>
      </w:r>
    </w:p>
    <w:p>
      <w:r>
        <w:rPr>
          <w:b/>
        </w:rPr>
        <w:t>Câu 25: Đáp án đúng: C</w:t>
      </w:r>
    </w:p>
    <w:p>
      <w:r>
        <w:rPr>
          <w:b/>
        </w:rPr>
        <w:t>Câu 26: Đáp án đúng: D</w:t>
      </w:r>
    </w:p>
    <w:p>
      <w:r>
        <w:rPr>
          <w:b/>
        </w:rPr>
        <w:t>Câu 27: Đáp án đúng: A</w:t>
      </w:r>
    </w:p>
    <w:p>
      <w:r>
        <w:rPr>
          <w:b/>
        </w:rPr>
        <w:t>Câu 28: Đáp án đúng: C</w:t>
      </w:r>
    </w:p>
    <w:p>
      <w:r>
        <w:rPr>
          <w:b/>
        </w:rPr>
        <w:t>Câu 29: Đáp án đúng: B</w:t>
      </w:r>
    </w:p>
    <w:p>
      <w:r>
        <w:rPr>
          <w:b/>
        </w:rPr>
        <w:t>Câu 30: Đáp án đúng: C</w:t>
      </w:r>
    </w:p>
    <w:p>
      <w:r>
        <w:rPr>
          <w:b/>
        </w:rPr>
        <w:t>Câu 31: Đáp án đúng: A</w:t>
      </w:r>
    </w:p>
    <w:p>
      <w:r>
        <w:rPr>
          <w:b/>
        </w:rPr>
        <w:t>Câu 32: Đáp án đúng: A</w:t>
      </w:r>
    </w:p>
    <w:p>
      <w:r>
        <w:rPr>
          <w:b/>
        </w:rPr>
        <w:t>Câu 33: Đáp án đúng: D</w:t>
      </w:r>
    </w:p>
    <w:p>
      <w:r>
        <w:rPr>
          <w:b/>
        </w:rPr>
        <w:t>Câu 34: Đáp án đúng: C</w:t>
      </w:r>
    </w:p>
    <w:p>
      <w:r>
        <w:rPr>
          <w:b/>
        </w:rPr>
        <w:t>Câu 35: Đáp án đúng: D</w:t>
      </w:r>
    </w:p>
    <w:p>
      <w:r>
        <w:rPr>
          <w:b/>
        </w:rPr>
        <w:t>Câu 36: Đáp án đúng: D</w:t>
      </w:r>
    </w:p>
    <w:p>
      <w:r>
        <w:rPr>
          <w:b/>
        </w:rPr>
        <w:t>Câu 37: Đáp án đúng: C</w:t>
      </w:r>
    </w:p>
    <w:p>
      <w:r>
        <w:rPr>
          <w:b/>
        </w:rPr>
        <w:t>Câu 38: Đáp án đúng: C</w:t>
      </w:r>
    </w:p>
    <w:p>
      <w:r>
        <w:rPr>
          <w:b/>
        </w:rPr>
        <w:t>Câu 39: Đáp án đúng: B</w:t>
      </w:r>
    </w:p>
    <w:p>
      <w:r>
        <w:rPr>
          <w:b/>
        </w:rPr>
        <w:t>Câu 40: Đáp án đúng: D</w:t>
      </w:r>
    </w:p>
    <w:sectPr w:rsidR="00FC693F" w:rsidRPr="0006063C" w:rsidSect="00034616">
      <w:pgSz w:w="12240" w:h="15840"/>
      <w:pgMar w:top="1134" w:right="1134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