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A2463"/>
          <w:sz w:val="32"/>
        </w:rPr>
        <w:t>Tính đơn điệu của hàm số</w:t>
      </w:r>
    </w:p>
    <w:p>
      <w:pPr>
        <w:jc w:val="center"/>
      </w:pPr>
      <w:r>
        <w:rPr>
          <w:sz w:val="22"/>
        </w:rPr>
        <w:t>Số câu: 20    Thời gian: _____ phút    Họ và tên: _________________________</w:t>
      </w:r>
    </w:p>
    <w:p/>
    <w:p>
      <w:r>
        <w:rPr>
          <w:b/>
          <w:sz w:val="24"/>
        </w:rPr>
        <w:t>Câu 1: Hàm số $y = x^3 - 3x^2 + 1$ nghịch biến trên khoảng nào?</w:t>
      </w:r>
    </w:p>
    <w:p>
      <w:pPr>
        <w:pStyle w:val="ListParagraph"/>
      </w:pPr>
      <w:r>
        <w:rPr>
          <w:sz w:val="22"/>
        </w:rPr>
        <w:t>A. $(-\infty;0)$</w:t>
      </w:r>
    </w:p>
    <w:p>
      <w:pPr>
        <w:pStyle w:val="ListParagraph"/>
      </w:pPr>
      <w:r>
        <w:rPr>
          <w:sz w:val="22"/>
        </w:rPr>
        <w:t>B. $(0;2)$</w:t>
      </w:r>
    </w:p>
    <w:p>
      <w:pPr>
        <w:pStyle w:val="ListParagraph"/>
      </w:pPr>
      <w:r>
        <w:rPr>
          <w:sz w:val="22"/>
        </w:rPr>
        <w:t>C. $(2;+\infty)$</w:t>
      </w:r>
    </w:p>
    <w:p>
      <w:pPr>
        <w:pStyle w:val="ListParagraph"/>
      </w:pPr>
      <w:r>
        <w:rPr>
          <w:sz w:val="22"/>
        </w:rPr>
        <w:t>D. $(-\infty;+\infty)$</w:t>
      </w:r>
    </w:p>
    <w:p/>
    <w:p>
      <w:r>
        <w:rPr>
          <w:b/>
          <w:sz w:val="24"/>
        </w:rPr>
        <w:t>Câu 2: Hàm số $y = x^3 - 3x^2 + 2$ có điểm cực đại tại</w:t>
      </w:r>
    </w:p>
    <w:p>
      <w:pPr>
        <w:pStyle w:val="ListParagraph"/>
      </w:pPr>
      <w:r>
        <w:rPr>
          <w:sz w:val="22"/>
        </w:rPr>
        <w:t>A. $x = 2$</w:t>
      </w:r>
    </w:p>
    <w:p>
      <w:pPr>
        <w:pStyle w:val="ListParagraph"/>
      </w:pPr>
      <w:r>
        <w:rPr>
          <w:sz w:val="22"/>
        </w:rPr>
        <w:t>B. $x = 1$</w:t>
      </w:r>
    </w:p>
    <w:p>
      <w:pPr>
        <w:pStyle w:val="ListParagraph"/>
      </w:pPr>
      <w:r>
        <w:rPr>
          <w:sz w:val="22"/>
        </w:rPr>
        <w:t>C. $x = 0$</w:t>
      </w:r>
    </w:p>
    <w:p>
      <w:pPr>
        <w:pStyle w:val="ListParagraph"/>
      </w:pPr>
      <w:r>
        <w:rPr>
          <w:sz w:val="22"/>
        </w:rPr>
        <w:t>D. $x = -1$</w:t>
      </w:r>
    </w:p>
    <w:p/>
    <w:p>
      <w:r>
        <w:rPr>
          <w:b/>
          <w:sz w:val="24"/>
        </w:rPr>
        <w:t>Câu 3: Giá trị nhỏ nhất của hàm số $y = x^4 - 2x^2 + 3$ trên đoạn $[0;2]$ là</w:t>
      </w:r>
    </w:p>
    <w:p>
      <w:pPr>
        <w:pStyle w:val="ListParagraph"/>
      </w:pPr>
      <w:r>
        <w:rPr>
          <w:sz w:val="22"/>
        </w:rPr>
        <w:t>A. $3$</w:t>
      </w:r>
    </w:p>
    <w:p>
      <w:pPr>
        <w:pStyle w:val="ListParagraph"/>
      </w:pPr>
      <w:r>
        <w:rPr>
          <w:sz w:val="22"/>
        </w:rPr>
        <w:t>B. $2$</w:t>
      </w:r>
    </w:p>
    <w:p>
      <w:pPr>
        <w:pStyle w:val="ListParagraph"/>
      </w:pPr>
      <w:r>
        <w:rPr>
          <w:sz w:val="22"/>
        </w:rPr>
        <w:t>C. $11$</w:t>
      </w:r>
    </w:p>
    <w:p>
      <w:pPr>
        <w:pStyle w:val="ListParagraph"/>
      </w:pPr>
      <w:r>
        <w:rPr>
          <w:sz w:val="22"/>
        </w:rPr>
        <w:t>D. $1$</w:t>
      </w:r>
    </w:p>
    <w:p/>
    <w:p>
      <w:r>
        <w:rPr>
          <w:b/>
          <w:sz w:val="24"/>
        </w:rPr>
        <w:t>Câu 4: Đồ thị hàm số $y = \frac{2x-1}{x+1}$ có tiệm cận đứng là</w:t>
      </w:r>
    </w:p>
    <w:p>
      <w:pPr>
        <w:pStyle w:val="ListParagraph"/>
      </w:pPr>
      <w:r>
        <w:rPr>
          <w:sz w:val="22"/>
        </w:rPr>
        <w:t>A. $x = 1$</w:t>
      </w:r>
    </w:p>
    <w:p>
      <w:pPr>
        <w:pStyle w:val="ListParagraph"/>
      </w:pPr>
      <w:r>
        <w:rPr>
          <w:sz w:val="22"/>
        </w:rPr>
        <w:t>B. $y = 2$</w:t>
      </w:r>
    </w:p>
    <w:p>
      <w:pPr>
        <w:pStyle w:val="ListParagraph"/>
      </w:pPr>
      <w:r>
        <w:rPr>
          <w:sz w:val="22"/>
        </w:rPr>
        <w:t>C. $x = -1$</w:t>
      </w:r>
    </w:p>
    <w:p>
      <w:pPr>
        <w:pStyle w:val="ListParagraph"/>
      </w:pPr>
      <w:r>
        <w:rPr>
          <w:sz w:val="22"/>
        </w:rPr>
        <w:t>D. $y = -1$</w:t>
      </w:r>
    </w:p>
    <w:p/>
    <w:p>
      <w:r>
        <w:rPr>
          <w:b/>
          <w:sz w:val="24"/>
        </w:rPr>
        <w:t>Câu 5: Đồ thị hàm số $y = -x^3 + 3x^2 - 1$ nhận điểm nào làm tâm đối xứng?</w:t>
      </w:r>
    </w:p>
    <w:p>
      <w:pPr>
        <w:pStyle w:val="ListParagraph"/>
      </w:pPr>
      <w:r>
        <w:rPr>
          <w:sz w:val="22"/>
        </w:rPr>
        <w:t>A. $(1;0)$</w:t>
      </w:r>
    </w:p>
    <w:p>
      <w:pPr>
        <w:pStyle w:val="ListParagraph"/>
      </w:pPr>
      <w:r>
        <w:rPr>
          <w:sz w:val="22"/>
        </w:rPr>
        <w:t>B. $(0;-1)$</w:t>
      </w:r>
    </w:p>
    <w:p>
      <w:pPr>
        <w:pStyle w:val="ListParagraph"/>
      </w:pPr>
      <w:r>
        <w:rPr>
          <w:sz w:val="22"/>
        </w:rPr>
        <w:t>C. $(-1;1)$</w:t>
      </w:r>
    </w:p>
    <w:p>
      <w:pPr>
        <w:pStyle w:val="ListParagraph"/>
      </w:pPr>
      <w:r>
        <w:rPr>
          <w:sz w:val="22"/>
        </w:rPr>
        <w:t>D. $(1;1)$</w:t>
      </w:r>
    </w:p>
    <w:p/>
    <w:p>
      <w:r>
        <w:rPr>
          <w:b/>
          <w:sz w:val="24"/>
        </w:rPr>
        <w:t>Câu 6: Một vật chuyển động theo quy luật $s(t) = -t^3 + 6t^2 + 9t$ (m). Vận tốc lớn nhất của vật là</w:t>
      </w:r>
    </w:p>
    <w:p>
      <w:pPr>
        <w:pStyle w:val="ListParagraph"/>
      </w:pPr>
      <w:r>
        <w:rPr>
          <w:sz w:val="22"/>
        </w:rPr>
        <w:t>A. $9$ m/s</w:t>
      </w:r>
    </w:p>
    <w:p>
      <w:pPr>
        <w:pStyle w:val="ListParagraph"/>
      </w:pPr>
      <w:r>
        <w:rPr>
          <w:sz w:val="22"/>
        </w:rPr>
        <w:t>B. $15$ m/s</w:t>
      </w:r>
    </w:p>
    <w:p>
      <w:pPr>
        <w:pStyle w:val="ListParagraph"/>
      </w:pPr>
      <w:r>
        <w:rPr>
          <w:sz w:val="22"/>
        </w:rPr>
        <w:t>C. $24$ m/s</w:t>
      </w:r>
    </w:p>
    <w:p>
      <w:pPr>
        <w:pStyle w:val="ListParagraph"/>
      </w:pPr>
      <w:r>
        <w:rPr>
          <w:sz w:val="22"/>
        </w:rPr>
        <w:t>D. $21$ m/s</w:t>
      </w:r>
    </w:p>
    <w:p/>
    <w:p>
      <w:r>
        <w:rPr>
          <w:b/>
          <w:sz w:val="24"/>
        </w:rPr>
        <w:t>Câu 7: Thể tích khối chóp có diện tích đáy $S$ và chiều cao $h$ là</w:t>
      </w:r>
    </w:p>
    <w:p>
      <w:pPr>
        <w:pStyle w:val="ListParagraph"/>
      </w:pPr>
      <w:r>
        <w:rPr>
          <w:sz w:val="22"/>
        </w:rPr>
        <w:t>A. $S h$</w:t>
      </w:r>
    </w:p>
    <w:p>
      <w:pPr>
        <w:pStyle w:val="ListParagraph"/>
      </w:pPr>
      <w:r>
        <w:rPr>
          <w:sz w:val="22"/>
        </w:rPr>
        <w:t>B. $\frac{1}{2} S h$</w:t>
      </w:r>
    </w:p>
    <w:p>
      <w:pPr>
        <w:pStyle w:val="ListParagraph"/>
      </w:pPr>
      <w:r>
        <w:rPr>
          <w:sz w:val="22"/>
        </w:rPr>
        <w:t>C. $\frac{1}{3} S h$</w:t>
      </w:r>
    </w:p>
    <w:p>
      <w:pPr>
        <w:pStyle w:val="ListParagraph"/>
      </w:pPr>
      <w:r>
        <w:rPr>
          <w:sz w:val="22"/>
        </w:rPr>
        <w:t>D. $\frac{1}{6} S h$</w:t>
      </w:r>
    </w:p>
    <w:p/>
    <w:p>
      <w:r>
        <w:rPr>
          <w:b/>
          <w:sz w:val="24"/>
        </w:rPr>
        <w:t>Câu 8: Khoảng cách từ điểm $M(1;2;3)$ đến mặt phẳng $(Oxy)$ là</w:t>
      </w:r>
    </w:p>
    <w:p>
      <w:pPr>
        <w:pStyle w:val="ListParagraph"/>
      </w:pPr>
      <w:r>
        <w:rPr>
          <w:sz w:val="22"/>
        </w:rPr>
        <w:t>A. $1$</w:t>
      </w:r>
    </w:p>
    <w:p>
      <w:pPr>
        <w:pStyle w:val="ListParagraph"/>
      </w:pPr>
      <w:r>
        <w:rPr>
          <w:sz w:val="22"/>
        </w:rPr>
        <w:t>B. $2$</w:t>
      </w:r>
    </w:p>
    <w:p>
      <w:pPr>
        <w:pStyle w:val="ListParagraph"/>
      </w:pPr>
      <w:r>
        <w:rPr>
          <w:sz w:val="22"/>
        </w:rPr>
        <w:t>C. $3$</w:t>
      </w:r>
    </w:p>
    <w:p>
      <w:pPr>
        <w:pStyle w:val="ListParagraph"/>
      </w:pPr>
      <w:r>
        <w:rPr>
          <w:sz w:val="22"/>
        </w:rPr>
        <w:t>D. $\sqrt{14}$</w:t>
      </w:r>
    </w:p>
    <w:p/>
    <w:p>
      <w:r>
        <w:rPr>
          <w:b/>
          <w:sz w:val="24"/>
        </w:rPr>
        <w:t>Câu 9: Hàm số $y = \frac{x+1}{x-2}$ có tính đơn điệu như thế nào trên từng khoảng xác định?</w:t>
      </w:r>
    </w:p>
    <w:p>
      <w:pPr>
        <w:pStyle w:val="ListParagraph"/>
      </w:pPr>
      <w:r>
        <w:rPr>
          <w:sz w:val="22"/>
        </w:rPr>
        <w:t>A. Đồng biến trên $\mathbb{R}$</w:t>
      </w:r>
    </w:p>
    <w:p>
      <w:pPr>
        <w:pStyle w:val="ListParagraph"/>
      </w:pPr>
      <w:r>
        <w:rPr>
          <w:sz w:val="22"/>
        </w:rPr>
        <w:t>B. Nghịch biến trên $\mathbb{R}$</w:t>
      </w:r>
    </w:p>
    <w:p>
      <w:pPr>
        <w:pStyle w:val="ListParagraph"/>
      </w:pPr>
      <w:r>
        <w:rPr>
          <w:sz w:val="22"/>
        </w:rPr>
        <w:t>C. Nghịch biến trên mỗi khoảng xác định</w:t>
      </w:r>
    </w:p>
    <w:p>
      <w:pPr>
        <w:pStyle w:val="ListParagraph"/>
      </w:pPr>
      <w:r>
        <w:rPr>
          <w:sz w:val="22"/>
        </w:rPr>
        <w:t>D. Đồng biến trên mỗi khoảng xác định</w:t>
      </w:r>
    </w:p>
    <w:p/>
    <w:p>
      <w:r>
        <w:rPr>
          <w:b/>
          <w:sz w:val="24"/>
        </w:rPr>
        <w:t>Câu 10: Số điểm cực trị của hàm số $y = x^4 - 2x^2 + 1$ là</w:t>
      </w:r>
    </w:p>
    <w:p>
      <w:pPr>
        <w:pStyle w:val="ListParagraph"/>
      </w:pPr>
      <w:r>
        <w:rPr>
          <w:sz w:val="22"/>
        </w:rPr>
        <w:t>A. $2$</w:t>
      </w:r>
    </w:p>
    <w:p>
      <w:pPr>
        <w:pStyle w:val="ListParagraph"/>
      </w:pPr>
      <w:r>
        <w:rPr>
          <w:sz w:val="22"/>
        </w:rPr>
        <w:t>B. $3$</w:t>
      </w:r>
    </w:p>
    <w:p>
      <w:pPr>
        <w:pStyle w:val="ListParagraph"/>
      </w:pPr>
      <w:r>
        <w:rPr>
          <w:sz w:val="22"/>
        </w:rPr>
        <w:t>C. $1$</w:t>
      </w:r>
    </w:p>
    <w:p>
      <w:pPr>
        <w:pStyle w:val="ListParagraph"/>
      </w:pPr>
      <w:r>
        <w:rPr>
          <w:sz w:val="22"/>
        </w:rPr>
        <w:t>D. $0$</w:t>
      </w:r>
    </w:p>
    <w:p/>
    <w:p>
      <w:r>
        <w:rPr>
          <w:b/>
          <w:sz w:val="24"/>
        </w:rPr>
        <w:t>Câu 11: Giá trị lớn nhất của hàm số $y = -x^2 + 4x + 1$ trên $\mathbb{R}$ là</w:t>
      </w:r>
    </w:p>
    <w:p>
      <w:pPr>
        <w:pStyle w:val="ListParagraph"/>
      </w:pPr>
      <w:r>
        <w:rPr>
          <w:sz w:val="22"/>
        </w:rPr>
        <w:t>A. $5$</w:t>
      </w:r>
    </w:p>
    <w:p>
      <w:pPr>
        <w:pStyle w:val="ListParagraph"/>
      </w:pPr>
      <w:r>
        <w:rPr>
          <w:sz w:val="22"/>
        </w:rPr>
        <w:t>B. $1$</w:t>
      </w:r>
    </w:p>
    <w:p>
      <w:pPr>
        <w:pStyle w:val="ListParagraph"/>
      </w:pPr>
      <w:r>
        <w:rPr>
          <w:sz w:val="22"/>
        </w:rPr>
        <w:t>C. $4$</w:t>
      </w:r>
    </w:p>
    <w:p>
      <w:pPr>
        <w:pStyle w:val="ListParagraph"/>
      </w:pPr>
      <w:r>
        <w:rPr>
          <w:sz w:val="22"/>
        </w:rPr>
        <w:t>D. $3$</w:t>
      </w:r>
    </w:p>
    <w:p/>
    <w:p>
      <w:r>
        <w:rPr>
          <w:b/>
          <w:sz w:val="24"/>
        </w:rPr>
        <w:t>Câu 12: Tiệm cận ngang của đồ thị hàm số $y = \frac{3x+1}{x-2}$ là</w:t>
      </w:r>
    </w:p>
    <w:p>
      <w:pPr>
        <w:pStyle w:val="ListParagraph"/>
      </w:pPr>
      <w:r>
        <w:rPr>
          <w:sz w:val="22"/>
        </w:rPr>
        <w:t>A. $y = -2$</w:t>
      </w:r>
    </w:p>
    <w:p>
      <w:pPr>
        <w:pStyle w:val="ListParagraph"/>
      </w:pPr>
      <w:r>
        <w:rPr>
          <w:sz w:val="22"/>
        </w:rPr>
        <w:t>B. $y = 1$</w:t>
      </w:r>
    </w:p>
    <w:p>
      <w:pPr>
        <w:pStyle w:val="ListParagraph"/>
      </w:pPr>
      <w:r>
        <w:rPr>
          <w:sz w:val="22"/>
        </w:rPr>
        <w:t>C. $x = 2$</w:t>
      </w:r>
    </w:p>
    <w:p>
      <w:pPr>
        <w:pStyle w:val="ListParagraph"/>
      </w:pPr>
      <w:r>
        <w:rPr>
          <w:sz w:val="22"/>
        </w:rPr>
        <w:t>D. $y = 3$</w:t>
      </w:r>
    </w:p>
    <w:p/>
    <w:p>
      <w:r>
        <w:rPr>
          <w:b/>
          <w:sz w:val="24"/>
        </w:rPr>
        <w:t>Câu 13: Đồ thị hàm số $y = \frac{x-1}{x+2}$ cắt trục hoành tại điểm nào?</w:t>
      </w:r>
    </w:p>
    <w:p>
      <w:pPr>
        <w:pStyle w:val="ListParagraph"/>
      </w:pPr>
      <w:r>
        <w:rPr>
          <w:sz w:val="22"/>
        </w:rPr>
        <w:t>A. $(-2;0)$</w:t>
      </w:r>
    </w:p>
    <w:p>
      <w:pPr>
        <w:pStyle w:val="ListParagraph"/>
      </w:pPr>
      <w:r>
        <w:rPr>
          <w:sz w:val="22"/>
        </w:rPr>
        <w:t>B. $(0;-\frac{1}{2})$</w:t>
      </w:r>
    </w:p>
    <w:p>
      <w:pPr>
        <w:pStyle w:val="ListParagraph"/>
      </w:pPr>
      <w:r>
        <w:rPr>
          <w:sz w:val="22"/>
        </w:rPr>
        <w:t>C. $(1;0)$</w:t>
      </w:r>
    </w:p>
    <w:p>
      <w:pPr>
        <w:pStyle w:val="ListParagraph"/>
      </w:pPr>
      <w:r>
        <w:rPr>
          <w:sz w:val="22"/>
        </w:rPr>
        <w:t>D. $(0;-2)$</w:t>
      </w:r>
    </w:p>
    <w:p/>
    <w:p>
      <w:r>
        <w:rPr>
          <w:b/>
          <w:sz w:val="24"/>
        </w:rPr>
        <w:t>Câu 14: Một hộp không nắp có đáy là hình vuông cạnh $x$, chiều cao $h$. Diện tích vật liệu để làm hộp (không kể nắp) là</w:t>
      </w:r>
    </w:p>
    <w:p>
      <w:pPr>
        <w:pStyle w:val="ListParagraph"/>
      </w:pPr>
      <w:r>
        <w:rPr>
          <w:sz w:val="22"/>
        </w:rPr>
        <w:t>A. $x^2 + 2xh$</w:t>
      </w:r>
    </w:p>
    <w:p>
      <w:pPr>
        <w:pStyle w:val="ListParagraph"/>
      </w:pPr>
      <w:r>
        <w:rPr>
          <w:sz w:val="22"/>
        </w:rPr>
        <w:t>B. $x^2 + 4xh$</w:t>
      </w:r>
    </w:p>
    <w:p>
      <w:pPr>
        <w:pStyle w:val="ListParagraph"/>
      </w:pPr>
      <w:r>
        <w:rPr>
          <w:sz w:val="22"/>
        </w:rPr>
        <w:t>C. $2x^2 + 4xh$</w:t>
      </w:r>
    </w:p>
    <w:p>
      <w:pPr>
        <w:pStyle w:val="ListParagraph"/>
      </w:pPr>
      <w:r>
        <w:rPr>
          <w:sz w:val="22"/>
        </w:rPr>
        <w:t>D. $6x^2$</w:t>
      </w:r>
    </w:p>
    <w:p/>
    <w:p>
      <w:r>
        <w:rPr>
          <w:b/>
          <w:sz w:val="24"/>
        </w:rPr>
        <w:t>Câu 15: Thể tích khối lăng trụ có diện tích đáy $B$ và chiều cao $h$ là</w:t>
      </w:r>
    </w:p>
    <w:p>
      <w:pPr>
        <w:pStyle w:val="ListParagraph"/>
      </w:pPr>
      <w:r>
        <w:rPr>
          <w:sz w:val="22"/>
        </w:rPr>
        <w:t>A. $\frac{1}{3} B h$</w:t>
      </w:r>
    </w:p>
    <w:p>
      <w:pPr>
        <w:pStyle w:val="ListParagraph"/>
      </w:pPr>
      <w:r>
        <w:rPr>
          <w:sz w:val="22"/>
        </w:rPr>
        <w:t>B. $\frac{1}{2} B h$</w:t>
      </w:r>
    </w:p>
    <w:p>
      <w:pPr>
        <w:pStyle w:val="ListParagraph"/>
      </w:pPr>
      <w:r>
        <w:rPr>
          <w:sz w:val="22"/>
        </w:rPr>
        <w:t>C. $B h$</w:t>
      </w:r>
    </w:p>
    <w:p>
      <w:pPr>
        <w:pStyle w:val="ListParagraph"/>
      </w:pPr>
      <w:r>
        <w:rPr>
          <w:sz w:val="22"/>
        </w:rPr>
        <w:t>D. $2 B h$</w:t>
      </w:r>
    </w:p>
    <w:p/>
    <w:p>
      <w:r>
        <w:rPr>
          <w:b/>
          <w:sz w:val="24"/>
        </w:rPr>
        <w:t>Câu 16: Khoảng cách giữa hai điểm $A(1;2;3)$ và $B(4;6;3)$ là</w:t>
      </w:r>
    </w:p>
    <w:p>
      <w:pPr>
        <w:pStyle w:val="ListParagraph"/>
      </w:pPr>
      <w:r>
        <w:rPr>
          <w:sz w:val="22"/>
        </w:rPr>
        <w:t>A. $25$</w:t>
      </w:r>
    </w:p>
    <w:p>
      <w:pPr>
        <w:pStyle w:val="ListParagraph"/>
      </w:pPr>
      <w:r>
        <w:rPr>
          <w:sz w:val="22"/>
        </w:rPr>
        <w:t>B. $\sqrt{7}$</w:t>
      </w:r>
    </w:p>
    <w:p>
      <w:pPr>
        <w:pStyle w:val="ListParagraph"/>
      </w:pPr>
      <w:r>
        <w:rPr>
          <w:sz w:val="22"/>
        </w:rPr>
        <w:t>C. $7$</w:t>
      </w:r>
    </w:p>
    <w:p>
      <w:pPr>
        <w:pStyle w:val="ListParagraph"/>
      </w:pPr>
      <w:r>
        <w:rPr>
          <w:sz w:val="22"/>
        </w:rPr>
        <w:t>D. $5$</w:t>
      </w:r>
    </w:p>
    <w:p/>
    <w:p>
      <w:r>
        <w:rPr>
          <w:b/>
          <w:sz w:val="24"/>
        </w:rPr>
        <w:t>Câu 17: Hàm số $y = x^3 + 3x^2 + 3x + 1$ đồng biến trên khoảng nào?</w:t>
      </w:r>
    </w:p>
    <w:p>
      <w:pPr>
        <w:pStyle w:val="ListParagraph"/>
      </w:pPr>
      <w:r>
        <w:rPr>
          <w:sz w:val="22"/>
        </w:rPr>
        <w:t>A. $(-\infty;-1)$</w:t>
      </w:r>
    </w:p>
    <w:p>
      <w:pPr>
        <w:pStyle w:val="ListParagraph"/>
      </w:pPr>
      <w:r>
        <w:rPr>
          <w:sz w:val="22"/>
        </w:rPr>
        <w:t>B. $(-1;+\infty)$</w:t>
      </w:r>
    </w:p>
    <w:p>
      <w:pPr>
        <w:pStyle w:val="ListParagraph"/>
      </w:pPr>
      <w:r>
        <w:rPr>
          <w:sz w:val="22"/>
        </w:rPr>
        <w:t>C. $\mathbb{R}$</w:t>
      </w:r>
    </w:p>
    <w:p>
      <w:pPr>
        <w:pStyle w:val="ListParagraph"/>
      </w:pPr>
      <w:r>
        <w:rPr>
          <w:sz w:val="22"/>
        </w:rPr>
        <w:t>D. $(-\infty;+\infty) \setminus \{-1\}$</w:t>
      </w:r>
    </w:p>
    <w:p/>
    <w:p>
      <w:r>
        <w:rPr>
          <w:b/>
          <w:sz w:val="24"/>
        </w:rPr>
        <w:t>Câu 18: Giá trị cực tiểu của hàm số $y = x^3 - 3x + 1$ là</w:t>
      </w:r>
    </w:p>
    <w:p>
      <w:pPr>
        <w:pStyle w:val="ListParagraph"/>
      </w:pPr>
      <w:r>
        <w:rPr>
          <w:sz w:val="22"/>
        </w:rPr>
        <w:t>A. $3$</w:t>
      </w:r>
    </w:p>
    <w:p>
      <w:pPr>
        <w:pStyle w:val="ListParagraph"/>
      </w:pPr>
      <w:r>
        <w:rPr>
          <w:sz w:val="22"/>
        </w:rPr>
        <w:t>B. $1$</w:t>
      </w:r>
    </w:p>
    <w:p>
      <w:pPr>
        <w:pStyle w:val="ListParagraph"/>
      </w:pPr>
      <w:r>
        <w:rPr>
          <w:sz w:val="22"/>
        </w:rPr>
        <w:t>C. $0$</w:t>
      </w:r>
    </w:p>
    <w:p>
      <w:pPr>
        <w:pStyle w:val="ListParagraph"/>
      </w:pPr>
      <w:r>
        <w:rPr>
          <w:sz w:val="22"/>
        </w:rPr>
        <w:t>D. $-1$</w:t>
      </w:r>
    </w:p>
    <w:p/>
    <w:p>
      <w:r>
        <w:rPr>
          <w:b/>
          <w:sz w:val="24"/>
        </w:rPr>
        <w:t>Câu 19: Giá trị lớn nhất của hàm số $y = x + \frac{1}{x}$ trên đoạn $[1;3]$ là</w:t>
      </w:r>
    </w:p>
    <w:p>
      <w:pPr>
        <w:pStyle w:val="ListParagraph"/>
      </w:pPr>
      <w:r>
        <w:rPr>
          <w:sz w:val="22"/>
        </w:rPr>
        <w:t>A. $2$</w:t>
      </w:r>
    </w:p>
    <w:p>
      <w:pPr>
        <w:pStyle w:val="ListParagraph"/>
      </w:pPr>
      <w:r>
        <w:rPr>
          <w:sz w:val="22"/>
        </w:rPr>
        <w:t>B. $3$</w:t>
      </w:r>
    </w:p>
    <w:p>
      <w:pPr>
        <w:pStyle w:val="ListParagraph"/>
      </w:pPr>
      <w:r>
        <w:rPr>
          <w:sz w:val="22"/>
        </w:rPr>
        <w:t>C. $4$</w:t>
      </w:r>
    </w:p>
    <w:p>
      <w:pPr>
        <w:pStyle w:val="ListParagraph"/>
      </w:pPr>
      <w:r>
        <w:rPr>
          <w:sz w:val="22"/>
        </w:rPr>
        <w:t>D. $\frac{10}{3}$</w:t>
      </w:r>
    </w:p>
    <w:p/>
    <w:p>
      <w:r>
        <w:rPr>
          <w:b/>
          <w:sz w:val="24"/>
        </w:rPr>
        <w:t>Câu 20: Số đường tiệm cận của đồ thị hàm số $y = \frac{2x-1}{x^2-1}$ là</w:t>
      </w:r>
    </w:p>
    <w:p>
      <w:pPr>
        <w:pStyle w:val="ListParagraph"/>
      </w:pPr>
      <w:r>
        <w:rPr>
          <w:sz w:val="22"/>
        </w:rPr>
        <w:t>A. $3$</w:t>
      </w:r>
    </w:p>
    <w:p>
      <w:pPr>
        <w:pStyle w:val="ListParagraph"/>
      </w:pPr>
      <w:r>
        <w:rPr>
          <w:sz w:val="22"/>
        </w:rPr>
        <w:t>B. $2$</w:t>
      </w:r>
    </w:p>
    <w:p>
      <w:pPr>
        <w:pStyle w:val="ListParagraph"/>
      </w:pPr>
      <w:r>
        <w:rPr>
          <w:sz w:val="22"/>
        </w:rPr>
        <w:t>C. $1$</w:t>
      </w:r>
    </w:p>
    <w:p>
      <w:pPr>
        <w:pStyle w:val="ListParagraph"/>
      </w:pPr>
      <w:r>
        <w:rPr>
          <w:sz w:val="22"/>
        </w:rPr>
        <w:t>D. $0$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</w:rPr>
        <w:t>BẢNG ĐÁP ÁN &amp; LỜI GIẢI CHI TIẾT</w:t>
      </w:r>
    </w:p>
    <w:p>
      <w:r>
        <w:rPr>
          <w:b/>
        </w:rPr>
        <w:t>Câu 1: Đáp án đúng: B</w:t>
      </w:r>
    </w:p>
    <w:p>
      <w:r>
        <w:rPr>
          <w:b/>
        </w:rPr>
        <w:t>Câu 2: Đáp án đúng: C</w:t>
      </w:r>
    </w:p>
    <w:p>
      <w:r>
        <w:rPr>
          <w:b/>
        </w:rPr>
        <w:t>Câu 3: Đáp án đúng: B</w:t>
      </w:r>
    </w:p>
    <w:p>
      <w:r>
        <w:rPr>
          <w:b/>
        </w:rPr>
        <w:t>Câu 4: Đáp án đúng: C</w:t>
      </w:r>
    </w:p>
    <w:p>
      <w:r>
        <w:rPr>
          <w:b/>
        </w:rPr>
        <w:t>Câu 5: Đáp án đúng: D</w:t>
      </w:r>
    </w:p>
    <w:p>
      <w:r>
        <w:rPr>
          <w:b/>
        </w:rPr>
        <w:t>Câu 6: Đáp án đúng: D</w:t>
      </w:r>
    </w:p>
    <w:p>
      <w:r>
        <w:rPr>
          <w:b/>
        </w:rPr>
        <w:t>Câu 7: Đáp án đúng: C</w:t>
      </w:r>
    </w:p>
    <w:p>
      <w:r>
        <w:rPr>
          <w:b/>
        </w:rPr>
        <w:t>Câu 8: Đáp án đúng: C</w:t>
      </w:r>
    </w:p>
    <w:p>
      <w:r>
        <w:rPr>
          <w:b/>
        </w:rPr>
        <w:t>Câu 9: Đáp án đúng: C</w:t>
      </w:r>
    </w:p>
    <w:p>
      <w:r>
        <w:rPr>
          <w:b/>
        </w:rPr>
        <w:t>Câu 10: Đáp án đúng: B</w:t>
      </w:r>
    </w:p>
    <w:p>
      <w:r>
        <w:rPr>
          <w:b/>
        </w:rPr>
        <w:t>Câu 11: Đáp án đúng: A</w:t>
      </w:r>
    </w:p>
    <w:p>
      <w:r>
        <w:rPr>
          <w:b/>
        </w:rPr>
        <w:t>Câu 12: Đáp án đúng: D</w:t>
      </w:r>
    </w:p>
    <w:p>
      <w:r>
        <w:rPr>
          <w:b/>
        </w:rPr>
        <w:t>Câu 13: Đáp án đúng: C</w:t>
      </w:r>
    </w:p>
    <w:p>
      <w:r>
        <w:rPr>
          <w:b/>
        </w:rPr>
        <w:t>Câu 14: Đáp án đúng: B</w:t>
      </w:r>
    </w:p>
    <w:p>
      <w:r>
        <w:rPr>
          <w:b/>
        </w:rPr>
        <w:t>Câu 15: Đáp án đúng: C</w:t>
      </w:r>
    </w:p>
    <w:p>
      <w:r>
        <w:rPr>
          <w:b/>
        </w:rPr>
        <w:t>Câu 16: Đáp án đúng: D</w:t>
      </w:r>
    </w:p>
    <w:p>
      <w:r>
        <w:rPr>
          <w:b/>
        </w:rPr>
        <w:t>Câu 17: Đáp án đúng: C</w:t>
      </w:r>
    </w:p>
    <w:p>
      <w:r>
        <w:rPr>
          <w:b/>
        </w:rPr>
        <w:t>Câu 18: Đáp án đúng: D</w:t>
      </w:r>
    </w:p>
    <w:p>
      <w:r>
        <w:rPr>
          <w:b/>
        </w:rPr>
        <w:t>Câu 19: Đáp án đúng: D</w:t>
      </w:r>
    </w:p>
    <w:p>
      <w:r>
        <w:rPr>
          <w:b/>
        </w:rPr>
        <w:t>Câu 20: Đáp án đúng: A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