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Địa lý Lớp 12 - Bản đồ và các phương pháp biểu hiện trên bản đồ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Vị trí địa lí nước ta nằm ở</w:t>
      </w:r>
    </w:p>
    <w:p>
      <w:pPr>
        <w:pStyle w:val="ListParagraph"/>
      </w:pPr>
      <w:r>
        <w:rPr>
          <w:sz w:val="22"/>
        </w:rPr>
        <w:t>A. rìa phía đông bán đảo Đông Dương, gần trung tâm Đông Nam Á.</w:t>
      </w:r>
    </w:p>
    <w:p>
      <w:pPr>
        <w:pStyle w:val="ListParagraph"/>
      </w:pPr>
      <w:r>
        <w:rPr>
          <w:sz w:val="22"/>
        </w:rPr>
        <w:t>B. rìa phía tây bán đảo Đông Dương, gần trung tâm châu Á.</w:t>
      </w:r>
    </w:p>
    <w:p>
      <w:pPr>
        <w:pStyle w:val="ListParagraph"/>
      </w:pPr>
      <w:r>
        <w:rPr>
          <w:sz w:val="22"/>
        </w:rPr>
        <w:t>C. phía nam lục địa Á - Âu, trong vùng nội chí tuyến.</w:t>
      </w:r>
    </w:p>
    <w:p>
      <w:pPr>
        <w:pStyle w:val="ListParagraph"/>
      </w:pPr>
      <w:r>
        <w:rPr>
          <w:sz w:val="22"/>
        </w:rPr>
        <w:t>D. trên bán đảo Ấn Độ, gần trung tâm Đông Nam Á.</w:t>
      </w:r>
    </w:p>
    <w:p/>
    <w:p>
      <w:r>
        <w:rPr>
          <w:b/>
          <w:sz w:val="24"/>
        </w:rPr>
        <w:t>Câu 2: Điểm cực Bắc phần đất liền nước ta thuộc tỉnh</w:t>
      </w:r>
    </w:p>
    <w:p>
      <w:pPr>
        <w:pStyle w:val="ListParagraph"/>
      </w:pPr>
      <w:r>
        <w:rPr>
          <w:sz w:val="22"/>
        </w:rPr>
        <w:t>A. Cao Bằng</w:t>
      </w:r>
    </w:p>
    <w:p>
      <w:pPr>
        <w:pStyle w:val="ListParagraph"/>
      </w:pPr>
      <w:r>
        <w:rPr>
          <w:sz w:val="22"/>
        </w:rPr>
        <w:t>B. Hà Giang</w:t>
      </w:r>
    </w:p>
    <w:p>
      <w:pPr>
        <w:pStyle w:val="ListParagraph"/>
      </w:pPr>
      <w:r>
        <w:rPr>
          <w:sz w:val="22"/>
        </w:rPr>
        <w:t>C. Lạng Sơn</w:t>
      </w:r>
    </w:p>
    <w:p>
      <w:pPr>
        <w:pStyle w:val="ListParagraph"/>
      </w:pPr>
      <w:r>
        <w:rPr>
          <w:sz w:val="22"/>
        </w:rPr>
        <w:t>D. Điện Biên</w:t>
      </w:r>
    </w:p>
    <w:p/>
    <w:p>
      <w:r>
        <w:rPr>
          <w:b/>
          <w:sz w:val="24"/>
        </w:rPr>
        <w:t>Câu 3: Điểm cực Nam phần đất liền nước ta thuộc tỉnh</w:t>
      </w:r>
    </w:p>
    <w:p>
      <w:pPr>
        <w:pStyle w:val="ListParagraph"/>
      </w:pPr>
      <w:r>
        <w:rPr>
          <w:sz w:val="22"/>
        </w:rPr>
        <w:t>A. Kiên Giang</w:t>
      </w:r>
    </w:p>
    <w:p>
      <w:pPr>
        <w:pStyle w:val="ListParagraph"/>
      </w:pPr>
      <w:r>
        <w:rPr>
          <w:sz w:val="22"/>
        </w:rPr>
        <w:t>B. Bạc Liêu</w:t>
      </w:r>
    </w:p>
    <w:p>
      <w:pPr>
        <w:pStyle w:val="ListParagraph"/>
      </w:pPr>
      <w:r>
        <w:rPr>
          <w:sz w:val="22"/>
        </w:rPr>
        <w:t>C. Cà Mau</w:t>
      </w:r>
    </w:p>
    <w:p>
      <w:pPr>
        <w:pStyle w:val="ListParagraph"/>
      </w:pPr>
      <w:r>
        <w:rPr>
          <w:sz w:val="22"/>
        </w:rPr>
        <w:t>D. Sóc Trăng</w:t>
      </w:r>
    </w:p>
    <w:p/>
    <w:p>
      <w:r>
        <w:rPr>
          <w:b/>
          <w:sz w:val="24"/>
        </w:rPr>
        <w:t>Câu 4: Điểm cực Đông phần đất liền nước ta thuộc tỉnh</w:t>
      </w:r>
    </w:p>
    <w:p>
      <w:pPr>
        <w:pStyle w:val="ListParagraph"/>
      </w:pPr>
      <w:r>
        <w:rPr>
          <w:sz w:val="22"/>
        </w:rPr>
        <w:t>A. Phú Yên</w:t>
      </w:r>
    </w:p>
    <w:p>
      <w:pPr>
        <w:pStyle w:val="ListParagraph"/>
      </w:pPr>
      <w:r>
        <w:rPr>
          <w:sz w:val="22"/>
        </w:rPr>
        <w:t>B. Ninh Thuận</w:t>
      </w:r>
    </w:p>
    <w:p>
      <w:pPr>
        <w:pStyle w:val="ListParagraph"/>
      </w:pPr>
      <w:r>
        <w:rPr>
          <w:sz w:val="22"/>
        </w:rPr>
        <w:t>C. Bình Thuận</w:t>
      </w:r>
    </w:p>
    <w:p>
      <w:pPr>
        <w:pStyle w:val="ListParagraph"/>
      </w:pPr>
      <w:r>
        <w:rPr>
          <w:sz w:val="22"/>
        </w:rPr>
        <w:t>D. Khánh Hòa</w:t>
      </w:r>
    </w:p>
    <w:p/>
    <w:p>
      <w:r>
        <w:rPr>
          <w:b/>
          <w:sz w:val="24"/>
        </w:rPr>
        <w:t>Câu 5: Điểm cực Tây phần đất liền nước ta thuộc tỉnh</w:t>
      </w:r>
    </w:p>
    <w:p>
      <w:pPr>
        <w:pStyle w:val="ListParagraph"/>
      </w:pPr>
      <w:r>
        <w:rPr>
          <w:sz w:val="22"/>
        </w:rPr>
        <w:t>A. Điện Biên</w:t>
      </w:r>
    </w:p>
    <w:p>
      <w:pPr>
        <w:pStyle w:val="ListParagraph"/>
      </w:pPr>
      <w:r>
        <w:rPr>
          <w:sz w:val="22"/>
        </w:rPr>
        <w:t>B. Sơn La</w:t>
      </w:r>
    </w:p>
    <w:p>
      <w:pPr>
        <w:pStyle w:val="ListParagraph"/>
      </w:pPr>
      <w:r>
        <w:rPr>
          <w:sz w:val="22"/>
        </w:rPr>
        <w:t>C. Lai Châu</w:t>
      </w:r>
    </w:p>
    <w:p>
      <w:pPr>
        <w:pStyle w:val="ListParagraph"/>
      </w:pPr>
      <w:r>
        <w:rPr>
          <w:sz w:val="22"/>
        </w:rPr>
        <w:t>D. Hà Giang</w:t>
      </w:r>
    </w:p>
    <w:p/>
    <w:p>
      <w:r>
        <w:rPr>
          <w:b/>
          <w:sz w:val="24"/>
        </w:rPr>
        <w:t>Câu 6: Vùng biển nước ta có diện tích khoảng</w:t>
      </w:r>
    </w:p>
    <w:p>
      <w:pPr>
        <w:pStyle w:val="ListParagraph"/>
      </w:pPr>
      <w:r>
        <w:rPr>
          <w:sz w:val="22"/>
        </w:rPr>
        <w:t>A. 2 triệu km²</w:t>
      </w:r>
    </w:p>
    <w:p>
      <w:pPr>
        <w:pStyle w:val="ListParagraph"/>
      </w:pPr>
      <w:r>
        <w:rPr>
          <w:sz w:val="22"/>
        </w:rPr>
        <w:t>B. 1 triệu km²</w:t>
      </w:r>
    </w:p>
    <w:p>
      <w:pPr>
        <w:pStyle w:val="ListParagraph"/>
      </w:pPr>
      <w:r>
        <w:rPr>
          <w:sz w:val="22"/>
        </w:rPr>
        <w:t>C. 0,5 triệu km²</w:t>
      </w:r>
    </w:p>
    <w:p>
      <w:pPr>
        <w:pStyle w:val="ListParagraph"/>
      </w:pPr>
      <w:r>
        <w:rPr>
          <w:sz w:val="22"/>
        </w:rPr>
        <w:t>D. 3 triệu km²</w:t>
      </w:r>
    </w:p>
    <w:p/>
    <w:p>
      <w:r>
        <w:rPr>
          <w:b/>
          <w:sz w:val="24"/>
        </w:rPr>
        <w:t>Câu 7: Đường bờ biển nước ta dài</w:t>
      </w:r>
    </w:p>
    <w:p>
      <w:pPr>
        <w:pStyle w:val="ListParagraph"/>
      </w:pPr>
      <w:r>
        <w:rPr>
          <w:sz w:val="22"/>
        </w:rPr>
        <w:t>A. 2360 km</w:t>
      </w:r>
    </w:p>
    <w:p>
      <w:pPr>
        <w:pStyle w:val="ListParagraph"/>
      </w:pPr>
      <w:r>
        <w:rPr>
          <w:sz w:val="22"/>
        </w:rPr>
        <w:t>B. 4600 km</w:t>
      </w:r>
    </w:p>
    <w:p>
      <w:pPr>
        <w:pStyle w:val="ListParagraph"/>
      </w:pPr>
      <w:r>
        <w:rPr>
          <w:sz w:val="22"/>
        </w:rPr>
        <w:t>C. 3260 km</w:t>
      </w:r>
    </w:p>
    <w:p>
      <w:pPr>
        <w:pStyle w:val="ListParagraph"/>
      </w:pPr>
      <w:r>
        <w:rPr>
          <w:sz w:val="22"/>
        </w:rPr>
        <w:t>D. 2000 km</w:t>
      </w:r>
    </w:p>
    <w:p/>
    <w:p>
      <w:r>
        <w:rPr>
          <w:b/>
          <w:sz w:val="24"/>
        </w:rPr>
        <w:t>Câu 8: Đường biên giới trên đất liền nước ta dài khoảng</w:t>
      </w:r>
    </w:p>
    <w:p>
      <w:pPr>
        <w:pStyle w:val="ListParagraph"/>
      </w:pPr>
      <w:r>
        <w:rPr>
          <w:sz w:val="22"/>
        </w:rPr>
        <w:t>A. 3260 km</w:t>
      </w:r>
    </w:p>
    <w:p>
      <w:pPr>
        <w:pStyle w:val="ListParagraph"/>
      </w:pPr>
      <w:r>
        <w:rPr>
          <w:sz w:val="22"/>
        </w:rPr>
        <w:t>B. 5000 km</w:t>
      </w:r>
    </w:p>
    <w:p>
      <w:pPr>
        <w:pStyle w:val="ListParagraph"/>
      </w:pPr>
      <w:r>
        <w:rPr>
          <w:sz w:val="22"/>
        </w:rPr>
        <w:t>C. 2000 km</w:t>
      </w:r>
    </w:p>
    <w:p>
      <w:pPr>
        <w:pStyle w:val="ListParagraph"/>
      </w:pPr>
      <w:r>
        <w:rPr>
          <w:sz w:val="22"/>
        </w:rPr>
        <w:t>D. 4600 km</w:t>
      </w:r>
    </w:p>
    <w:p/>
    <w:p>
      <w:r>
        <w:rPr>
          <w:b/>
          <w:sz w:val="24"/>
        </w:rPr>
        <w:t>Câu 9: Vùng biển tiếp liền với đất liền, nằm ở phía trong đường cơ sở là</w:t>
      </w:r>
    </w:p>
    <w:p>
      <w:pPr>
        <w:pStyle w:val="ListParagraph"/>
      </w:pPr>
      <w:r>
        <w:rPr>
          <w:sz w:val="22"/>
        </w:rPr>
        <w:t>A. nội thủy</w:t>
      </w:r>
    </w:p>
    <w:p>
      <w:pPr>
        <w:pStyle w:val="ListParagraph"/>
      </w:pPr>
      <w:r>
        <w:rPr>
          <w:sz w:val="22"/>
        </w:rPr>
        <w:t>B. lãnh hải</w:t>
      </w:r>
    </w:p>
    <w:p>
      <w:pPr>
        <w:pStyle w:val="ListParagraph"/>
      </w:pPr>
      <w:r>
        <w:rPr>
          <w:sz w:val="22"/>
        </w:rPr>
        <w:t>C. vùng tiếp giáp lãnh hải</w:t>
      </w:r>
    </w:p>
    <w:p>
      <w:pPr>
        <w:pStyle w:val="ListParagraph"/>
      </w:pPr>
      <w:r>
        <w:rPr>
          <w:sz w:val="22"/>
        </w:rPr>
        <w:t>D. vùng đặc quyền kinh tế</w:t>
      </w:r>
    </w:p>
    <w:p/>
    <w:p>
      <w:r>
        <w:rPr>
          <w:b/>
          <w:sz w:val="24"/>
        </w:rPr>
        <w:t>Câu 10: Vùng lãnh hải của nước ta rộng bao nhiêu hải lý tính từ đường cơ sở?</w:t>
      </w:r>
    </w:p>
    <w:p>
      <w:pPr>
        <w:pStyle w:val="ListParagraph"/>
      </w:pPr>
      <w:r>
        <w:rPr>
          <w:sz w:val="22"/>
        </w:rPr>
        <w:t>A. 24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200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11: Vùng đặc quyền kinh tế của nước ta rộng bao nhiêu hải lý?</w:t>
      </w:r>
    </w:p>
    <w:p>
      <w:pPr>
        <w:pStyle w:val="ListParagraph"/>
      </w:pPr>
      <w:r>
        <w:rPr>
          <w:sz w:val="22"/>
        </w:rPr>
        <w:t>A. 12</w:t>
      </w:r>
    </w:p>
    <w:p>
      <w:pPr>
        <w:pStyle w:val="ListParagraph"/>
      </w:pPr>
      <w:r>
        <w:rPr>
          <w:sz w:val="22"/>
        </w:rPr>
        <w:t>B. 24</w:t>
      </w:r>
    </w:p>
    <w:p>
      <w:pPr>
        <w:pStyle w:val="ListParagraph"/>
      </w:pPr>
      <w:r>
        <w:rPr>
          <w:sz w:val="22"/>
        </w:rPr>
        <w:t>C. 200</w:t>
      </w:r>
    </w:p>
    <w:p>
      <w:pPr>
        <w:pStyle w:val="ListParagraph"/>
      </w:pPr>
      <w:r>
        <w:rPr>
          <w:sz w:val="22"/>
        </w:rPr>
        <w:t>D. 100</w:t>
      </w:r>
    </w:p>
    <w:p/>
    <w:p>
      <w:r>
        <w:rPr>
          <w:b/>
          <w:sz w:val="24"/>
        </w:rPr>
        <w:t>Câu 12: Ý nghĩa quan trọng nhất của vị trí địa lí đối với thiên nhiên nước ta là</w:t>
      </w:r>
    </w:p>
    <w:p>
      <w:pPr>
        <w:pStyle w:val="ListParagraph"/>
      </w:pPr>
      <w:r>
        <w:rPr>
          <w:sz w:val="22"/>
        </w:rPr>
        <w:t>A. làm cho thiên nhiên nước ta phân hóa theo chiều bắc - nam.</w:t>
      </w:r>
    </w:p>
    <w:p>
      <w:pPr>
        <w:pStyle w:val="ListParagraph"/>
      </w:pPr>
      <w:r>
        <w:rPr>
          <w:sz w:val="22"/>
        </w:rPr>
        <w:t>B. tạo điều kiện giao lưu kinh tế với các nước.</w:t>
      </w:r>
    </w:p>
    <w:p>
      <w:pPr>
        <w:pStyle w:val="ListParagraph"/>
      </w:pPr>
      <w:r>
        <w:rPr>
          <w:sz w:val="22"/>
        </w:rPr>
        <w:t>C. nằm trong vùng có nhiều thiên tai.</w:t>
      </w:r>
    </w:p>
    <w:p>
      <w:pPr>
        <w:pStyle w:val="ListParagraph"/>
      </w:pPr>
      <w:r>
        <w:rPr>
          <w:sz w:val="22"/>
        </w:rPr>
        <w:t>D. quy định thiên nhiên mang tính chất nhiệt đới ẩm gió mùa.</w:t>
      </w:r>
    </w:p>
    <w:p/>
    <w:p>
      <w:r>
        <w:rPr>
          <w:b/>
          <w:sz w:val="24"/>
        </w:rPr>
        <w:t>Câu 13: Nước ta nằm trong vùng nội chí tuyến bán cầu Bắc nên</w:t>
      </w:r>
    </w:p>
    <w:p>
      <w:pPr>
        <w:pStyle w:val="ListParagraph"/>
      </w:pPr>
      <w:r>
        <w:rPr>
          <w:sz w:val="22"/>
        </w:rPr>
        <w:t>A. chịu ảnh hưởng của gió mùa.</w:t>
      </w:r>
    </w:p>
    <w:p>
      <w:pPr>
        <w:pStyle w:val="ListParagraph"/>
      </w:pPr>
      <w:r>
        <w:rPr>
          <w:sz w:val="22"/>
        </w:rPr>
        <w:t>B. nhận được lượng bức xạ Mặt Trời lớn, nhiệt độ cao.</w:t>
      </w:r>
    </w:p>
    <w:p>
      <w:pPr>
        <w:pStyle w:val="ListParagraph"/>
      </w:pPr>
      <w:r>
        <w:rPr>
          <w:sz w:val="22"/>
        </w:rPr>
        <w:t>C. có gió Tín phong hoạt động quanh năm.</w:t>
      </w:r>
    </w:p>
    <w:p>
      <w:pPr>
        <w:pStyle w:val="ListParagraph"/>
      </w:pPr>
      <w:r>
        <w:rPr>
          <w:sz w:val="22"/>
        </w:rPr>
        <w:t>D. có lượng mưa lớn.</w:t>
      </w:r>
    </w:p>
    <w:p/>
    <w:p>
      <w:r>
        <w:rPr>
          <w:b/>
          <w:sz w:val="24"/>
        </w:rPr>
        <w:t>Câu 14: Khí hậu nước ta mang tính chất nhiệt đới ẩm gió mùa do</w:t>
      </w:r>
    </w:p>
    <w:p>
      <w:pPr>
        <w:pStyle w:val="ListParagraph"/>
      </w:pPr>
      <w:r>
        <w:rPr>
          <w:sz w:val="22"/>
        </w:rPr>
        <w:t>A. địa hình đồi núi chiếm phần lớn diện tích.</w:t>
      </w:r>
    </w:p>
    <w:p>
      <w:pPr>
        <w:pStyle w:val="ListParagraph"/>
      </w:pPr>
      <w:r>
        <w:rPr>
          <w:sz w:val="22"/>
        </w:rPr>
        <w:t>B. ảnh hưởng của Biển Đông.</w:t>
      </w:r>
    </w:p>
    <w:p>
      <w:pPr>
        <w:pStyle w:val="ListParagraph"/>
      </w:pPr>
      <w:r>
        <w:rPr>
          <w:sz w:val="22"/>
        </w:rPr>
        <w:t>C. vị trí địa lí và hoạt động của gió mùa.</w:t>
      </w:r>
    </w:p>
    <w:p>
      <w:pPr>
        <w:pStyle w:val="ListParagraph"/>
      </w:pPr>
      <w:r>
        <w:rPr>
          <w:sz w:val="22"/>
        </w:rPr>
        <w:t>D. tác động của con người.</w:t>
      </w:r>
    </w:p>
    <w:p/>
    <w:p>
      <w:r>
        <w:rPr>
          <w:b/>
          <w:sz w:val="24"/>
        </w:rPr>
        <w:t>Câu 15: Biểu hiện của khí hậu nhiệt đới ẩm gió mùa ở nước ta là</w:t>
      </w:r>
    </w:p>
    <w:p>
      <w:pPr>
        <w:pStyle w:val="ListParagraph"/>
      </w:pPr>
      <w:r>
        <w:rPr>
          <w:sz w:val="22"/>
        </w:rPr>
        <w:t>A. nhiệt độ thấp, mưa ít, độ ẩm thấp.</w:t>
      </w:r>
    </w:p>
    <w:p>
      <w:pPr>
        <w:pStyle w:val="ListParagraph"/>
      </w:pPr>
      <w:r>
        <w:rPr>
          <w:sz w:val="22"/>
        </w:rPr>
        <w:t>B. mùa đông lạnh, mùa hạ nóng, mưa ít.</w:t>
      </w:r>
    </w:p>
    <w:p>
      <w:pPr>
        <w:pStyle w:val="ListParagraph"/>
      </w:pPr>
      <w:r>
        <w:rPr>
          <w:sz w:val="22"/>
        </w:rPr>
        <w:t>C. khí hậu ôn hòa, ít thiên tai.</w:t>
      </w:r>
    </w:p>
    <w:p>
      <w:pPr>
        <w:pStyle w:val="ListParagraph"/>
      </w:pPr>
      <w:r>
        <w:rPr>
          <w:sz w:val="22"/>
        </w:rPr>
        <w:t>D. nhiệt độ cao quanh năm, lượng mưa lớn, độ ẩm cao.</w:t>
      </w:r>
    </w:p>
    <w:p/>
    <w:p>
      <w:r>
        <w:rPr>
          <w:b/>
          <w:sz w:val="24"/>
        </w:rPr>
        <w:t>Câu 16: Gió mùa Đông Bắc hoạt động ở nước ta vào</w:t>
      </w:r>
    </w:p>
    <w:p>
      <w:pPr>
        <w:pStyle w:val="ListParagraph"/>
      </w:pPr>
      <w:r>
        <w:rPr>
          <w:sz w:val="22"/>
        </w:rPr>
        <w:t>A. mùa đông, từ tháng 11 đến tháng 4 năm sau.</w:t>
      </w:r>
    </w:p>
    <w:p>
      <w:pPr>
        <w:pStyle w:val="ListParagraph"/>
      </w:pPr>
      <w:r>
        <w:rPr>
          <w:sz w:val="22"/>
        </w:rPr>
        <w:t>B. mùa hạ, từ tháng 5 đến tháng 10.</w:t>
      </w:r>
    </w:p>
    <w:p>
      <w:pPr>
        <w:pStyle w:val="ListParagraph"/>
      </w:pPr>
      <w:r>
        <w:rPr>
          <w:sz w:val="22"/>
        </w:rPr>
        <w:t>C. quanh năm.</w:t>
      </w:r>
    </w:p>
    <w:p>
      <w:pPr>
        <w:pStyle w:val="ListParagraph"/>
      </w:pPr>
      <w:r>
        <w:rPr>
          <w:sz w:val="22"/>
        </w:rPr>
        <w:t>D. mùa thu.</w:t>
      </w:r>
    </w:p>
    <w:p/>
    <w:p>
      <w:r>
        <w:rPr>
          <w:b/>
          <w:sz w:val="24"/>
        </w:rPr>
        <w:t>Câu 17: Ở miền Bắc nước ta, nửa sau mùa đông có mưa phùn do</w:t>
      </w:r>
    </w:p>
    <w:p>
      <w:pPr>
        <w:pStyle w:val="ListParagraph"/>
      </w:pPr>
      <w:r>
        <w:rPr>
          <w:sz w:val="22"/>
        </w:rPr>
        <w:t>A. gió mùa Tây Nam gây mưa.</w:t>
      </w:r>
    </w:p>
    <w:p>
      <w:pPr>
        <w:pStyle w:val="ListParagraph"/>
      </w:pPr>
      <w:r>
        <w:rPr>
          <w:sz w:val="22"/>
        </w:rPr>
        <w:t>B. gió mùa Đông Bắc qua biển bị biến tính.</w:t>
      </w:r>
    </w:p>
    <w:p>
      <w:pPr>
        <w:pStyle w:val="ListParagraph"/>
      </w:pPr>
      <w:r>
        <w:rPr>
          <w:sz w:val="22"/>
        </w:rPr>
        <w:t>C. gió Tín phong Đông Bắc.</w:t>
      </w:r>
    </w:p>
    <w:p>
      <w:pPr>
        <w:pStyle w:val="ListParagraph"/>
      </w:pPr>
      <w:r>
        <w:rPr>
          <w:sz w:val="22"/>
        </w:rPr>
        <w:t>D. gió mùa Đông Nam.</w:t>
      </w:r>
    </w:p>
    <w:p/>
    <w:p>
      <w:r>
        <w:rPr>
          <w:b/>
          <w:sz w:val="24"/>
        </w:rPr>
        <w:t>Câu 18: Đặc điểm nào không phải là biểu hiện của địa hình nhiệt đới ẩm gió mùa?</w:t>
      </w:r>
    </w:p>
    <w:p>
      <w:pPr>
        <w:pStyle w:val="ListParagraph"/>
      </w:pPr>
      <w:r>
        <w:rPr>
          <w:sz w:val="22"/>
        </w:rPr>
        <w:t>A. Xâm thực mạnh ở miền đồi núi.</w:t>
      </w:r>
    </w:p>
    <w:p>
      <w:pPr>
        <w:pStyle w:val="ListParagraph"/>
      </w:pPr>
      <w:r>
        <w:rPr>
          <w:sz w:val="22"/>
        </w:rPr>
        <w:t>B. Bồi tụ nhanh ở đồng bằng hạ lưu.</w:t>
      </w:r>
    </w:p>
    <w:p>
      <w:pPr>
        <w:pStyle w:val="ListParagraph"/>
      </w:pPr>
      <w:r>
        <w:rPr>
          <w:sz w:val="22"/>
        </w:rPr>
        <w:t>C. Địa hình bị cắt xẻ, nhiều hẻm vực.</w:t>
      </w:r>
    </w:p>
    <w:p>
      <w:pPr>
        <w:pStyle w:val="ListParagraph"/>
      </w:pPr>
      <w:r>
        <w:rPr>
          <w:sz w:val="22"/>
        </w:rPr>
        <w:t>D. Ít chịu tác động của quá trình phong hóa.</w:t>
      </w:r>
    </w:p>
    <w:p/>
    <w:p>
      <w:r>
        <w:rPr>
          <w:b/>
          <w:sz w:val="24"/>
        </w:rPr>
        <w:t>Câu 19: Hệ quả của quá trình xâm thực mạnh ở miền đồi núi là</w:t>
      </w:r>
    </w:p>
    <w:p>
      <w:pPr>
        <w:pStyle w:val="ListParagraph"/>
      </w:pPr>
      <w:r>
        <w:rPr>
          <w:sz w:val="22"/>
        </w:rPr>
        <w:t>A. đồng bằng được mở rộng nhanh.</w:t>
      </w:r>
    </w:p>
    <w:p>
      <w:pPr>
        <w:pStyle w:val="ListParagraph"/>
      </w:pPr>
      <w:r>
        <w:rPr>
          <w:sz w:val="22"/>
        </w:rPr>
        <w:t>B. sông ngòi ngắn và dốc.</w:t>
      </w:r>
    </w:p>
    <w:p>
      <w:pPr>
        <w:pStyle w:val="ListParagraph"/>
      </w:pPr>
      <w:r>
        <w:rPr>
          <w:sz w:val="22"/>
        </w:rPr>
        <w:t>C. đất bị xói mòn, rửa trôi, tạo địa hình cacxtơ.</w:t>
      </w:r>
    </w:p>
    <w:p>
      <w:pPr>
        <w:pStyle w:val="ListParagraph"/>
      </w:pPr>
      <w:r>
        <w:rPr>
          <w:sz w:val="22"/>
        </w:rPr>
        <w:t>D. khí hậu lạnh giá.</w:t>
      </w:r>
    </w:p>
    <w:p/>
    <w:p>
      <w:r>
        <w:rPr>
          <w:b/>
          <w:sz w:val="24"/>
        </w:rPr>
        <w:t>Câu 20: Sông ngòi nước ta có đặc điểm</w:t>
      </w:r>
    </w:p>
    <w:p>
      <w:pPr>
        <w:pStyle w:val="ListParagraph"/>
      </w:pPr>
      <w:r>
        <w:rPr>
          <w:sz w:val="22"/>
        </w:rPr>
        <w:t>A. mạng lưới dày đặc, nhiều nước, giàu phù sa, chế độ nước theo mùa.</w:t>
      </w:r>
    </w:p>
    <w:p>
      <w:pPr>
        <w:pStyle w:val="ListParagraph"/>
      </w:pPr>
      <w:r>
        <w:rPr>
          <w:sz w:val="22"/>
        </w:rPr>
        <w:t>B. mạng lưới thưa, ít nước, chế độ nước ổn định.</w:t>
      </w:r>
    </w:p>
    <w:p>
      <w:pPr>
        <w:pStyle w:val="ListParagraph"/>
      </w:pPr>
      <w:r>
        <w:rPr>
          <w:sz w:val="22"/>
        </w:rPr>
        <w:t>C. sông ngắn, dốc, nhiều phù sa, chảy quanh năm.</w:t>
      </w:r>
    </w:p>
    <w:p>
      <w:pPr>
        <w:pStyle w:val="ListParagraph"/>
      </w:pPr>
      <w:r>
        <w:rPr>
          <w:sz w:val="22"/>
        </w:rPr>
        <w:t>D. sông dài, ít phù sa, chế độ nước thất thường.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