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Truyện Kiều là tác phẩm của tác giả nào?</w:t>
      </w:r>
    </w:p>
    <w:p>
      <w:pPr>
        <w:jc w:val="center"/>
      </w:pPr>
      <w:r>
        <w:rPr>
          <w:sz w:val="22"/>
        </w:rPr>
        <w:t>Số câu: 25    Thời gian: _____ phút    Họ và tên: _________________________</w:t>
      </w:r>
    </w:p>
    <w:p/>
    <w:p>
      <w:r>
        <w:rPr>
          <w:b/>
          <w:sz w:val="24"/>
        </w:rPr>
        <w:t>Câu 1: Truyện Kiều là tác phẩm của tác giả nào?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Nam Cao</w:t>
      </w:r>
    </w:p>
    <w:p>
      <w:pPr>
        <w:pStyle w:val="ListParagraph"/>
      </w:pPr>
      <w:r>
        <w:rPr>
          <w:sz w:val="22"/>
        </w:rPr>
        <w:t>D. Tô Hoài</w:t>
      </w:r>
    </w:p>
    <w:p/>
    <w:p>
      <w:r>
        <w:rPr>
          <w:b/>
          <w:sz w:val="24"/>
        </w:rPr>
        <w:t>Câu 2: “Bình Ngô đại cáo” được viết bởi ai?</w:t>
      </w:r>
    </w:p>
    <w:p>
      <w:pPr>
        <w:pStyle w:val="ListParagraph"/>
      </w:pPr>
      <w:r>
        <w:rPr>
          <w:sz w:val="22"/>
        </w:rPr>
        <w:t>A. Lê Lợi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Trần Quốc Tuấn</w:t>
      </w:r>
    </w:p>
    <w:p>
      <w:pPr>
        <w:pStyle w:val="ListParagraph"/>
      </w:pPr>
      <w:r>
        <w:rPr>
          <w:sz w:val="22"/>
        </w:rPr>
        <w:t>D. Nguyễn Du</w:t>
      </w:r>
    </w:p>
    <w:p/>
    <w:p>
      <w:r>
        <w:rPr>
          <w:b/>
          <w:sz w:val="24"/>
        </w:rPr>
        <w:t>Câu 3: “Tây Tiến” là bài thơ của tác giả nào?</w:t>
      </w:r>
    </w:p>
    <w:p>
      <w:pPr>
        <w:pStyle w:val="ListParagraph"/>
      </w:pPr>
      <w:r>
        <w:rPr>
          <w:sz w:val="22"/>
        </w:rPr>
        <w:t>A. Chính Hữu</w:t>
      </w:r>
    </w:p>
    <w:p>
      <w:pPr>
        <w:pStyle w:val="ListParagraph"/>
      </w:pPr>
      <w:r>
        <w:rPr>
          <w:sz w:val="22"/>
        </w:rPr>
        <w:t>B. Tố Hữu</w:t>
      </w:r>
    </w:p>
    <w:p>
      <w:pPr>
        <w:pStyle w:val="ListParagraph"/>
      </w:pPr>
      <w:r>
        <w:rPr>
          <w:sz w:val="22"/>
        </w:rPr>
        <w:t>C. Quang Dũng</w:t>
      </w:r>
    </w:p>
    <w:p>
      <w:pPr>
        <w:pStyle w:val="ListParagraph"/>
      </w:pPr>
      <w:r>
        <w:rPr>
          <w:sz w:val="22"/>
        </w:rPr>
        <w:t>D. Xuân Diệu</w:t>
      </w:r>
    </w:p>
    <w:p/>
    <w:p>
      <w:r>
        <w:rPr>
          <w:b/>
          <w:sz w:val="24"/>
        </w:rPr>
        <w:t>Câu 4: “Đồng chí” được sáng tác bởi ai?</w:t>
      </w:r>
    </w:p>
    <w:p>
      <w:pPr>
        <w:pStyle w:val="ListParagraph"/>
      </w:pPr>
      <w:r>
        <w:rPr>
          <w:sz w:val="22"/>
        </w:rPr>
        <w:t>A. Chính Hữu</w:t>
      </w:r>
    </w:p>
    <w:p>
      <w:pPr>
        <w:pStyle w:val="ListParagraph"/>
      </w:pPr>
      <w:r>
        <w:rPr>
          <w:sz w:val="22"/>
        </w:rPr>
        <w:t>B. Quang Dũng</w:t>
      </w:r>
    </w:p>
    <w:p>
      <w:pPr>
        <w:pStyle w:val="ListParagraph"/>
      </w:pPr>
      <w:r>
        <w:rPr>
          <w:sz w:val="22"/>
        </w:rPr>
        <w:t>C. Hàn Mặc Tử</w:t>
      </w:r>
    </w:p>
    <w:p>
      <w:pPr>
        <w:pStyle w:val="ListParagraph"/>
      </w:pPr>
      <w:r>
        <w:rPr>
          <w:sz w:val="22"/>
        </w:rPr>
        <w:t>D. Xuân Quỳnh</w:t>
      </w:r>
    </w:p>
    <w:p/>
    <w:p>
      <w:r>
        <w:rPr>
          <w:b/>
          <w:sz w:val="24"/>
        </w:rPr>
        <w:t>Câu 5: “Vợ nhặt” là tác phẩm của nhà văn nào?</w:t>
      </w:r>
    </w:p>
    <w:p>
      <w:pPr>
        <w:pStyle w:val="ListParagraph"/>
      </w:pPr>
      <w:r>
        <w:rPr>
          <w:sz w:val="22"/>
        </w:rPr>
        <w:t>A. Nam Cao</w:t>
      </w:r>
    </w:p>
    <w:p>
      <w:pPr>
        <w:pStyle w:val="ListParagraph"/>
      </w:pPr>
      <w:r>
        <w:rPr>
          <w:sz w:val="22"/>
        </w:rPr>
        <w:t>B. Kim Lân</w:t>
      </w:r>
    </w:p>
    <w:p>
      <w:pPr>
        <w:pStyle w:val="ListParagraph"/>
      </w:pPr>
      <w:r>
        <w:rPr>
          <w:sz w:val="22"/>
        </w:rPr>
        <w:t>C. Tô Hoài</w:t>
      </w:r>
    </w:p>
    <w:p>
      <w:pPr>
        <w:pStyle w:val="ListParagraph"/>
      </w:pPr>
      <w:r>
        <w:rPr>
          <w:sz w:val="22"/>
        </w:rPr>
        <w:t>D. Thạch Lam</w:t>
      </w:r>
    </w:p>
    <w:p/>
    <w:p>
      <w:r>
        <w:rPr>
          <w:b/>
          <w:sz w:val="24"/>
        </w:rPr>
        <w:t>Câu 6: “Chí Phèo” là tác phẩm của ai?</w:t>
      </w:r>
    </w:p>
    <w:p>
      <w:pPr>
        <w:pStyle w:val="ListParagraph"/>
      </w:pPr>
      <w:r>
        <w:rPr>
          <w:sz w:val="22"/>
        </w:rPr>
        <w:t>A. Kim Lân</w:t>
      </w:r>
    </w:p>
    <w:p>
      <w:pPr>
        <w:pStyle w:val="ListParagraph"/>
      </w:pPr>
      <w:r>
        <w:rPr>
          <w:sz w:val="22"/>
        </w:rPr>
        <w:t>B. Nam Cao</w:t>
      </w:r>
    </w:p>
    <w:p>
      <w:pPr>
        <w:pStyle w:val="ListParagraph"/>
      </w:pPr>
      <w:r>
        <w:rPr>
          <w:sz w:val="22"/>
        </w:rPr>
        <w:t>C. Nguyễn Tuân</w:t>
      </w:r>
    </w:p>
    <w:p>
      <w:pPr>
        <w:pStyle w:val="ListParagraph"/>
      </w:pPr>
      <w:r>
        <w:rPr>
          <w:sz w:val="22"/>
        </w:rPr>
        <w:t>D. Ngô Tất Tố</w:t>
      </w:r>
    </w:p>
    <w:p/>
    <w:p>
      <w:r>
        <w:rPr>
          <w:b/>
          <w:sz w:val="24"/>
        </w:rPr>
        <w:t>Câu 7: Ai đọc Tuyên ngôn Độc lập ngày 2/9/1945?</w:t>
      </w:r>
    </w:p>
    <w:p>
      <w:pPr>
        <w:pStyle w:val="ListParagraph"/>
      </w:pPr>
      <w:r>
        <w:rPr>
          <w:sz w:val="22"/>
        </w:rPr>
        <w:t>A. Võ Nguyên Giáp</w:t>
      </w:r>
    </w:p>
    <w:p>
      <w:pPr>
        <w:pStyle w:val="ListParagraph"/>
      </w:pPr>
      <w:r>
        <w:rPr>
          <w:sz w:val="22"/>
        </w:rPr>
        <w:t>B. Trường Chinh</w:t>
      </w:r>
    </w:p>
    <w:p>
      <w:pPr>
        <w:pStyle w:val="ListParagraph"/>
      </w:pPr>
      <w:r>
        <w:rPr>
          <w:sz w:val="22"/>
        </w:rPr>
        <w:t>C. Hồ Chí Minh</w:t>
      </w:r>
    </w:p>
    <w:p>
      <w:pPr>
        <w:pStyle w:val="ListParagraph"/>
      </w:pPr>
      <w:r>
        <w:rPr>
          <w:sz w:val="22"/>
        </w:rPr>
        <w:t>D. Phạm Văn Đồng</w:t>
      </w:r>
    </w:p>
    <w:p/>
    <w:p>
      <w:r>
        <w:rPr>
          <w:b/>
          <w:sz w:val="24"/>
        </w:rPr>
        <w:t>Câu 8: Chiến thắng Điện Biên Phủ diễn ra vào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1954</w:t>
      </w:r>
    </w:p>
    <w:p>
      <w:pPr>
        <w:pStyle w:val="ListParagraph"/>
      </w:pPr>
      <w:r>
        <w:rPr>
          <w:sz w:val="22"/>
        </w:rPr>
        <w:t>C. 1968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9: Ai là người chỉ huy Chiến dịch Điện Biên Phủ?</w:t>
      </w:r>
    </w:p>
    <w:p>
      <w:pPr>
        <w:pStyle w:val="ListParagraph"/>
      </w:pPr>
      <w:r>
        <w:rPr>
          <w:sz w:val="22"/>
        </w:rPr>
        <w:t>A. Võ Nguyên Giáp</w:t>
      </w:r>
    </w:p>
    <w:p>
      <w:pPr>
        <w:pStyle w:val="ListParagraph"/>
      </w:pPr>
      <w:r>
        <w:rPr>
          <w:sz w:val="22"/>
        </w:rPr>
        <w:t>B. Lê Duẩn</w:t>
      </w:r>
    </w:p>
    <w:p>
      <w:pPr>
        <w:pStyle w:val="ListParagraph"/>
      </w:pPr>
      <w:r>
        <w:rPr>
          <w:sz w:val="22"/>
        </w:rPr>
        <w:t>C. Trường Chinh</w:t>
      </w:r>
    </w:p>
    <w:p>
      <w:pPr>
        <w:pStyle w:val="ListParagraph"/>
      </w:pPr>
      <w:r>
        <w:rPr>
          <w:sz w:val="22"/>
        </w:rPr>
        <w:t>D. Phạm Văn Đồng</w:t>
      </w:r>
    </w:p>
    <w:p/>
    <w:p>
      <w:r>
        <w:rPr>
          <w:b/>
          <w:sz w:val="24"/>
        </w:rPr>
        <w:t>Câu 10: Ngày Giải phóng miền Nam, thống nhất đất nước là:</w:t>
      </w:r>
    </w:p>
    <w:p>
      <w:pPr>
        <w:pStyle w:val="ListParagraph"/>
      </w:pPr>
      <w:r>
        <w:rPr>
          <w:sz w:val="22"/>
        </w:rPr>
        <w:t>A. 2/9/1945</w:t>
      </w:r>
    </w:p>
    <w:p>
      <w:pPr>
        <w:pStyle w:val="ListParagraph"/>
      </w:pPr>
      <w:r>
        <w:rPr>
          <w:sz w:val="22"/>
        </w:rPr>
        <w:t>B. 7/5/1954</w:t>
      </w:r>
    </w:p>
    <w:p>
      <w:pPr>
        <w:pStyle w:val="ListParagraph"/>
      </w:pPr>
      <w:r>
        <w:rPr>
          <w:sz w:val="22"/>
        </w:rPr>
        <w:t>C. 30/4/1975</w:t>
      </w:r>
    </w:p>
    <w:p>
      <w:pPr>
        <w:pStyle w:val="ListParagraph"/>
      </w:pPr>
      <w:r>
        <w:rPr>
          <w:sz w:val="22"/>
        </w:rPr>
        <w:t>D. 19/8/1945</w:t>
      </w:r>
    </w:p>
    <w:p/>
    <w:p>
      <w:r>
        <w:rPr>
          <w:b/>
          <w:sz w:val="24"/>
        </w:rPr>
        <w:t>Câu 11: Trường THPT A Sanh mang tên nhân vật nào?</w:t>
      </w:r>
    </w:p>
    <w:p>
      <w:pPr>
        <w:pStyle w:val="ListParagraph"/>
      </w:pPr>
      <w:r>
        <w:rPr>
          <w:sz w:val="22"/>
        </w:rPr>
        <w:t>A. Anh hùng A Sanh</w:t>
      </w:r>
    </w:p>
    <w:p>
      <w:pPr>
        <w:pStyle w:val="ListParagraph"/>
      </w:pPr>
      <w:r>
        <w:rPr>
          <w:sz w:val="22"/>
        </w:rPr>
        <w:t>B. Anh hùng Núp</w:t>
      </w:r>
    </w:p>
    <w:p>
      <w:pPr>
        <w:pStyle w:val="ListParagraph"/>
      </w:pPr>
      <w:r>
        <w:rPr>
          <w:sz w:val="22"/>
        </w:rPr>
        <w:t>C. Võ Nguyên Giáp</w:t>
      </w:r>
    </w:p>
    <w:p>
      <w:pPr>
        <w:pStyle w:val="ListParagraph"/>
      </w:pPr>
      <w:r>
        <w:rPr>
          <w:sz w:val="22"/>
        </w:rPr>
        <w:t>D. Đinh Núp</w:t>
      </w:r>
    </w:p>
    <w:p/>
    <w:p>
      <w:r>
        <w:rPr>
          <w:b/>
          <w:sz w:val="24"/>
        </w:rPr>
        <w:t>Câu 12: Anh hùng A Sanh là người dân tộc nào?</w:t>
      </w:r>
    </w:p>
    <w:p>
      <w:pPr>
        <w:pStyle w:val="ListParagraph"/>
      </w:pPr>
      <w:r>
        <w:rPr>
          <w:sz w:val="22"/>
        </w:rPr>
        <w:t>A. Ba Na</w:t>
      </w:r>
    </w:p>
    <w:p>
      <w:pPr>
        <w:pStyle w:val="ListParagraph"/>
      </w:pPr>
      <w:r>
        <w:rPr>
          <w:sz w:val="22"/>
        </w:rPr>
        <w:t>B. Jrai</w:t>
      </w:r>
    </w:p>
    <w:p>
      <w:pPr>
        <w:pStyle w:val="ListParagraph"/>
      </w:pPr>
      <w:r>
        <w:rPr>
          <w:sz w:val="22"/>
        </w:rPr>
        <w:t>C. Ê Đê</w:t>
      </w:r>
    </w:p>
    <w:p>
      <w:pPr>
        <w:pStyle w:val="ListParagraph"/>
      </w:pPr>
      <w:r>
        <w:rPr>
          <w:sz w:val="22"/>
        </w:rPr>
        <w:t>D. Mường</w:t>
      </w:r>
    </w:p>
    <w:p/>
    <w:p>
      <w:r>
        <w:rPr>
          <w:b/>
          <w:sz w:val="24"/>
        </w:rPr>
        <w:t>Câu 13: Anh hùng A Sanh gắn với vùng đất nào?</w:t>
      </w:r>
    </w:p>
    <w:p>
      <w:pPr>
        <w:pStyle w:val="ListParagraph"/>
      </w:pPr>
      <w:r>
        <w:rPr>
          <w:sz w:val="22"/>
        </w:rPr>
        <w:t>A. Tây Nguyên</w:t>
      </w:r>
    </w:p>
    <w:p>
      <w:pPr>
        <w:pStyle w:val="ListParagraph"/>
      </w:pPr>
      <w:r>
        <w:rPr>
          <w:sz w:val="22"/>
        </w:rPr>
        <w:t>B. Tây Bắc</w:t>
      </w:r>
    </w:p>
    <w:p>
      <w:pPr>
        <w:pStyle w:val="ListParagraph"/>
      </w:pPr>
      <w:r>
        <w:rPr>
          <w:sz w:val="22"/>
        </w:rPr>
        <w:t>C. Đồng bằng Bắc Bộ</w:t>
      </w:r>
    </w:p>
    <w:p>
      <w:pPr>
        <w:pStyle w:val="ListParagraph"/>
      </w:pPr>
      <w:r>
        <w:rPr>
          <w:sz w:val="22"/>
        </w:rPr>
        <w:t>D. Đồng bằng sông Cửu Long</w:t>
      </w:r>
    </w:p>
    <w:p/>
    <w:p>
      <w:r>
        <w:rPr>
          <w:b/>
          <w:sz w:val="24"/>
        </w:rPr>
        <w:t>Câu 14: A Sanh được Nhà nước phong tặng danh hiệu nào?</w:t>
      </w:r>
    </w:p>
    <w:p>
      <w:pPr>
        <w:pStyle w:val="ListParagraph"/>
      </w:pPr>
      <w:r>
        <w:rPr>
          <w:sz w:val="22"/>
        </w:rPr>
        <w:t>A. Nghệ sĩ Nhân dân</w:t>
      </w:r>
    </w:p>
    <w:p>
      <w:pPr>
        <w:pStyle w:val="ListParagraph"/>
      </w:pPr>
      <w:r>
        <w:rPr>
          <w:sz w:val="22"/>
        </w:rPr>
        <w:t>B. Nhà giáo Nhân dân</w:t>
      </w:r>
    </w:p>
    <w:p>
      <w:pPr>
        <w:pStyle w:val="ListParagraph"/>
      </w:pPr>
      <w:r>
        <w:rPr>
          <w:sz w:val="22"/>
        </w:rPr>
        <w:t>C. Anh hùng Lực lượng vũ trang nhân dân</w:t>
      </w:r>
    </w:p>
    <w:p>
      <w:pPr>
        <w:pStyle w:val="ListParagraph"/>
      </w:pPr>
      <w:r>
        <w:rPr>
          <w:sz w:val="22"/>
        </w:rPr>
        <w:t>D. Chiến sĩ thi đua toàn quốc</w:t>
      </w:r>
    </w:p>
    <w:p/>
    <w:p>
      <w:r>
        <w:rPr>
          <w:b/>
          <w:sz w:val="24"/>
        </w:rPr>
        <w:t>Câu 15: Trường THPT A Sanh hiện thuộc địa bàn nào?</w:t>
      </w:r>
    </w:p>
    <w:p>
      <w:pPr>
        <w:pStyle w:val="ListParagraph"/>
      </w:pPr>
      <w:r>
        <w:rPr>
          <w:sz w:val="22"/>
        </w:rPr>
        <w:t>A. Ia Krái</w:t>
      </w:r>
    </w:p>
    <w:p>
      <w:pPr>
        <w:pStyle w:val="ListParagraph"/>
      </w:pPr>
      <w:r>
        <w:rPr>
          <w:sz w:val="22"/>
        </w:rPr>
        <w:t>B. Pleiku</w:t>
      </w:r>
    </w:p>
    <w:p>
      <w:pPr>
        <w:pStyle w:val="ListParagraph"/>
      </w:pPr>
      <w:r>
        <w:rPr>
          <w:sz w:val="22"/>
        </w:rPr>
        <w:t>C. Chư Păh</w:t>
      </w:r>
    </w:p>
    <w:p>
      <w:pPr>
        <w:pStyle w:val="ListParagraph"/>
      </w:pPr>
      <w:r>
        <w:rPr>
          <w:sz w:val="22"/>
        </w:rPr>
        <w:t>D. Đức Cơ</w:t>
      </w:r>
    </w:p>
    <w:p/>
    <w:p>
      <w:r>
        <w:rPr>
          <w:b/>
          <w:sz w:val="24"/>
        </w:rPr>
        <w:t>Câu 16: Anh hùng A Sanh nổi bật với hoạt động nào trong kháng chiến?</w:t>
      </w:r>
    </w:p>
    <w:p>
      <w:pPr>
        <w:pStyle w:val="ListParagraph"/>
      </w:pPr>
      <w:r>
        <w:rPr>
          <w:sz w:val="22"/>
        </w:rPr>
        <w:t>A. Hoạt động du kích</w:t>
      </w:r>
    </w:p>
    <w:p>
      <w:pPr>
        <w:pStyle w:val="ListParagraph"/>
      </w:pPr>
      <w:r>
        <w:rPr>
          <w:sz w:val="22"/>
        </w:rPr>
        <w:t>B. Hoạt động ngoại giao</w:t>
      </w:r>
    </w:p>
    <w:p>
      <w:pPr>
        <w:pStyle w:val="ListParagraph"/>
      </w:pPr>
      <w:r>
        <w:rPr>
          <w:sz w:val="22"/>
        </w:rPr>
        <w:t>C. Hoạt động nghiên cứu khoa học</w:t>
      </w:r>
    </w:p>
    <w:p>
      <w:pPr>
        <w:pStyle w:val="ListParagraph"/>
      </w:pPr>
      <w:r>
        <w:rPr>
          <w:sz w:val="22"/>
        </w:rPr>
        <w:t>D. Hoạt động giáo dục</w:t>
      </w:r>
    </w:p>
    <w:p/>
    <w:p>
      <w:r>
        <w:rPr>
          <w:b/>
          <w:sz w:val="24"/>
        </w:rPr>
        <w:t>Câu 17: Việc trường mang tên Anh hùng A Sanh có ý nghĩa chủ yếu gì?</w:t>
      </w:r>
    </w:p>
    <w:p>
      <w:pPr>
        <w:pStyle w:val="ListParagraph"/>
      </w:pPr>
      <w:r>
        <w:rPr>
          <w:sz w:val="22"/>
        </w:rPr>
        <w:t>A. Quảng bá du lịch</w:t>
      </w:r>
    </w:p>
    <w:p>
      <w:pPr>
        <w:pStyle w:val="ListParagraph"/>
      </w:pPr>
      <w:r>
        <w:rPr>
          <w:sz w:val="22"/>
        </w:rPr>
        <w:t>B. Tưởng nhớ và giáo dục truyền thống</w:t>
      </w:r>
    </w:p>
    <w:p>
      <w:pPr>
        <w:pStyle w:val="ListParagraph"/>
      </w:pPr>
      <w:r>
        <w:rPr>
          <w:sz w:val="22"/>
        </w:rPr>
        <w:t>C. Giới thiệu thể thao</w:t>
      </w:r>
    </w:p>
    <w:p>
      <w:pPr>
        <w:pStyle w:val="ListParagraph"/>
      </w:pPr>
      <w:r>
        <w:rPr>
          <w:sz w:val="22"/>
        </w:rPr>
        <w:t>D. Phát triển kinh tế</w:t>
      </w:r>
    </w:p>
    <w:p/>
    <w:p>
      <w:r>
        <w:rPr>
          <w:b/>
          <w:sz w:val="24"/>
        </w:rPr>
        <w:t>Câu 18: 🔥 A Sanh gắn với cuộc kháng chiến nào?</w:t>
      </w:r>
    </w:p>
    <w:p>
      <w:pPr>
        <w:pStyle w:val="ListParagraph"/>
      </w:pPr>
      <w:r>
        <w:rPr>
          <w:sz w:val="22"/>
        </w:rPr>
        <w:t>A. Kháng chiến chống Pháp</w:t>
      </w:r>
    </w:p>
    <w:p>
      <w:pPr>
        <w:pStyle w:val="ListParagraph"/>
      </w:pPr>
      <w:r>
        <w:rPr>
          <w:sz w:val="22"/>
        </w:rPr>
        <w:t>B. Kháng chiến chống Mỹ, cứu nước</w:t>
      </w:r>
    </w:p>
    <w:p>
      <w:pPr>
        <w:pStyle w:val="ListParagraph"/>
      </w:pPr>
      <w:r>
        <w:rPr>
          <w:sz w:val="22"/>
        </w:rPr>
        <w:t>C. Chiến tranh biên giới phía Bắc</w:t>
      </w:r>
    </w:p>
    <w:p>
      <w:pPr>
        <w:pStyle w:val="ListParagraph"/>
      </w:pPr>
      <w:r>
        <w:rPr>
          <w:sz w:val="22"/>
        </w:rPr>
        <w:t>D. Chiến tranh Đông Dương lần thứ nhất</w:t>
      </w:r>
    </w:p>
    <w:p/>
    <w:p>
      <w:r>
        <w:rPr>
          <w:b/>
          <w:sz w:val="24"/>
        </w:rPr>
        <w:t>Câu 19: Quốc khánh Việt Nam là ngày nào?</w:t>
      </w:r>
    </w:p>
    <w:p>
      <w:pPr>
        <w:pStyle w:val="ListParagraph"/>
      </w:pPr>
      <w:r>
        <w:rPr>
          <w:sz w:val="22"/>
        </w:rPr>
        <w:t>A. 30/4</w:t>
      </w:r>
    </w:p>
    <w:p>
      <w:pPr>
        <w:pStyle w:val="ListParagraph"/>
      </w:pPr>
      <w:r>
        <w:rPr>
          <w:sz w:val="22"/>
        </w:rPr>
        <w:t>B. 2/9</w:t>
      </w:r>
    </w:p>
    <w:p>
      <w:pPr>
        <w:pStyle w:val="ListParagraph"/>
      </w:pPr>
      <w:r>
        <w:rPr>
          <w:sz w:val="22"/>
        </w:rPr>
        <w:t>C. 7/5</w:t>
      </w:r>
    </w:p>
    <w:p>
      <w:pPr>
        <w:pStyle w:val="ListParagraph"/>
      </w:pPr>
      <w:r>
        <w:rPr>
          <w:sz w:val="22"/>
        </w:rPr>
        <w:t>D. 19/5</w:t>
      </w:r>
    </w:p>
    <w:p/>
    <w:p>
      <w:r>
        <w:rPr>
          <w:b/>
          <w:sz w:val="24"/>
        </w:rPr>
        <w:t>Câu 20: Đỉnh núi cao nhất Việt Nam là:</w:t>
      </w:r>
    </w:p>
    <w:p>
      <w:pPr>
        <w:pStyle w:val="ListParagraph"/>
      </w:pPr>
      <w:r>
        <w:rPr>
          <w:sz w:val="22"/>
        </w:rPr>
        <w:t>A. Ngọc Linh</w:t>
      </w:r>
    </w:p>
    <w:p>
      <w:pPr>
        <w:pStyle w:val="ListParagraph"/>
      </w:pPr>
      <w:r>
        <w:rPr>
          <w:sz w:val="22"/>
        </w:rPr>
        <w:t>B. Bạch Mã</w:t>
      </w:r>
    </w:p>
    <w:p>
      <w:pPr>
        <w:pStyle w:val="ListParagraph"/>
      </w:pPr>
      <w:r>
        <w:rPr>
          <w:sz w:val="22"/>
        </w:rPr>
        <w:t>C. Fansipan</w:t>
      </w:r>
    </w:p>
    <w:p>
      <w:pPr>
        <w:pStyle w:val="ListParagraph"/>
      </w:pPr>
      <w:r>
        <w:rPr>
          <w:sz w:val="22"/>
        </w:rPr>
        <w:t>D. Langbiang</w:t>
      </w:r>
    </w:p>
    <w:p/>
    <w:p>
      <w:r>
        <w:rPr>
          <w:b/>
          <w:sz w:val="24"/>
        </w:rPr>
        <w:t>Câu 21: Nhà Trần đã ba lần đánh bại quân xâm lược nào?</w:t>
      </w:r>
    </w:p>
    <w:p>
      <w:pPr>
        <w:pStyle w:val="ListParagraph"/>
      </w:pPr>
      <w:r>
        <w:rPr>
          <w:sz w:val="22"/>
        </w:rPr>
        <w:t>A. Tống</w:t>
      </w:r>
    </w:p>
    <w:p>
      <w:pPr>
        <w:pStyle w:val="ListParagraph"/>
      </w:pPr>
      <w:r>
        <w:rPr>
          <w:sz w:val="22"/>
        </w:rPr>
        <w:t>B. Minh</w:t>
      </w:r>
    </w:p>
    <w:p>
      <w:pPr>
        <w:pStyle w:val="ListParagraph"/>
      </w:pPr>
      <w:r>
        <w:rPr>
          <w:sz w:val="22"/>
        </w:rPr>
        <w:t>C. Mông – Nguyên</w:t>
      </w:r>
    </w:p>
    <w:p>
      <w:pPr>
        <w:pStyle w:val="ListParagraph"/>
      </w:pPr>
      <w:r>
        <w:rPr>
          <w:sz w:val="22"/>
        </w:rPr>
        <w:t>D. Thanh</w:t>
      </w:r>
    </w:p>
    <w:p/>
    <w:p>
      <w:r>
        <w:rPr>
          <w:b/>
          <w:sz w:val="24"/>
        </w:rPr>
        <w:t>Câu 22: Người lãnh đạo cuộc khởi nghĩa Lam Sơn là:</w:t>
      </w:r>
    </w:p>
    <w:p>
      <w:pPr>
        <w:pStyle w:val="ListParagraph"/>
      </w:pPr>
      <w:r>
        <w:rPr>
          <w:sz w:val="22"/>
        </w:rPr>
        <w:t>A. Lê Lợi</w:t>
      </w:r>
    </w:p>
    <w:p>
      <w:pPr>
        <w:pStyle w:val="ListParagraph"/>
      </w:pPr>
      <w:r>
        <w:rPr>
          <w:sz w:val="22"/>
        </w:rPr>
        <w:t>B. Nguyễn Huệ</w:t>
      </w:r>
    </w:p>
    <w:p>
      <w:pPr>
        <w:pStyle w:val="ListParagraph"/>
      </w:pPr>
      <w:r>
        <w:rPr>
          <w:sz w:val="22"/>
        </w:rPr>
        <w:t>C. Quang Trung</w:t>
      </w:r>
    </w:p>
    <w:p>
      <w:pPr>
        <w:pStyle w:val="ListParagraph"/>
      </w:pPr>
      <w:r>
        <w:rPr>
          <w:sz w:val="22"/>
        </w:rPr>
        <w:t>D. Trần Hưng Đạo</w:t>
      </w:r>
    </w:p>
    <w:p/>
    <w:p>
      <w:r>
        <w:rPr>
          <w:b/>
          <w:sz w:val="24"/>
        </w:rPr>
        <w:t>Câu 23: Trận Bạch Đằng năm 938 gắn với vị anh hùng nào?</w:t>
      </w:r>
    </w:p>
    <w:p>
      <w:pPr>
        <w:pStyle w:val="ListParagraph"/>
      </w:pPr>
      <w:r>
        <w:rPr>
          <w:sz w:val="22"/>
        </w:rPr>
        <w:t>A. Đinh Bộ Lĩnh</w:t>
      </w:r>
    </w:p>
    <w:p>
      <w:pPr>
        <w:pStyle w:val="ListParagraph"/>
      </w:pPr>
      <w:r>
        <w:rPr>
          <w:sz w:val="22"/>
        </w:rPr>
        <w:t>B. Ngô Quyền</w:t>
      </w:r>
    </w:p>
    <w:p>
      <w:pPr>
        <w:pStyle w:val="ListParagraph"/>
      </w:pPr>
      <w:r>
        <w:rPr>
          <w:sz w:val="22"/>
        </w:rPr>
        <w:t>C. Lê Hoàn</w:t>
      </w:r>
    </w:p>
    <w:p>
      <w:pPr>
        <w:pStyle w:val="ListParagraph"/>
      </w:pPr>
      <w:r>
        <w:rPr>
          <w:sz w:val="22"/>
        </w:rPr>
        <w:t>D. Lý Thường Kiệt</w:t>
      </w:r>
    </w:p>
    <w:p/>
    <w:p>
      <w:r>
        <w:rPr>
          <w:b/>
          <w:sz w:val="24"/>
        </w:rPr>
        <w:t>Câu 24: “Hịch tướng sĩ” do ai viết?</w:t>
      </w:r>
    </w:p>
    <w:p>
      <w:pPr>
        <w:pStyle w:val="ListParagraph"/>
      </w:pPr>
      <w:r>
        <w:rPr>
          <w:sz w:val="22"/>
        </w:rPr>
        <w:t>A. Nguyễn Trãi</w:t>
      </w:r>
    </w:p>
    <w:p>
      <w:pPr>
        <w:pStyle w:val="ListParagraph"/>
      </w:pPr>
      <w:r>
        <w:rPr>
          <w:sz w:val="22"/>
        </w:rPr>
        <w:t>B. Trần Quốc Tuấn</w:t>
      </w:r>
    </w:p>
    <w:p>
      <w:pPr>
        <w:pStyle w:val="ListParagraph"/>
      </w:pPr>
      <w:r>
        <w:rPr>
          <w:sz w:val="22"/>
        </w:rPr>
        <w:t>C. Lê Lợi</w:t>
      </w:r>
    </w:p>
    <w:p>
      <w:pPr>
        <w:pStyle w:val="ListParagraph"/>
      </w:pPr>
      <w:r>
        <w:rPr>
          <w:sz w:val="22"/>
        </w:rPr>
        <w:t>D. Nguyễn Du</w:t>
      </w:r>
    </w:p>
    <w:p/>
    <w:p>
      <w:r>
        <w:rPr>
          <w:b/>
          <w:sz w:val="24"/>
        </w:rPr>
        <w:t>Câu 25: 🔥 Chiến thắng Điện Biên Phủ được xem là dấu mốc quan trọng dẫn đến việc ký kết hiệp định nào?</w:t>
      </w:r>
    </w:p>
    <w:p>
      <w:pPr>
        <w:pStyle w:val="ListParagraph"/>
      </w:pPr>
      <w:r>
        <w:rPr>
          <w:sz w:val="22"/>
        </w:rPr>
        <w:t>A. Hiệp định Paris</w:t>
      </w:r>
    </w:p>
    <w:p>
      <w:pPr>
        <w:pStyle w:val="ListParagraph"/>
      </w:pPr>
      <w:r>
        <w:rPr>
          <w:sz w:val="22"/>
        </w:rPr>
        <w:t>B. Hiệp định Genève</w:t>
      </w:r>
    </w:p>
    <w:p>
      <w:pPr>
        <w:pStyle w:val="ListParagraph"/>
      </w:pPr>
      <w:r>
        <w:rPr>
          <w:sz w:val="22"/>
        </w:rPr>
        <w:t>C. Hiệp định Sơ bộ</w:t>
      </w:r>
    </w:p>
    <w:p>
      <w:pPr>
        <w:pStyle w:val="ListParagraph"/>
      </w:pPr>
      <w:r>
        <w:rPr>
          <w:sz w:val="22"/>
        </w:rPr>
        <w:t>D. Hiệp định ASEAN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