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Toán 10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Tìm trục đối xứng của đồ thị hàm số $y = x^2 - 4x + 3$?</w:t>
      </w:r>
    </w:p>
    <w:p>
      <w:pPr>
        <w:pStyle w:val="ListParagraph"/>
      </w:pPr>
      <w:r>
        <w:rPr>
          <w:sz w:val="22"/>
        </w:rPr>
        <w:t>A. $x = 2$</w:t>
      </w:r>
    </w:p>
    <w:p>
      <w:pPr>
        <w:pStyle w:val="ListParagraph"/>
      </w:pPr>
      <w:r>
        <w:rPr>
          <w:sz w:val="22"/>
        </w:rPr>
        <w:t>B. $x = -2$</w:t>
      </w:r>
    </w:p>
    <w:p>
      <w:pPr>
        <w:pStyle w:val="ListParagraph"/>
      </w:pPr>
      <w:r>
        <w:rPr>
          <w:sz w:val="22"/>
        </w:rPr>
        <w:t>C. $x = 4$</w:t>
      </w:r>
    </w:p>
    <w:p>
      <w:pPr>
        <w:pStyle w:val="ListParagraph"/>
      </w:pPr>
      <w:r>
        <w:rPr>
          <w:sz w:val="22"/>
        </w:rPr>
        <w:t>D. $x = 1$</w:t>
      </w:r>
    </w:p>
    <w:p/>
    <w:p>
      <w:r>
        <w:rPr>
          <w:b/>
          <w:sz w:val="24"/>
        </w:rPr>
        <w:t>Câu 2: Tọa độ đỉnh của parabol $y = 2x^2 - 8x + 1$ là?</w:t>
      </w:r>
    </w:p>
    <w:p>
      <w:pPr>
        <w:pStyle w:val="ListParagraph"/>
      </w:pPr>
      <w:r>
        <w:rPr>
          <w:sz w:val="22"/>
        </w:rPr>
        <w:t>A. $(2, -7)$</w:t>
      </w:r>
    </w:p>
    <w:p>
      <w:pPr>
        <w:pStyle w:val="ListParagraph"/>
      </w:pPr>
      <w:r>
        <w:rPr>
          <w:sz w:val="22"/>
        </w:rPr>
        <w:t>B. $(2, 7)$</w:t>
      </w:r>
    </w:p>
    <w:p>
      <w:pPr>
        <w:pStyle w:val="ListParagraph"/>
      </w:pPr>
      <w:r>
        <w:rPr>
          <w:sz w:val="22"/>
        </w:rPr>
        <w:t>C. $(4, 1)$</w:t>
      </w:r>
    </w:p>
    <w:p>
      <w:pPr>
        <w:pStyle w:val="ListParagraph"/>
      </w:pPr>
      <w:r>
        <w:rPr>
          <w:sz w:val="22"/>
        </w:rPr>
        <w:t>D. $(-2, 9)$</w:t>
      </w:r>
    </w:p>
    <w:p/>
    <w:p>
      <w:r>
        <w:rPr>
          <w:b/>
          <w:sz w:val="24"/>
        </w:rPr>
        <w:t>Câu 3: Hàm số $y = -x^2 + 4x + 1$ có giá trị lớn nhất là?</w:t>
      </w:r>
    </w:p>
    <w:p>
      <w:pPr>
        <w:pStyle w:val="ListParagraph"/>
      </w:pPr>
      <w:r>
        <w:rPr>
          <w:sz w:val="22"/>
        </w:rPr>
        <w:t>A. $5$</w:t>
      </w:r>
    </w:p>
    <w:p>
      <w:pPr>
        <w:pStyle w:val="ListParagraph"/>
      </w:pPr>
      <w:r>
        <w:rPr>
          <w:sz w:val="22"/>
        </w:rPr>
        <w:t>B. $-3$</w:t>
      </w:r>
    </w:p>
    <w:p>
      <w:pPr>
        <w:pStyle w:val="ListParagraph"/>
      </w:pPr>
      <w:r>
        <w:rPr>
          <w:sz w:val="22"/>
        </w:rPr>
        <w:t>C. $3$</w:t>
      </w:r>
    </w:p>
    <w:p>
      <w:pPr>
        <w:pStyle w:val="ListParagraph"/>
      </w:pPr>
      <w:r>
        <w:rPr>
          <w:sz w:val="22"/>
        </w:rPr>
        <w:t>D. Không có</w:t>
      </w:r>
    </w:p>
    <w:p/>
    <w:p>
      <w:r>
        <w:rPr>
          <w:b/>
          <w:sz w:val="24"/>
        </w:rPr>
        <w:t>Câu 4: Điểm nào sau đây thuộc đồ thị hàm số $y = x^2 + 2x - 3$?</w:t>
      </w:r>
    </w:p>
    <w:p>
      <w:pPr>
        <w:pStyle w:val="ListParagraph"/>
      </w:pPr>
      <w:r>
        <w:rPr>
          <w:sz w:val="22"/>
        </w:rPr>
        <w:t>A. $(0, -3)$</w:t>
      </w:r>
    </w:p>
    <w:p>
      <w:pPr>
        <w:pStyle w:val="ListParagraph"/>
      </w:pPr>
      <w:r>
        <w:rPr>
          <w:sz w:val="22"/>
        </w:rPr>
        <w:t>B. $(1, 0)$</w:t>
      </w:r>
    </w:p>
    <w:p>
      <w:pPr>
        <w:pStyle w:val="ListParagraph"/>
      </w:pPr>
      <w:r>
        <w:rPr>
          <w:sz w:val="22"/>
        </w:rPr>
        <w:t>C. $(2, 5)$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5: Tìm $m$ để đồ thị hàm số $y = x^2 - 2mx + 3$ có đỉnh nằm trên trục hoành?</w:t>
      </w:r>
    </w:p>
    <w:p>
      <w:pPr>
        <w:pStyle w:val="ListParagraph"/>
      </w:pPr>
      <w:r>
        <w:rPr>
          <w:sz w:val="22"/>
        </w:rPr>
        <w:t>A. $m = \pm \sqrt{3}$</w:t>
      </w:r>
    </w:p>
    <w:p>
      <w:pPr>
        <w:pStyle w:val="ListParagraph"/>
      </w:pPr>
      <w:r>
        <w:rPr>
          <w:sz w:val="22"/>
        </w:rPr>
        <w:t>B. $m = 0$</w:t>
      </w:r>
    </w:p>
    <w:p>
      <w:pPr>
        <w:pStyle w:val="ListParagraph"/>
      </w:pPr>
      <w:r>
        <w:rPr>
          <w:sz w:val="22"/>
        </w:rPr>
        <w:t>C. $m = \sqrt{3}$</w:t>
      </w:r>
    </w:p>
    <w:p>
      <w:pPr>
        <w:pStyle w:val="ListParagraph"/>
      </w:pPr>
      <w:r>
        <w:rPr>
          <w:sz w:val="22"/>
        </w:rPr>
        <w:t>D. $m = \pm \sqrt{6}$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