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PHẦN 1. TRẮC NGHIỆM NHIỀU PHƯƠNG ÁN LỰA CHỌN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Tổ chức quốc tế được xem như tiền thân của Liên hợp quốc là</w:t>
      </w:r>
    </w:p>
    <w:p>
      <w:pPr>
        <w:pStyle w:val="ListParagraph"/>
      </w:pPr>
      <w:r>
        <w:rPr>
          <w:sz w:val="22"/>
        </w:rPr>
        <w:t>A. Hội Quốc liên.</w:t>
      </w:r>
    </w:p>
    <w:p>
      <w:pPr>
        <w:pStyle w:val="ListParagraph"/>
      </w:pPr>
      <w:r>
        <w:rPr>
          <w:sz w:val="22"/>
        </w:rPr>
        <w:t>B. Đại hội đồng.</w:t>
      </w:r>
    </w:p>
    <w:p>
      <w:pPr>
        <w:pStyle w:val="ListParagraph"/>
      </w:pPr>
      <w:r>
        <w:rPr>
          <w:sz w:val="22"/>
        </w:rPr>
        <w:t>C. khối Đồng minh.</w:t>
      </w:r>
    </w:p>
    <w:p>
      <w:pPr>
        <w:pStyle w:val="ListParagraph"/>
      </w:pPr>
      <w:r>
        <w:rPr>
          <w:sz w:val="22"/>
        </w:rPr>
        <w:t>D. khối Hiệp ước.</w:t>
      </w:r>
    </w:p>
    <w:p/>
    <w:p>
      <w:r>
        <w:rPr>
          <w:b/>
          <w:sz w:val="24"/>
        </w:rPr>
        <w:t>Câu 2: Đầu năm 1945, đâu là vấn đề cấp bách đặt ra cho các nước Đồng minh chống phát xít?</w:t>
      </w:r>
    </w:p>
    <w:p>
      <w:pPr>
        <w:pStyle w:val="ListParagraph"/>
      </w:pPr>
      <w:r>
        <w:rPr>
          <w:sz w:val="22"/>
        </w:rPr>
        <w:t>A. Phân chia lại thuộc địa của các nước.</w:t>
      </w:r>
    </w:p>
    <w:p>
      <w:pPr>
        <w:pStyle w:val="ListParagraph"/>
      </w:pPr>
      <w:r>
        <w:rPr>
          <w:sz w:val="22"/>
        </w:rPr>
        <w:t>B. Tổ chức lại thế giới sau chiến tranh.</w:t>
      </w:r>
    </w:p>
    <w:p>
      <w:pPr>
        <w:pStyle w:val="ListParagraph"/>
      </w:pPr>
      <w:r>
        <w:rPr>
          <w:sz w:val="22"/>
        </w:rPr>
        <w:t>C. Thiết lập trật tự thế giới mới hai cực.</w:t>
      </w:r>
    </w:p>
    <w:p>
      <w:pPr>
        <w:pStyle w:val="ListParagraph"/>
      </w:pPr>
      <w:r>
        <w:rPr>
          <w:sz w:val="22"/>
        </w:rPr>
        <w:t>D. Phục hồi và phát triển kinh tế thế giới.</w:t>
      </w:r>
    </w:p>
    <w:p/>
    <w:p>
      <w:r>
        <w:rPr>
          <w:b/>
          <w:sz w:val="24"/>
        </w:rPr>
        <w:t>Câu 3: Đâu là một trong những vai trò mục tiêu của tổ chức Liên hợp quốc?</w:t>
      </w:r>
    </w:p>
    <w:p>
      <w:pPr>
        <w:pStyle w:val="ListParagraph"/>
      </w:pPr>
      <w:r>
        <w:rPr>
          <w:sz w:val="22"/>
        </w:rPr>
        <w:t>A. Cân bằng quyền lực các nước.</w:t>
      </w:r>
    </w:p>
    <w:p>
      <w:pPr>
        <w:pStyle w:val="ListParagraph"/>
      </w:pPr>
      <w:r>
        <w:rPr>
          <w:sz w:val="22"/>
        </w:rPr>
        <w:t>B. Xoá bỏ chế độ thực dân kiểu cũ.</w:t>
      </w:r>
    </w:p>
    <w:p>
      <w:pPr>
        <w:pStyle w:val="ListParagraph"/>
      </w:pPr>
      <w:r>
        <w:rPr>
          <w:sz w:val="22"/>
        </w:rPr>
        <w:t>C. Duy trì hòa bình, an ninh thế giới.</w:t>
      </w:r>
    </w:p>
    <w:p>
      <w:pPr>
        <w:pStyle w:val="ListParagraph"/>
      </w:pPr>
      <w:r>
        <w:rPr>
          <w:sz w:val="22"/>
        </w:rPr>
        <w:t>D. Thực hiện quyền tự do hàng hải.</w:t>
      </w:r>
    </w:p>
    <w:p/>
    <w:p>
      <w:r>
        <w:rPr>
          <w:b/>
          <w:sz w:val="24"/>
        </w:rPr>
        <w:t>Câu 4: Ngày 1/1/1942, đại diện của 26 nước đã ký văn kiện nào sau đây?</w:t>
      </w:r>
    </w:p>
    <w:p>
      <w:pPr>
        <w:pStyle w:val="ListParagraph"/>
      </w:pPr>
      <w:r>
        <w:rPr>
          <w:sz w:val="22"/>
        </w:rPr>
        <w:t>A. Tuyên bố về Liên hợp quốc.</w:t>
      </w:r>
    </w:p>
    <w:p>
      <w:pPr>
        <w:pStyle w:val="ListParagraph"/>
      </w:pPr>
      <w:r>
        <w:rPr>
          <w:sz w:val="22"/>
        </w:rPr>
        <w:t>B. Thành lập khối Liên minh.</w:t>
      </w:r>
    </w:p>
    <w:p>
      <w:pPr>
        <w:pStyle w:val="ListParagraph"/>
      </w:pPr>
      <w:r>
        <w:rPr>
          <w:sz w:val="22"/>
        </w:rPr>
        <w:t>C. Xóa bỏ hệ thống thuộc địa.</w:t>
      </w:r>
    </w:p>
    <w:p>
      <w:pPr>
        <w:pStyle w:val="ListParagraph"/>
      </w:pPr>
      <w:r>
        <w:rPr>
          <w:sz w:val="22"/>
        </w:rPr>
        <w:t>D. Chấm dứt chiến tranh lạnh</w:t>
      </w:r>
    </w:p>
    <w:p/>
    <w:p>
      <w:r>
        <w:rPr>
          <w:b/>
          <w:sz w:val="24"/>
        </w:rPr>
        <w:t>Câu 5: Năm 1945, bản Hiến chương Liên hợp quốc được thông qua tại</w:t>
      </w:r>
    </w:p>
    <w:p>
      <w:pPr>
        <w:pStyle w:val="ListParagraph"/>
      </w:pPr>
      <w:r>
        <w:rPr>
          <w:sz w:val="22"/>
        </w:rPr>
        <w:t>A. hội nghị Tam cường I-an-ta.</w:t>
      </w:r>
    </w:p>
    <w:p>
      <w:pPr>
        <w:pStyle w:val="ListParagraph"/>
      </w:pPr>
      <w:r>
        <w:rPr>
          <w:sz w:val="22"/>
        </w:rPr>
        <w:t>B. hội nghị Xan Phran-xi-xcô.</w:t>
      </w:r>
    </w:p>
    <w:p>
      <w:pPr>
        <w:pStyle w:val="ListParagraph"/>
      </w:pPr>
      <w:r>
        <w:rPr>
          <w:sz w:val="22"/>
        </w:rPr>
        <w:t>C. hội nghị Bàn Môn Điếm.</w:t>
      </w:r>
    </w:p>
    <w:p>
      <w:pPr>
        <w:pStyle w:val="ListParagraph"/>
      </w:pPr>
      <w:r>
        <w:rPr>
          <w:sz w:val="22"/>
        </w:rPr>
        <w:t>D. hội nghị Véc xai - Oasington.</w:t>
      </w:r>
    </w:p>
    <w:p/>
    <w:p>
      <w:r>
        <w:rPr>
          <w:b/>
          <w:sz w:val="24"/>
        </w:rPr>
        <w:t>Câu 6: Mục tiêu và nguyên tắc hoạt động của Liên hợp quốc được quy định bởi văn kiện quan trọng nào?</w:t>
      </w:r>
    </w:p>
    <w:p>
      <w:pPr>
        <w:pStyle w:val="ListParagraph"/>
      </w:pPr>
      <w:r>
        <w:rPr>
          <w:sz w:val="22"/>
        </w:rPr>
        <w:t>A. Hiến chương.</w:t>
      </w:r>
    </w:p>
    <w:p>
      <w:pPr>
        <w:pStyle w:val="ListParagraph"/>
      </w:pPr>
      <w:r>
        <w:rPr>
          <w:sz w:val="22"/>
        </w:rPr>
        <w:t>B. Hiến pháp.</w:t>
      </w:r>
    </w:p>
    <w:p>
      <w:pPr>
        <w:pStyle w:val="ListParagraph"/>
      </w:pPr>
      <w:r>
        <w:rPr>
          <w:sz w:val="22"/>
        </w:rPr>
        <w:t>C. Tuyên ngôn.</w:t>
      </w:r>
    </w:p>
    <w:p>
      <w:pPr>
        <w:pStyle w:val="ListParagraph"/>
      </w:pPr>
      <w:r>
        <w:rPr>
          <w:sz w:val="22"/>
        </w:rPr>
        <w:t>D. Hiệp định.</w:t>
      </w:r>
    </w:p>
    <w:p/>
    <w:p>
      <w:r>
        <w:rPr>
          <w:b/>
          <w:sz w:val="24"/>
        </w:rPr>
        <w:t>Câu 7: Cơ quan nào của Liên hợp quốc chịu trách nhiệm chính trong việc duy trì hoà bình và an ninh thế giới?</w:t>
      </w:r>
    </w:p>
    <w:p>
      <w:pPr>
        <w:pStyle w:val="ListParagraph"/>
      </w:pPr>
      <w:r>
        <w:rPr>
          <w:sz w:val="22"/>
        </w:rPr>
        <w:t>A. Đại hội đồng.</w:t>
      </w:r>
    </w:p>
    <w:p>
      <w:pPr>
        <w:pStyle w:val="ListParagraph"/>
      </w:pPr>
      <w:r>
        <w:rPr>
          <w:sz w:val="22"/>
        </w:rPr>
        <w:t>B. Ban thư ký.</w:t>
      </w:r>
    </w:p>
    <w:p>
      <w:pPr>
        <w:pStyle w:val="ListParagraph"/>
      </w:pPr>
      <w:r>
        <w:rPr>
          <w:sz w:val="22"/>
        </w:rPr>
        <w:t>C. Hội đồng bảo an.</w:t>
      </w:r>
    </w:p>
    <w:p>
      <w:pPr>
        <w:pStyle w:val="ListParagraph"/>
      </w:pPr>
      <w:r>
        <w:rPr>
          <w:sz w:val="22"/>
        </w:rPr>
        <w:t>D. Tòa án quốc tế.</w:t>
      </w:r>
    </w:p>
    <w:p/>
    <w:p>
      <w:r>
        <w:rPr>
          <w:b/>
          <w:sz w:val="24"/>
        </w:rPr>
        <w:t>Câu 8: Một trong những cơ quan hành chính của Liên hợp quốc là</w:t>
      </w:r>
    </w:p>
    <w:p>
      <w:pPr>
        <w:pStyle w:val="ListParagraph"/>
      </w:pPr>
      <w:r>
        <w:rPr>
          <w:sz w:val="22"/>
        </w:rPr>
        <w:t>A. toà án quốc tế.</w:t>
      </w:r>
    </w:p>
    <w:p>
      <w:pPr>
        <w:pStyle w:val="ListParagraph"/>
      </w:pPr>
      <w:r>
        <w:rPr>
          <w:sz w:val="22"/>
        </w:rPr>
        <w:t>B. tổng thư ký.</w:t>
      </w:r>
    </w:p>
    <w:p>
      <w:pPr>
        <w:pStyle w:val="ListParagraph"/>
      </w:pPr>
      <w:r>
        <w:rPr>
          <w:sz w:val="22"/>
        </w:rPr>
        <w:t>C. ban thư ký.</w:t>
      </w:r>
    </w:p>
    <w:p>
      <w:pPr>
        <w:pStyle w:val="ListParagraph"/>
      </w:pPr>
      <w:r>
        <w:rPr>
          <w:sz w:val="22"/>
        </w:rPr>
        <w:t>D. quỹ nhi đồng.</w:t>
      </w:r>
    </w:p>
    <w:p/>
    <w:p>
      <w:r>
        <w:rPr>
          <w:b/>
          <w:sz w:val="24"/>
        </w:rPr>
        <w:t>Câu 9: Một trong những cơ quan chuyên môn của Liên hợp quốc là</w:t>
      </w:r>
    </w:p>
    <w:p>
      <w:pPr>
        <w:pStyle w:val="ListParagraph"/>
      </w:pPr>
      <w:r>
        <w:rPr>
          <w:sz w:val="22"/>
        </w:rPr>
        <w:t>A. toà án quốc tế.</w:t>
      </w:r>
    </w:p>
    <w:p>
      <w:pPr>
        <w:pStyle w:val="ListParagraph"/>
      </w:pPr>
      <w:r>
        <w:rPr>
          <w:sz w:val="22"/>
        </w:rPr>
        <w:t>B. Tổng thư ký.</w:t>
      </w:r>
    </w:p>
    <w:p>
      <w:pPr>
        <w:pStyle w:val="ListParagraph"/>
      </w:pPr>
      <w:r>
        <w:rPr>
          <w:sz w:val="22"/>
        </w:rPr>
        <w:t>C. ban thư ký.</w:t>
      </w:r>
    </w:p>
    <w:p>
      <w:pPr>
        <w:pStyle w:val="ListParagraph"/>
      </w:pPr>
      <w:r>
        <w:rPr>
          <w:sz w:val="22"/>
        </w:rPr>
        <w:t>D. đại hội đồng.</w:t>
      </w:r>
    </w:p>
    <w:p/>
    <w:p>
      <w:r>
        <w:rPr>
          <w:b/>
          <w:sz w:val="24"/>
        </w:rPr>
        <w:t>Câu 10: Đâu là một trong những nội dung của mục tiêu, hành động mang tính toàn cầu đến năm 2030 của Liên hợp quốc?</w:t>
      </w:r>
    </w:p>
    <w:p>
      <w:pPr>
        <w:pStyle w:val="ListParagraph"/>
      </w:pPr>
      <w:r>
        <w:rPr>
          <w:sz w:val="22"/>
        </w:rPr>
        <w:t>A. Chống nạn thất nghiệp.</w:t>
      </w:r>
    </w:p>
    <w:p>
      <w:pPr>
        <w:pStyle w:val="ListParagraph"/>
      </w:pPr>
      <w:r>
        <w:rPr>
          <w:sz w:val="22"/>
        </w:rPr>
        <w:t>B. Quyền tự do chính trị.</w:t>
      </w:r>
    </w:p>
    <w:p>
      <w:pPr>
        <w:pStyle w:val="ListParagraph"/>
      </w:pPr>
      <w:r>
        <w:rPr>
          <w:sz w:val="22"/>
        </w:rPr>
        <w:t>C. Chống bạo lực gia đình.</w:t>
      </w:r>
    </w:p>
    <w:p>
      <w:pPr>
        <w:pStyle w:val="ListParagraph"/>
      </w:pPr>
      <w:r>
        <w:rPr>
          <w:sz w:val="22"/>
        </w:rPr>
        <w:t>D. Chất lượng giáo dục.</w:t>
      </w:r>
    </w:p>
    <w:p/>
    <w:p>
      <w:r>
        <w:rPr>
          <w:b/>
          <w:sz w:val="24"/>
        </w:rPr>
        <w:t>Câu 11: Hiện nay, một trong những cuộc xung đột trên thế giới mà Liên hợp quốc vẫn chưa giải quyết được là ở</w:t>
      </w:r>
    </w:p>
    <w:p>
      <w:pPr>
        <w:pStyle w:val="ListParagraph"/>
      </w:pPr>
      <w:r>
        <w:rPr>
          <w:sz w:val="22"/>
        </w:rPr>
        <w:t>A. En Xan-va-do.</w:t>
      </w:r>
    </w:p>
    <w:p>
      <w:pPr>
        <w:pStyle w:val="ListParagraph"/>
      </w:pPr>
      <w:r>
        <w:rPr>
          <w:sz w:val="22"/>
        </w:rPr>
        <w:t>B. Goa-tê-ma-la</w:t>
      </w:r>
    </w:p>
    <w:p>
      <w:pPr>
        <w:pStyle w:val="ListParagraph"/>
      </w:pPr>
      <w:r>
        <w:rPr>
          <w:sz w:val="22"/>
        </w:rPr>
        <w:t>C. Trung Đông.</w:t>
      </w:r>
    </w:p>
    <w:p>
      <w:pPr>
        <w:pStyle w:val="ListParagraph"/>
      </w:pPr>
      <w:r>
        <w:rPr>
          <w:sz w:val="22"/>
        </w:rPr>
        <w:t>D. Mô-dăm-bích.</w:t>
      </w:r>
    </w:p>
    <w:p/>
    <w:p>
      <w:r>
        <w:rPr>
          <w:b/>
          <w:sz w:val="24"/>
        </w:rPr>
        <w:t>Câu 12: Cơ quan nào của Liên hợp quốc là tập hợp đại diện của tất cả các nước thành viên?</w:t>
      </w:r>
    </w:p>
    <w:p>
      <w:pPr>
        <w:pStyle w:val="ListParagraph"/>
      </w:pPr>
      <w:r>
        <w:rPr>
          <w:sz w:val="22"/>
        </w:rPr>
        <w:t>A. Đại hội đồng.</w:t>
      </w:r>
    </w:p>
    <w:p>
      <w:pPr>
        <w:pStyle w:val="ListParagraph"/>
      </w:pPr>
      <w:r>
        <w:rPr>
          <w:sz w:val="22"/>
        </w:rPr>
        <w:t>B. Ban thư ký.</w:t>
      </w:r>
    </w:p>
    <w:p>
      <w:pPr>
        <w:pStyle w:val="ListParagraph"/>
      </w:pPr>
      <w:r>
        <w:rPr>
          <w:sz w:val="22"/>
        </w:rPr>
        <w:t>C. Hội đồng bảo an.</w:t>
      </w:r>
    </w:p>
    <w:p>
      <w:pPr>
        <w:pStyle w:val="ListParagraph"/>
      </w:pPr>
      <w:r>
        <w:rPr>
          <w:sz w:val="22"/>
        </w:rPr>
        <w:t>D. Toà án quốc tế.</w:t>
      </w:r>
    </w:p>
    <w:p/>
    <w:p>
      <w:r>
        <w:rPr>
          <w:b/>
          <w:sz w:val="24"/>
        </w:rPr>
        <w:t>Câu 13: Một trong những quốc gia Ủy viên thường trực Hội đồng bảo an Liên hợp quốc là</w:t>
      </w:r>
    </w:p>
    <w:p>
      <w:pPr>
        <w:pStyle w:val="ListParagraph"/>
      </w:pPr>
      <w:r>
        <w:rPr>
          <w:sz w:val="22"/>
        </w:rPr>
        <w:t>A. Nhật.</w:t>
      </w:r>
    </w:p>
    <w:p>
      <w:pPr>
        <w:pStyle w:val="ListParagraph"/>
      </w:pPr>
      <w:r>
        <w:rPr>
          <w:sz w:val="22"/>
        </w:rPr>
        <w:t>B. Đức.</w:t>
      </w:r>
    </w:p>
    <w:p>
      <w:pPr>
        <w:pStyle w:val="ListParagraph"/>
      </w:pPr>
      <w:r>
        <w:rPr>
          <w:sz w:val="22"/>
        </w:rPr>
        <w:t>C. Anh.</w:t>
      </w:r>
    </w:p>
    <w:p>
      <w:pPr>
        <w:pStyle w:val="ListParagraph"/>
      </w:pPr>
      <w:r>
        <w:rPr>
          <w:sz w:val="22"/>
        </w:rPr>
        <w:t>D. Bi.</w:t>
      </w:r>
    </w:p>
    <w:p/>
    <w:p>
      <w:r>
        <w:rPr>
          <w:b/>
          <w:sz w:val="24"/>
        </w:rPr>
        <w:t>Câu 14: Quốc gia nào sau đây từng có công dân là Tổng thư ký Liên hợp quốc?</w:t>
      </w:r>
    </w:p>
    <w:p>
      <w:pPr>
        <w:pStyle w:val="ListParagraph"/>
      </w:pPr>
      <w:r>
        <w:rPr>
          <w:sz w:val="22"/>
        </w:rPr>
        <w:t>A. Hàn Quốc.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Việt Nam.</w:t>
      </w:r>
    </w:p>
    <w:p>
      <w:pPr>
        <w:pStyle w:val="ListParagraph"/>
      </w:pPr>
      <w:r>
        <w:rPr>
          <w:sz w:val="22"/>
        </w:rPr>
        <w:t>D. Nhật Bản.</w:t>
      </w:r>
    </w:p>
    <w:p/>
    <w:p>
      <w:r>
        <w:rPr>
          <w:b/>
          <w:sz w:val="24"/>
        </w:rPr>
        <w:t>Câu 15: Tổng thư ký là người đứng đầu cơ quan nào của Liên hợp quốc?</w:t>
      </w:r>
    </w:p>
    <w:p>
      <w:pPr>
        <w:pStyle w:val="ListParagraph"/>
      </w:pPr>
      <w:r>
        <w:rPr>
          <w:sz w:val="22"/>
        </w:rPr>
        <w:t>A. Ban thư ký.</w:t>
      </w:r>
    </w:p>
    <w:p>
      <w:pPr>
        <w:pStyle w:val="ListParagraph"/>
      </w:pPr>
      <w:r>
        <w:rPr>
          <w:sz w:val="22"/>
        </w:rPr>
        <w:t>B. Đại hội đồng.</w:t>
      </w:r>
    </w:p>
    <w:p>
      <w:pPr>
        <w:pStyle w:val="ListParagraph"/>
      </w:pPr>
      <w:r>
        <w:rPr>
          <w:sz w:val="22"/>
        </w:rPr>
        <w:t>C. Hội đồng Bảo an.</w:t>
      </w:r>
    </w:p>
    <w:p>
      <w:pPr>
        <w:pStyle w:val="ListParagraph"/>
      </w:pPr>
      <w:r>
        <w:rPr>
          <w:sz w:val="22"/>
        </w:rPr>
        <w:t>D. Tòa án quốc tế.</w:t>
      </w:r>
    </w:p>
    <w:p/>
    <w:p>
      <w:r>
        <w:rPr>
          <w:b/>
          <w:sz w:val="24"/>
        </w:rPr>
        <w:t>Câu 16: Một trong những hạn chế lớn của tổ chức Liên hợp quốc là</w:t>
      </w:r>
    </w:p>
    <w:p>
      <w:pPr>
        <w:pStyle w:val="ListParagraph"/>
      </w:pPr>
      <w:r>
        <w:rPr>
          <w:sz w:val="22"/>
        </w:rPr>
        <w:t>A. có quá nhiều thành viên.</w:t>
      </w:r>
    </w:p>
    <w:p>
      <w:pPr>
        <w:pStyle w:val="ListParagraph"/>
      </w:pPr>
      <w:r>
        <w:rPr>
          <w:sz w:val="22"/>
        </w:rPr>
        <w:t>B. bị các nước lớn chỉ phối.</w:t>
      </w:r>
    </w:p>
    <w:p>
      <w:pPr>
        <w:pStyle w:val="ListParagraph"/>
      </w:pPr>
      <w:r>
        <w:rPr>
          <w:sz w:val="22"/>
        </w:rPr>
        <w:t>C. thiếu nhân sự chất lượng.</w:t>
      </w:r>
    </w:p>
    <w:p>
      <w:pPr>
        <w:pStyle w:val="ListParagraph"/>
      </w:pPr>
      <w:r>
        <w:rPr>
          <w:sz w:val="22"/>
        </w:rPr>
        <w:t>D. không có trụ sở cố định.</w:t>
      </w:r>
    </w:p>
    <w:p/>
    <w:p>
      <w:r>
        <w:rPr>
          <w:b/>
          <w:sz w:val="24"/>
        </w:rPr>
        <w:t>Câu 17: Nội dung hạn chế trong nguyên tắc hoạt động của Liên hợp quốc là</w:t>
      </w:r>
    </w:p>
    <w:p>
      <w:pPr>
        <w:pStyle w:val="ListParagraph"/>
      </w:pPr>
      <w:r>
        <w:rPr>
          <w:sz w:val="22"/>
        </w:rPr>
        <w:t>A. giải quyết tranh chấp hoà bình.</w:t>
      </w:r>
    </w:p>
    <w:p>
      <w:pPr>
        <w:pStyle w:val="ListParagraph"/>
      </w:pPr>
      <w:r>
        <w:rPr>
          <w:sz w:val="22"/>
        </w:rPr>
        <w:t>B. sự nhất trí của năm cường quốc.</w:t>
      </w:r>
    </w:p>
    <w:p>
      <w:pPr>
        <w:pStyle w:val="ListParagraph"/>
      </w:pPr>
      <w:r>
        <w:rPr>
          <w:sz w:val="22"/>
        </w:rPr>
        <w:t>C. quyền bình đẳng giữa các dân tộc.</w:t>
      </w:r>
    </w:p>
    <w:p>
      <w:pPr>
        <w:pStyle w:val="ListParagraph"/>
      </w:pPr>
      <w:r>
        <w:rPr>
          <w:sz w:val="22"/>
        </w:rPr>
        <w:t>D. không được đe dọa sử dụng vũ lực.</w:t>
      </w:r>
    </w:p>
    <w:p/>
    <w:p>
      <w:r>
        <w:rPr>
          <w:b/>
          <w:sz w:val="24"/>
        </w:rPr>
        <w:t>Câu 18: Việt Nam có thể vận dụng nguyên tắc hoạt động nào của Liên hợp quốc để giải quyết vấn đề ở Biển Đông?</w:t>
      </w:r>
    </w:p>
    <w:p>
      <w:pPr>
        <w:pStyle w:val="ListParagraph"/>
      </w:pPr>
      <w:r>
        <w:rPr>
          <w:sz w:val="22"/>
        </w:rPr>
        <w:t>A. Giải quyết các tranh chấp bằng biện pháp hoà bình.</w:t>
      </w:r>
    </w:p>
    <w:p>
      <w:pPr>
        <w:pStyle w:val="ListParagraph"/>
      </w:pPr>
      <w:r>
        <w:rPr>
          <w:sz w:val="22"/>
        </w:rPr>
        <w:t>B. Sự nhất trí của các nước thường trực Hội đồng bảo an.</w:t>
      </w:r>
    </w:p>
    <w:p>
      <w:pPr>
        <w:pStyle w:val="ListParagraph"/>
      </w:pPr>
      <w:r>
        <w:rPr>
          <w:sz w:val="22"/>
        </w:rPr>
        <w:t>C. quyền bình đẳng giữa các thành viên Liên hợp quốc.</w:t>
      </w:r>
    </w:p>
    <w:p>
      <w:pPr>
        <w:pStyle w:val="ListParagraph"/>
      </w:pPr>
      <w:r>
        <w:rPr>
          <w:sz w:val="22"/>
        </w:rPr>
        <w:t>D. không đe doạ dùng vũ lực tấn công các quốc gia khác.</w:t>
      </w:r>
    </w:p>
    <w:p/>
    <w:p>
      <w:r>
        <w:rPr>
          <w:b/>
          <w:sz w:val="24"/>
        </w:rPr>
        <w:t>Câu 19: Đâu là nguyên nhân chủ yếu làm cho số lượng thành viên của Liên hợp quốc tăng nhanh trong giai đoạn 1945-2000?</w:t>
      </w:r>
    </w:p>
    <w:p>
      <w:pPr>
        <w:pStyle w:val="ListParagraph"/>
      </w:pPr>
      <w:r>
        <w:rPr>
          <w:sz w:val="22"/>
        </w:rPr>
        <w:t>A. Gia nhập Liên hợp quốc để nhận được viện trợ kinh tế.</w:t>
      </w:r>
    </w:p>
    <w:p>
      <w:pPr>
        <w:pStyle w:val="ListParagraph"/>
      </w:pPr>
      <w:r>
        <w:rPr>
          <w:sz w:val="22"/>
        </w:rPr>
        <w:t>B. Tác động của trật tự thế giới 2 cực và Chiến tranh lạnh.</w:t>
      </w:r>
    </w:p>
    <w:p>
      <w:pPr>
        <w:pStyle w:val="ListParagraph"/>
      </w:pPr>
      <w:r>
        <w:rPr>
          <w:sz w:val="22"/>
        </w:rPr>
        <w:t>C. Giai đoạn này có nhiều quốc gia đã giành được độc lập.</w:t>
      </w:r>
    </w:p>
    <w:p>
      <w:pPr>
        <w:pStyle w:val="ListParagraph"/>
      </w:pPr>
      <w:r>
        <w:rPr>
          <w:sz w:val="22"/>
        </w:rPr>
        <w:t>D. Nhiều vấn đề quá sức giải quyết đơn độc của các nước.</w:t>
      </w:r>
    </w:p>
    <w:p/>
    <w:p>
      <w:r>
        <w:rPr>
          <w:b/>
          <w:sz w:val="24"/>
        </w:rPr>
        <w:t>Câu 20: Đâu là ý nghĩa của việc Việt Nam được bầu làm Ủy viên không thường trực Hội đồng Bảo an Liên hợp quốc trong các năm 2008 và 2019?</w:t>
      </w:r>
    </w:p>
    <w:p>
      <w:pPr>
        <w:pStyle w:val="ListParagraph"/>
      </w:pPr>
      <w:r>
        <w:rPr>
          <w:sz w:val="22"/>
        </w:rPr>
        <w:t>A. Nền kinh tế Việt Nam có sự phát triển vượt bậc.</w:t>
      </w:r>
    </w:p>
    <w:p>
      <w:pPr>
        <w:pStyle w:val="ListParagraph"/>
      </w:pPr>
      <w:r>
        <w:rPr>
          <w:sz w:val="22"/>
        </w:rPr>
        <w:t>B. Tình hình an ninh - chính trị tương đối ổn định.</w:t>
      </w:r>
    </w:p>
    <w:p>
      <w:pPr>
        <w:pStyle w:val="ListParagraph"/>
      </w:pPr>
      <w:r>
        <w:rPr>
          <w:sz w:val="22"/>
        </w:rPr>
        <w:t>C. Việt Nam đã xoá bỏ được tình trạng tham nhũng.</w:t>
      </w:r>
    </w:p>
    <w:p>
      <w:pPr>
        <w:pStyle w:val="ListParagraph"/>
      </w:pPr>
      <w:r>
        <w:rPr>
          <w:sz w:val="22"/>
        </w:rPr>
        <w:t>D. Vị thế, uy tin được nâng cao trên trường quốc tế.</w:t>
      </w:r>
    </w:p>
    <w:p/>
    <w:p>
      <w:r>
        <w:rPr>
          <w:b/>
          <w:sz w:val="24"/>
        </w:rPr>
        <w:t>Câu 21: Nội dung nào là cơ sở để tổ chức Liên hợp quốc để ra nguyên tắc “Giải quyết các tranh chấp quốc tế bằng biện pháp hòa bình"?</w:t>
      </w:r>
    </w:p>
    <w:p>
      <w:pPr>
        <w:pStyle w:val="ListParagraph"/>
      </w:pPr>
      <w:r>
        <w:rPr>
          <w:sz w:val="22"/>
        </w:rPr>
        <w:t>A. Hỏa bình là nguyện vọng, xu thế của các dân tộc trên thế giới.</w:t>
      </w:r>
    </w:p>
    <w:p>
      <w:pPr>
        <w:pStyle w:val="ListParagraph"/>
      </w:pPr>
      <w:r>
        <w:rPr>
          <w:sz w:val="22"/>
        </w:rPr>
        <w:t>B. Hòa bình là điều kiện quyết định để duy trì chế độ chính trị.</w:t>
      </w:r>
    </w:p>
    <w:p>
      <w:pPr>
        <w:pStyle w:val="ListParagraph"/>
      </w:pPr>
      <w:r>
        <w:rPr>
          <w:sz w:val="22"/>
        </w:rPr>
        <w:t>C. Mục đích của Liên hợp quốc là cân bằng lợi ích của các nước.</w:t>
      </w:r>
    </w:p>
    <w:p>
      <w:pPr>
        <w:pStyle w:val="ListParagraph"/>
      </w:pPr>
      <w:r>
        <w:rPr>
          <w:sz w:val="22"/>
        </w:rPr>
        <w:t>D. Tranh chấp, xung đột xảy ra ở hầu hết các khu vực trên thế giới.</w:t>
      </w:r>
    </w:p>
    <w:p/>
    <w:p>
      <w:r>
        <w:rPr>
          <w:b/>
          <w:sz w:val="24"/>
        </w:rPr>
        <w:t>Câu 22: Nguyên tắc hoạt động “chung sống hòa bình và sự nhất trí giữa 5 cường quốc Liên Xô, Mỹ, Anh, Pháp, Trung Quốc" được Liên hợp quốc đề ra nhằm mục đích chính là</w:t>
      </w:r>
    </w:p>
    <w:p>
      <w:pPr>
        <w:pStyle w:val="ListParagraph"/>
      </w:pPr>
      <w:r>
        <w:rPr>
          <w:sz w:val="22"/>
        </w:rPr>
        <w:t>A. đảm bảo quyền lợi của hai cường quốc Mỹ và Liên Xô.</w:t>
      </w:r>
    </w:p>
    <w:p>
      <w:pPr>
        <w:pStyle w:val="ListParagraph"/>
      </w:pPr>
      <w:r>
        <w:rPr>
          <w:sz w:val="22"/>
        </w:rPr>
        <w:t>B. cân bằng quyền lực chính trị giữa hai cực Liên Xô, Mỹ.</w:t>
      </w:r>
    </w:p>
    <w:p>
      <w:pPr>
        <w:pStyle w:val="ListParagraph"/>
      </w:pPr>
      <w:r>
        <w:rPr>
          <w:sz w:val="22"/>
        </w:rPr>
        <w:t>C. thực hiện thỏa thuận trong hội nghị I-an-ta của Mỹ và Anh.</w:t>
      </w:r>
    </w:p>
    <w:p>
      <w:pPr>
        <w:pStyle w:val="ListParagraph"/>
      </w:pPr>
      <w:r>
        <w:rPr>
          <w:sz w:val="22"/>
        </w:rPr>
        <w:t>D. ngăn chặn việc các cường quốc thao túng Liên hợp quốc.</w:t>
      </w:r>
    </w:p>
    <w:p/>
    <w:p>
      <w:r>
        <w:rPr>
          <w:b/>
          <w:sz w:val="24"/>
        </w:rPr>
        <w:t>Câu 23: Nhận định nào về vị trí, vai trò của Liên Hợp quốc trên trường quốc tế là không đúng?</w:t>
      </w:r>
    </w:p>
    <w:p>
      <w:pPr>
        <w:pStyle w:val="ListParagraph"/>
      </w:pPr>
      <w:r>
        <w:rPr>
          <w:sz w:val="22"/>
        </w:rPr>
        <w:t>A. Là diễn đàn quốc tế lớn nhất, vừa hợp tác vừa đấu tranh.</w:t>
      </w:r>
    </w:p>
    <w:p>
      <w:pPr>
        <w:pStyle w:val="ListParagraph"/>
      </w:pPr>
      <w:r>
        <w:rPr>
          <w:sz w:val="22"/>
        </w:rPr>
        <w:t>B. Thúc đẩy mối quan hệ hợp tác hữu nghị giữa các dân tộc.</w:t>
      </w:r>
    </w:p>
    <w:p>
      <w:pPr>
        <w:pStyle w:val="ListParagraph"/>
      </w:pPr>
      <w:r>
        <w:rPr>
          <w:sz w:val="22"/>
        </w:rPr>
        <w:t>C. Là tổ chức liên kết chính trị - kinh tế lớn nhất hành tinh.</w:t>
      </w:r>
    </w:p>
    <w:p>
      <w:pPr>
        <w:pStyle w:val="ListParagraph"/>
      </w:pPr>
      <w:r>
        <w:rPr>
          <w:sz w:val="22"/>
        </w:rPr>
        <w:t>D. Giúp đỡ các quốc gia dân tộc về y tế, văn hóa, giáo dục.</w:t>
      </w:r>
    </w:p>
    <w:p/>
    <w:p>
      <w:r>
        <w:rPr>
          <w:b/>
          <w:sz w:val="24"/>
        </w:rPr>
        <w:t>Câu 24: Mối quan hệ hợp tác của Liên hợp quốc với Việt Nam hiện nay là</w:t>
      </w:r>
    </w:p>
    <w:p>
      <w:pPr>
        <w:pStyle w:val="ListParagraph"/>
      </w:pPr>
      <w:r>
        <w:rPr>
          <w:sz w:val="22"/>
        </w:rPr>
        <w:t>A. hợp tác theo hướng ngày càng sâu rộng và hiệu quả.</w:t>
      </w:r>
    </w:p>
    <w:p>
      <w:pPr>
        <w:pStyle w:val="ListParagraph"/>
      </w:pPr>
      <w:r>
        <w:rPr>
          <w:sz w:val="22"/>
        </w:rPr>
        <w:t>B. giúp đỡ giải quyết hậu quả nặng nề của chiến tranh.</w:t>
      </w:r>
    </w:p>
    <w:p>
      <w:pPr>
        <w:pStyle w:val="ListParagraph"/>
      </w:pPr>
      <w:r>
        <w:rPr>
          <w:sz w:val="22"/>
        </w:rPr>
        <w:t>C. viện trợ không hoàn lại để phát triển kinh tế, văn hóa.</w:t>
      </w:r>
    </w:p>
    <w:p>
      <w:pPr>
        <w:pStyle w:val="ListParagraph"/>
      </w:pPr>
      <w:r>
        <w:rPr>
          <w:sz w:val="22"/>
        </w:rPr>
        <w:t>D. thúc đẩy cải cách thực hiện các quyền tự do dân chủ.</w:t>
      </w:r>
    </w:p>
    <w:p/>
    <w:p>
      <w:r>
        <w:rPr>
          <w:b/>
          <w:sz w:val="24"/>
        </w:rPr>
        <w:t>Câu 25: Một trong những điểm giống về mục tiêu của Liên hợp quốc so với các tổ chức quốc tế và khu vực khác là</w:t>
      </w:r>
    </w:p>
    <w:p>
      <w:pPr>
        <w:pStyle w:val="ListParagraph"/>
      </w:pPr>
      <w:r>
        <w:rPr>
          <w:sz w:val="22"/>
        </w:rPr>
        <w:t>A. tập hợp thành viên vào liên minh quân sự.</w:t>
      </w:r>
    </w:p>
    <w:p>
      <w:pPr>
        <w:pStyle w:val="ListParagraph"/>
      </w:pPr>
      <w:r>
        <w:rPr>
          <w:sz w:val="22"/>
        </w:rPr>
        <w:t>B. đem lại lợi ích cho các nước thành viên.</w:t>
      </w:r>
    </w:p>
    <w:p>
      <w:pPr>
        <w:pStyle w:val="ListParagraph"/>
      </w:pPr>
      <w:r>
        <w:rPr>
          <w:sz w:val="22"/>
        </w:rPr>
        <w:t>C. thực hiện quyền tự do dân chủ, dân quyền.</w:t>
      </w:r>
    </w:p>
    <w:p>
      <w:pPr>
        <w:pStyle w:val="ListParagraph"/>
      </w:pPr>
      <w:r>
        <w:rPr>
          <w:sz w:val="22"/>
        </w:rPr>
        <w:t>D. trao đổi về vốn, khoa học và kinh nghiệm.</w:t>
      </w:r>
    </w:p>
    <w:p/>
    <w:p>
      <w:r>
        <w:rPr>
          <w:b/>
          <w:sz w:val="24"/>
        </w:rPr>
        <w:t>Câu 26: Một trong những điểm giống về mục đích thành lập của Liên hợp quốc và Hội quốc liên là đều muốn</w:t>
      </w:r>
    </w:p>
    <w:p>
      <w:pPr>
        <w:pStyle w:val="ListParagraph"/>
      </w:pPr>
      <w:r>
        <w:rPr>
          <w:sz w:val="22"/>
        </w:rPr>
        <w:t>A. duy trì hoà bình và an ninh thế giới.</w:t>
      </w:r>
    </w:p>
    <w:p>
      <w:pPr>
        <w:pStyle w:val="ListParagraph"/>
      </w:pPr>
      <w:r>
        <w:rPr>
          <w:sz w:val="22"/>
        </w:rPr>
        <w:t>B. ngăn chặn âm mưu bá chủ của Mỹ.</w:t>
      </w:r>
    </w:p>
    <w:p>
      <w:pPr>
        <w:pStyle w:val="ListParagraph"/>
      </w:pPr>
      <w:r>
        <w:rPr>
          <w:sz w:val="22"/>
        </w:rPr>
        <w:t>C. thực hiện các quyền tự do dân chủ.</w:t>
      </w:r>
    </w:p>
    <w:p>
      <w:pPr>
        <w:pStyle w:val="ListParagraph"/>
      </w:pPr>
      <w:r>
        <w:rPr>
          <w:sz w:val="22"/>
        </w:rPr>
        <w:t>D. trao đổi công nghệ và kinh nghiệm.</w:t>
      </w:r>
    </w:p>
    <w:p/>
    <w:p>
      <w:r>
        <w:rPr>
          <w:b/>
          <w:sz w:val="24"/>
        </w:rPr>
        <w:t>Câu 27: Một trong những điểm giống nhau về nguyên tắc hoạt động giữa Liên hợp quốc và tổ chức ASEAN là</w:t>
      </w:r>
    </w:p>
    <w:p>
      <w:pPr>
        <w:pStyle w:val="ListParagraph"/>
      </w:pPr>
      <w:r>
        <w:rPr>
          <w:sz w:val="22"/>
        </w:rPr>
        <w:t>A. tôn trọng độc lập chủ quyền của nhau.</w:t>
      </w:r>
    </w:p>
    <w:p>
      <w:pPr>
        <w:pStyle w:val="ListParagraph"/>
      </w:pPr>
      <w:r>
        <w:rPr>
          <w:sz w:val="22"/>
        </w:rPr>
        <w:t>B. không đe doạ sử dụng vũ lực với nhau.</w:t>
      </w:r>
    </w:p>
    <w:p>
      <w:pPr>
        <w:pStyle w:val="ListParagraph"/>
      </w:pPr>
      <w:r>
        <w:rPr>
          <w:sz w:val="22"/>
        </w:rPr>
        <w:t>C. tôn trọng nhất trí giữa các cường quốc.</w:t>
      </w:r>
    </w:p>
    <w:p>
      <w:pPr>
        <w:pStyle w:val="ListParagraph"/>
      </w:pPr>
      <w:r>
        <w:rPr>
          <w:sz w:val="22"/>
        </w:rPr>
        <w:t>D. thành viên thực hiện quyền phủ quyết</w:t>
      </w:r>
    </w:p>
    <w:p/>
    <w:p>
      <w:r>
        <w:rPr>
          <w:b/>
          <w:sz w:val="24"/>
        </w:rPr>
        <w:t>Câu 28: Hội nghị I-an-ta (2-1945) đã thông qua quyết định nào?</w:t>
      </w:r>
    </w:p>
    <w:p>
      <w:pPr>
        <w:pStyle w:val="ListParagraph"/>
      </w:pPr>
      <w:r>
        <w:rPr>
          <w:sz w:val="22"/>
        </w:rPr>
        <w:t>A. Phân chia nước Đức thành bốn khu vực chiếm đóng của Đồng minh.</w:t>
      </w:r>
    </w:p>
    <w:p>
      <w:pPr>
        <w:pStyle w:val="ListParagraph"/>
      </w:pPr>
      <w:r>
        <w:rPr>
          <w:sz w:val="22"/>
        </w:rPr>
        <w:t>B. Phân công quân đội Đồng minh giải giáp quân Nhật ở Đông Dương.</w:t>
      </w:r>
    </w:p>
    <w:p>
      <w:pPr>
        <w:pStyle w:val="ListParagraph"/>
      </w:pPr>
      <w:r>
        <w:rPr>
          <w:sz w:val="22"/>
        </w:rPr>
        <w:t>C. Thành lập tổ chức Hội quốc liên để duy trì hòa bình, an ninh thế giới.</w:t>
      </w:r>
    </w:p>
    <w:p>
      <w:pPr>
        <w:pStyle w:val="ListParagraph"/>
      </w:pPr>
      <w:r>
        <w:rPr>
          <w:sz w:val="22"/>
        </w:rPr>
        <w:t>D. Phân chia phạm vi ảnh hưởng ở châu Âu, Á giữa các nước Đồng minh.</w:t>
      </w:r>
    </w:p>
    <w:p/>
    <w:p>
      <w:r>
        <w:rPr>
          <w:b/>
          <w:sz w:val="24"/>
        </w:rPr>
        <w:t>Câu 29: Quyết định nào của hội nghị I-an-ta (2-1945) đã tạo điều kiện cho thực dân Pháp trở lại xâm lược Đông Dương?</w:t>
      </w:r>
    </w:p>
    <w:p>
      <w:pPr>
        <w:pStyle w:val="ListParagraph"/>
      </w:pPr>
      <w:r>
        <w:rPr>
          <w:sz w:val="22"/>
        </w:rPr>
        <w:t>A. Liên Xô không được đưa quân đội vào Đông Dương.</w:t>
      </w:r>
    </w:p>
    <w:p>
      <w:pPr>
        <w:pStyle w:val="ListParagraph"/>
      </w:pPr>
      <w:r>
        <w:rPr>
          <w:sz w:val="22"/>
        </w:rPr>
        <w:t>B. Anh, Mỹ mở đường cho Pháp chiếm lại Đông Dương.</w:t>
      </w:r>
    </w:p>
    <w:p>
      <w:pPr>
        <w:pStyle w:val="ListParagraph"/>
      </w:pPr>
      <w:r>
        <w:rPr>
          <w:sz w:val="22"/>
        </w:rPr>
        <w:t>C. Đông Nam Á thuộc phạm vi ảnh hưởng của phương Tây.</w:t>
      </w:r>
    </w:p>
    <w:p>
      <w:pPr>
        <w:pStyle w:val="ListParagraph"/>
      </w:pPr>
      <w:r>
        <w:rPr>
          <w:sz w:val="22"/>
        </w:rPr>
        <w:t>D. Quân đội Trung Hoa Dân quốc giải giáp phát xít Nhật.</w:t>
      </w:r>
    </w:p>
    <w:p/>
    <w:p>
      <w:r>
        <w:rPr>
          <w:b/>
          <w:sz w:val="24"/>
        </w:rPr>
        <w:t>Câu 30: Nhận xét nào là đúng về việc thỏa thuận đóng quân và phân chia phạm vi ảnh hưởng giữa ba cường quốc trong Hội nghị I-an-ta (2-1945)?</w:t>
      </w:r>
    </w:p>
    <w:p>
      <w:pPr>
        <w:pStyle w:val="ListParagraph"/>
      </w:pPr>
      <w:r>
        <w:rPr>
          <w:sz w:val="22"/>
        </w:rPr>
        <w:t>A. Thực hiện việc tiêu diệt tận gốc chủ nghĩa thực dân.</w:t>
      </w:r>
    </w:p>
    <w:p>
      <w:pPr>
        <w:pStyle w:val="ListParagraph"/>
      </w:pPr>
      <w:r>
        <w:rPr>
          <w:sz w:val="22"/>
        </w:rPr>
        <w:t>B. Thực chất là phân chia quyền lợi giữa Mỹ và Liên Xô.</w:t>
      </w:r>
    </w:p>
    <w:p>
      <w:pPr>
        <w:pStyle w:val="ListParagraph"/>
      </w:pPr>
      <w:r>
        <w:rPr>
          <w:sz w:val="22"/>
        </w:rPr>
        <w:t>C. Nhanh chóng triệt tiêu sức mạnh của các nước tư bản.</w:t>
      </w:r>
    </w:p>
    <w:p>
      <w:pPr>
        <w:pStyle w:val="ListParagraph"/>
      </w:pPr>
      <w:r>
        <w:rPr>
          <w:sz w:val="22"/>
        </w:rPr>
        <w:t>D. Tạo điều kiện để tái vũ trang cho Đức chống Liên Xô.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