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Hóa học lớp 8 bài Oxi - Kh...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Khí oxi có tính chất vật lí nào?</w:t>
      </w:r>
    </w:p>
    <w:p>
      <w:pPr>
        <w:pStyle w:val="ListParagraph"/>
      </w:pPr>
      <w:r>
        <w:rPr>
          <w:sz w:val="22"/>
        </w:rPr>
        <w:t>A. Không màu, không mùi, ít tan trong nước</w:t>
      </w:r>
    </w:p>
    <w:p>
      <w:pPr>
        <w:pStyle w:val="ListParagraph"/>
      </w:pPr>
      <w:r>
        <w:rPr>
          <w:sz w:val="22"/>
        </w:rPr>
        <w:t>B. Màu vàng lục, mùi hắc, tan nhiều trong nước</w:t>
      </w:r>
    </w:p>
    <w:p>
      <w:pPr>
        <w:pStyle w:val="ListParagraph"/>
      </w:pPr>
      <w:r>
        <w:rPr>
          <w:sz w:val="22"/>
        </w:rPr>
        <w:t>C. Không màu, không mùi, tan rất nhiều trong nước</w:t>
      </w:r>
    </w:p>
    <w:p>
      <w:pPr>
        <w:pStyle w:val="ListParagraph"/>
      </w:pPr>
      <w:r>
        <w:rPr>
          <w:sz w:val="22"/>
        </w:rPr>
        <w:t>D. Màu xanh nhạt, không mùi, ít tan trong nước</w:t>
      </w:r>
    </w:p>
    <w:p/>
    <w:p>
      <w:r>
        <w:rPr>
          <w:b/>
          <w:sz w:val="24"/>
        </w:rPr>
        <w:t>Câu 2: Oxi phản ứng với phi kim tạo thành sản phẩm là?</w:t>
      </w:r>
    </w:p>
    <w:p>
      <w:pPr>
        <w:pStyle w:val="ListParagraph"/>
      </w:pPr>
      <w:r>
        <w:rPr>
          <w:sz w:val="22"/>
        </w:rPr>
        <w:t>A. Oxit bazơ</w:t>
      </w:r>
    </w:p>
    <w:p>
      <w:pPr>
        <w:pStyle w:val="ListParagraph"/>
      </w:pPr>
      <w:r>
        <w:rPr>
          <w:sz w:val="22"/>
        </w:rPr>
        <w:t>B. Oxit axit</w:t>
      </w:r>
    </w:p>
    <w:p>
      <w:pPr>
        <w:pStyle w:val="ListParagraph"/>
      </w:pPr>
      <w:r>
        <w:rPr>
          <w:sz w:val="22"/>
        </w:rPr>
        <w:t>C. Muối</w:t>
      </w:r>
    </w:p>
    <w:p>
      <w:pPr>
        <w:pStyle w:val="ListParagraph"/>
      </w:pPr>
      <w:r>
        <w:rPr>
          <w:sz w:val="22"/>
        </w:rPr>
        <w:t>D. Axit</w:t>
      </w:r>
    </w:p>
    <w:p/>
    <w:p>
      <w:r>
        <w:rPr>
          <w:b/>
          <w:sz w:val="24"/>
        </w:rPr>
        <w:t>Câu 3: Thành phần thể tích của khí oxi trong không khí là?</w:t>
      </w:r>
    </w:p>
    <w:p>
      <w:pPr>
        <w:pStyle w:val="ListParagraph"/>
      </w:pPr>
      <w:r>
        <w:rPr>
          <w:sz w:val="22"/>
        </w:rPr>
        <w:t>A. 21%</w:t>
      </w:r>
    </w:p>
    <w:p>
      <w:pPr>
        <w:pStyle w:val="ListParagraph"/>
      </w:pPr>
      <w:r>
        <w:rPr>
          <w:sz w:val="22"/>
        </w:rPr>
        <w:t>B. 78%</w:t>
      </w:r>
    </w:p>
    <w:p>
      <w:pPr>
        <w:pStyle w:val="ListParagraph"/>
      </w:pPr>
      <w:r>
        <w:rPr>
          <w:sz w:val="22"/>
        </w:rPr>
        <w:t>C. 1%</w:t>
      </w:r>
    </w:p>
    <w:p>
      <w:pPr>
        <w:pStyle w:val="ListParagraph"/>
      </w:pPr>
      <w:r>
        <w:rPr>
          <w:sz w:val="22"/>
        </w:rPr>
        <w:t>D. 100%</w:t>
      </w:r>
    </w:p>
    <w:p/>
    <w:p>
      <w:r>
        <w:rPr>
          <w:b/>
          <w:sz w:val="24"/>
        </w:rPr>
        <w:t>Câu 4: Sự oxi hóa là?</w:t>
      </w:r>
    </w:p>
    <w:p>
      <w:pPr>
        <w:pStyle w:val="ListParagraph"/>
      </w:pPr>
      <w:r>
        <w:rPr>
          <w:sz w:val="22"/>
        </w:rPr>
        <w:t>A. Sự tác dụng của oxi với một chất</w:t>
      </w:r>
    </w:p>
    <w:p>
      <w:pPr>
        <w:pStyle w:val="ListParagraph"/>
      </w:pPr>
      <w:r>
        <w:rPr>
          <w:sz w:val="22"/>
        </w:rPr>
        <w:t>B. Sự tác dụng của nitơ với một chất</w:t>
      </w:r>
    </w:p>
    <w:p>
      <w:pPr>
        <w:pStyle w:val="ListParagraph"/>
      </w:pPr>
      <w:r>
        <w:rPr>
          <w:sz w:val="22"/>
        </w:rPr>
        <w:t>C. Sự tác dụng của hiđro với một chất</w:t>
      </w:r>
    </w:p>
    <w:p>
      <w:pPr>
        <w:pStyle w:val="ListParagraph"/>
      </w:pPr>
      <w:r>
        <w:rPr>
          <w:sz w:val="22"/>
        </w:rPr>
        <w:t>D. Sự tác dụng của không khí với một chất</w:t>
      </w:r>
    </w:p>
    <w:p/>
    <w:p>
      <w:r>
        <w:rPr>
          <w:b/>
          <w:sz w:val="24"/>
        </w:rPr>
        <w:t>Câu 5: Điều kiện phát sinh sự cháy là?</w:t>
      </w:r>
    </w:p>
    <w:p>
      <w:pPr>
        <w:pStyle w:val="ListParagraph"/>
      </w:pPr>
      <w:r>
        <w:rPr>
          <w:sz w:val="22"/>
        </w:rPr>
        <w:t>A. Chất cháy phải đủ nhiệt độ và đủ oxi</w:t>
      </w:r>
    </w:p>
    <w:p>
      <w:pPr>
        <w:pStyle w:val="ListParagraph"/>
      </w:pPr>
      <w:r>
        <w:rPr>
          <w:sz w:val="22"/>
        </w:rPr>
        <w:t>B. Chất cháy phải ở thể khí</w:t>
      </w:r>
    </w:p>
    <w:p>
      <w:pPr>
        <w:pStyle w:val="ListParagraph"/>
      </w:pPr>
      <w:r>
        <w:rPr>
          <w:sz w:val="22"/>
        </w:rPr>
        <w:t>C. Chất cháy phải tiếp xúc với nước</w:t>
      </w:r>
    </w:p>
    <w:p>
      <w:pPr>
        <w:pStyle w:val="ListParagraph"/>
      </w:pPr>
      <w:r>
        <w:rPr>
          <w:sz w:val="22"/>
        </w:rPr>
        <w:t>D. Chất cháy phải có màu đen</w:t>
      </w:r>
    </w:p>
    <w:p/>
    <w:p>
      <w:r>
        <w:rPr>
          <w:b/>
          <w:sz w:val="24"/>
        </w:rPr>
        <w:t>Câu 6: Phản ứng hóa hợp là phản ứng?</w:t>
      </w:r>
    </w:p>
    <w:p>
      <w:pPr>
        <w:pStyle w:val="ListParagraph"/>
      </w:pPr>
      <w:r>
        <w:rPr>
          <w:sz w:val="22"/>
        </w:rPr>
        <w:t>A. Từ một chất tạo thành hai hay nhiều chất mới</w:t>
      </w:r>
    </w:p>
    <w:p>
      <w:pPr>
        <w:pStyle w:val="ListParagraph"/>
      </w:pPr>
      <w:r>
        <w:rPr>
          <w:sz w:val="22"/>
        </w:rPr>
        <w:t>B. Từ hai hay nhiều chất tạo thành một chất mới</w:t>
      </w:r>
    </w:p>
    <w:p>
      <w:pPr>
        <w:pStyle w:val="ListParagraph"/>
      </w:pPr>
      <w:r>
        <w:rPr>
          <w:sz w:val="22"/>
        </w:rPr>
        <w:t>C. Có giải phóng nhiệt và ánh sáng</w:t>
      </w:r>
    </w:p>
    <w:p>
      <w:pPr>
        <w:pStyle w:val="ListParagraph"/>
      </w:pPr>
      <w:r>
        <w:rPr>
          <w:sz w:val="22"/>
        </w:rPr>
        <w:t>D. Có sự oxi hóa</w:t>
      </w:r>
    </w:p>
    <w:p/>
    <w:p>
      <w:r>
        <w:rPr>
          <w:b/>
          <w:sz w:val="24"/>
        </w:rPr>
        <w:t>Câu 7: Công thức hóa học của oxit sắt từ là?</w:t>
      </w:r>
    </w:p>
    <w:p>
      <w:pPr>
        <w:pStyle w:val="ListParagraph"/>
      </w:pPr>
      <w:r>
        <w:rPr>
          <w:sz w:val="22"/>
        </w:rPr>
        <w:t>A. FeO</w:t>
      </w:r>
    </w:p>
    <w:p>
      <w:pPr>
        <w:pStyle w:val="ListParagraph"/>
      </w:pPr>
      <w:r>
        <w:rPr>
          <w:sz w:val="22"/>
        </w:rPr>
        <w:t>B. Fe2O3</w:t>
      </w:r>
    </w:p>
    <w:p>
      <w:pPr>
        <w:pStyle w:val="ListParagraph"/>
      </w:pPr>
      <w:r>
        <w:rPr>
          <w:sz w:val="22"/>
        </w:rPr>
        <w:t>C. Fe3O4</w:t>
      </w:r>
    </w:p>
    <w:p>
      <w:pPr>
        <w:pStyle w:val="ListParagraph"/>
      </w:pPr>
      <w:r>
        <w:rPr>
          <w:sz w:val="22"/>
        </w:rPr>
        <w:t>D. Fe2O</w:t>
      </w:r>
    </w:p>
    <w:p/>
    <w:p>
      <w:r>
        <w:rPr>
          <w:b/>
          <w:sz w:val="24"/>
        </w:rPr>
        <w:t>Câu 8: Sự cháy là?</w:t>
      </w:r>
    </w:p>
    <w:p>
      <w:pPr>
        <w:pStyle w:val="ListParagraph"/>
      </w:pPr>
      <w:r>
        <w:rPr>
          <w:sz w:val="22"/>
        </w:rPr>
        <w:t>A. Sự oxi hóa có tỏa nhiệt và phát sáng</w:t>
      </w:r>
    </w:p>
    <w:p>
      <w:pPr>
        <w:pStyle w:val="ListParagraph"/>
      </w:pPr>
      <w:r>
        <w:rPr>
          <w:sz w:val="22"/>
        </w:rPr>
        <w:t>B. Sự oxi hóa có tỏa nhiệt nhưng không phát sáng</w:t>
      </w:r>
    </w:p>
    <w:p>
      <w:pPr>
        <w:pStyle w:val="ListParagraph"/>
      </w:pPr>
      <w:r>
        <w:rPr>
          <w:sz w:val="22"/>
        </w:rPr>
        <w:t>C. Sự phân hủy chất có tỏa nhiệt</w:t>
      </w:r>
    </w:p>
    <w:p>
      <w:pPr>
        <w:pStyle w:val="ListParagraph"/>
      </w:pPr>
      <w:r>
        <w:rPr>
          <w:sz w:val="22"/>
        </w:rPr>
        <w:t>D. Sự oxi hóa chậm</w:t>
      </w:r>
    </w:p>
    <w:p/>
    <w:p>
      <w:r>
        <w:rPr>
          <w:b/>
          <w:sz w:val="24"/>
        </w:rPr>
        <w:t>Câu 9: Hiện tượng than cháy trong oxi có ngọn lửa sáng, tạo khí?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CO</w:t>
      </w:r>
    </w:p>
    <w:p>
      <w:pPr>
        <w:pStyle w:val="ListParagraph"/>
      </w:pPr>
      <w:r>
        <w:rPr>
          <w:sz w:val="22"/>
        </w:rPr>
        <w:t>C. SO2</w:t>
      </w:r>
    </w:p>
    <w:p>
      <w:pPr>
        <w:pStyle w:val="ListParagraph"/>
      </w:pPr>
      <w:r>
        <w:rPr>
          <w:sz w:val="22"/>
        </w:rPr>
        <w:t>D. NO2</w:t>
      </w:r>
    </w:p>
    <w:p/>
    <w:p>
      <w:r>
        <w:rPr>
          <w:b/>
          <w:sz w:val="24"/>
        </w:rPr>
        <w:t>Câu 10: Oxit là hợp chất của hai nguyên tố trong đó có:</w:t>
      </w:r>
    </w:p>
    <w:p>
      <w:pPr>
        <w:pStyle w:val="ListParagraph"/>
      </w:pPr>
      <w:r>
        <w:rPr>
          <w:sz w:val="22"/>
        </w:rPr>
        <w:t>A. Một nguyên tố là oxi</w:t>
      </w:r>
    </w:p>
    <w:p>
      <w:pPr>
        <w:pStyle w:val="ListParagraph"/>
      </w:pPr>
      <w:r>
        <w:rPr>
          <w:sz w:val="22"/>
        </w:rPr>
        <w:t>B. Một nguyên tố là hiđro</w:t>
      </w:r>
    </w:p>
    <w:p>
      <w:pPr>
        <w:pStyle w:val="ListParagraph"/>
      </w:pPr>
      <w:r>
        <w:rPr>
          <w:sz w:val="22"/>
        </w:rPr>
        <w:t>C. Một nguyên tố là nitơ</w:t>
      </w:r>
    </w:p>
    <w:p>
      <w:pPr>
        <w:pStyle w:val="ListParagraph"/>
      </w:pPr>
      <w:r>
        <w:rPr>
          <w:sz w:val="22"/>
        </w:rPr>
        <w:t>D. Một nguyên tố là phi kim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