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vật lý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Đơn vị đo nhiệt độ trong hệ SI là:</w:t>
      </w:r>
    </w:p>
    <w:p>
      <w:pPr>
        <w:pStyle w:val="ListParagraph"/>
      </w:pPr>
      <w:r>
        <w:rPr>
          <w:sz w:val="22"/>
        </w:rPr>
        <w:t>A. Độ Celsius (°C)</w:t>
      </w:r>
    </w:p>
    <w:p>
      <w:pPr>
        <w:pStyle w:val="ListParagraph"/>
      </w:pPr>
      <w:r>
        <w:rPr>
          <w:sz w:val="22"/>
        </w:rPr>
        <w:t>B. Độ Fahrenheit (°F)</w:t>
      </w:r>
    </w:p>
    <w:p>
      <w:pPr>
        <w:pStyle w:val="ListParagraph"/>
      </w:pPr>
      <w:r>
        <w:rPr>
          <w:sz w:val="22"/>
        </w:rPr>
        <w:t>C. Kelvin (K)</w:t>
      </w:r>
    </w:p>
    <w:p>
      <w:pPr>
        <w:pStyle w:val="ListParagraph"/>
      </w:pPr>
      <w:r>
        <w:rPr>
          <w:sz w:val="22"/>
        </w:rPr>
        <w:t>D. Độ Rankine (°R)</w:t>
      </w:r>
    </w:p>
    <w:p/>
    <w:p>
      <w:r>
        <w:rPr>
          <w:b/>
          <w:sz w:val="24"/>
        </w:rPr>
        <w:t>Câu 2: Nội năng của một vật là:</w:t>
      </w:r>
    </w:p>
    <w:p>
      <w:pPr>
        <w:pStyle w:val="ListParagraph"/>
      </w:pPr>
      <w:r>
        <w:rPr>
          <w:sz w:val="22"/>
        </w:rPr>
        <w:t>A. Tổng động năng và thế năng của các phân tử cấu tạo nên vật.</w:t>
      </w:r>
    </w:p>
    <w:p>
      <w:pPr>
        <w:pStyle w:val="ListParagraph"/>
      </w:pPr>
      <w:r>
        <w:rPr>
          <w:sz w:val="22"/>
        </w:rPr>
        <w:t>B. Tổng động năng của các phân tử cấu tạo nên vật.</w:t>
      </w:r>
    </w:p>
    <w:p>
      <w:pPr>
        <w:pStyle w:val="ListParagraph"/>
      </w:pPr>
      <w:r>
        <w:rPr>
          <w:sz w:val="22"/>
        </w:rPr>
        <w:t>C. Tổng thế năng tương tác giữa các phân tử cấu tạo nên vật.</w:t>
      </w:r>
    </w:p>
    <w:p>
      <w:pPr>
        <w:pStyle w:val="ListParagraph"/>
      </w:pPr>
      <w:r>
        <w:rPr>
          <w:sz w:val="22"/>
        </w:rPr>
        <w:t>D. Nhiệt lượng mà vật nhận được trong quá trình truyền nhiệt.</w:t>
      </w:r>
    </w:p>
    <w:p/>
    <w:p>
      <w:r>
        <w:rPr>
          <w:b/>
          <w:sz w:val="24"/>
        </w:rPr>
        <w:t>Câu 3: Công thức tính nhiệt lượng cần cung cấp để làm nóng chảy hoàn toàn một vật rắn ở nhiệt độ nóng chảy là:</w:t>
      </w:r>
    </w:p>
    <w:p>
      <w:pPr>
        <w:pStyle w:val="ListParagraph"/>
      </w:pPr>
      <w:r>
        <w:rPr>
          <w:sz w:val="22"/>
        </w:rPr>
        <w:t>A. $Q = m.c.\Delta t$</w:t>
      </w:r>
    </w:p>
    <w:p>
      <w:pPr>
        <w:pStyle w:val="ListParagraph"/>
      </w:pPr>
      <w:r>
        <w:rPr>
          <w:sz w:val="22"/>
        </w:rPr>
        <w:t>B. $Q = m.L$</w:t>
      </w:r>
    </w:p>
    <w:p>
      <w:pPr>
        <w:pStyle w:val="ListParagraph"/>
      </w:pPr>
      <w:r>
        <w:rPr>
          <w:sz w:val="22"/>
        </w:rPr>
        <w:t>C. $Q = m.\lambda$</w:t>
      </w:r>
    </w:p>
    <w:p>
      <w:pPr>
        <w:pStyle w:val="ListParagraph"/>
      </w:pPr>
      <w:r>
        <w:rPr>
          <w:sz w:val="22"/>
        </w:rPr>
        <w:t>D. $Q = m.q$</w:t>
      </w:r>
    </w:p>
    <w:p/>
    <w:p>
      <w:r>
        <w:rPr>
          <w:b/>
          <w:sz w:val="24"/>
        </w:rPr>
        <w:t>Câu 4: Trong quá trình đẳng nhiệt của một lượng khí lý tưởng, khi thể tích giảm thì:</w:t>
      </w:r>
    </w:p>
    <w:p>
      <w:pPr>
        <w:pStyle w:val="ListParagraph"/>
      </w:pPr>
      <w:r>
        <w:rPr>
          <w:sz w:val="22"/>
        </w:rPr>
        <w:t>A. Áp suất giảm.</w:t>
      </w:r>
    </w:p>
    <w:p>
      <w:pPr>
        <w:pStyle w:val="ListParagraph"/>
      </w:pPr>
      <w:r>
        <w:rPr>
          <w:sz w:val="22"/>
        </w:rPr>
        <w:t>B. Áp suất tăng tỉ lệ nghịch với thể tích.</w:t>
      </w:r>
    </w:p>
    <w:p>
      <w:pPr>
        <w:pStyle w:val="ListParagraph"/>
      </w:pPr>
      <w:r>
        <w:rPr>
          <w:sz w:val="22"/>
        </w:rPr>
        <w:t>C. Áp suất không đổi.</w:t>
      </w:r>
    </w:p>
    <w:p>
      <w:pPr>
        <w:pStyle w:val="ListParagraph"/>
      </w:pPr>
      <w:r>
        <w:rPr>
          <w:sz w:val="22"/>
        </w:rPr>
        <w:t>D. Áp suất tăng tỉ lệ thuận với thể tích.</w:t>
      </w:r>
    </w:p>
    <w:p/>
    <w:p>
      <w:r>
        <w:rPr>
          <w:b/>
          <w:sz w:val="24"/>
        </w:rPr>
        <w:t>Câu 5: Hệ thức nào sau đây là của định luật Charles (quá trình đẳng áp)?</w:t>
      </w:r>
    </w:p>
    <w:p>
      <w:pPr>
        <w:pStyle w:val="ListParagraph"/>
      </w:pPr>
      <w:r>
        <w:rPr>
          <w:sz w:val="22"/>
        </w:rPr>
        <w:t>A. $V/T = \text{hằng số}$</w:t>
      </w:r>
    </w:p>
    <w:p>
      <w:pPr>
        <w:pStyle w:val="ListParagraph"/>
      </w:pPr>
      <w:r>
        <w:rPr>
          <w:sz w:val="22"/>
        </w:rPr>
        <w:t>B. $p/T = \text{hằng số}$</w:t>
      </w:r>
    </w:p>
    <w:p>
      <w:pPr>
        <w:pStyle w:val="ListParagraph"/>
      </w:pPr>
      <w:r>
        <w:rPr>
          <w:sz w:val="22"/>
        </w:rPr>
        <w:t>C. $pV = \text{hằng số}$</w:t>
      </w:r>
    </w:p>
    <w:p>
      <w:pPr>
        <w:pStyle w:val="ListParagraph"/>
      </w:pPr>
      <w:r>
        <w:rPr>
          <w:sz w:val="22"/>
        </w:rPr>
        <w:t>D. $V/p = \text{hằng số}$</w:t>
      </w:r>
    </w:p>
    <w:p/>
    <w:p>
      <w:r>
        <w:rPr>
          <w:b/>
          <w:sz w:val="24"/>
        </w:rPr>
        <w:t>Câu 6: Nguyên lý I nhiệt động lực học được biểu diễn bằng công thức (với A là công mà hệ nhận được):</w:t>
      </w:r>
    </w:p>
    <w:p>
      <w:pPr>
        <w:pStyle w:val="ListParagraph"/>
      </w:pPr>
      <w:r>
        <w:rPr>
          <w:sz w:val="22"/>
        </w:rPr>
        <w:t>A. $\Delta U = Q + A$</w:t>
      </w:r>
    </w:p>
    <w:p>
      <w:pPr>
        <w:pStyle w:val="ListParagraph"/>
      </w:pPr>
      <w:r>
        <w:rPr>
          <w:sz w:val="22"/>
        </w:rPr>
        <w:t>B. $\Delta U = Q - A$</w:t>
      </w:r>
    </w:p>
    <w:p>
      <w:pPr>
        <w:pStyle w:val="ListParagraph"/>
      </w:pPr>
      <w:r>
        <w:rPr>
          <w:sz w:val="22"/>
        </w:rPr>
        <w:t>C. $\Delta U = A - Q$</w:t>
      </w:r>
    </w:p>
    <w:p>
      <w:pPr>
        <w:pStyle w:val="ListParagraph"/>
      </w:pPr>
      <w:r>
        <w:rPr>
          <w:sz w:val="22"/>
        </w:rPr>
        <w:t>D. $\Delta U = -Q - A$</w:t>
      </w:r>
    </w:p>
    <w:p/>
    <w:p>
      <w:r>
        <w:rPr>
          <w:b/>
          <w:sz w:val="24"/>
        </w:rPr>
        <w:t>Câu 7: Hiệu suất của động cơ nhiệt được tính bằng công thức:</w:t>
      </w:r>
    </w:p>
    <w:p>
      <w:pPr>
        <w:pStyle w:val="ListParagraph"/>
      </w:pPr>
      <w:r>
        <w:rPr>
          <w:sz w:val="22"/>
        </w:rPr>
        <w:t>A. $H = \frac{|A|}{Q_1}$</w:t>
      </w:r>
    </w:p>
    <w:p>
      <w:pPr>
        <w:pStyle w:val="ListParagraph"/>
      </w:pPr>
      <w:r>
        <w:rPr>
          <w:sz w:val="22"/>
        </w:rPr>
        <w:t>B. $H = \frac{Q_1}{|A|}$</w:t>
      </w:r>
    </w:p>
    <w:p>
      <w:pPr>
        <w:pStyle w:val="ListParagraph"/>
      </w:pPr>
      <w:r>
        <w:rPr>
          <w:sz w:val="22"/>
        </w:rPr>
        <w:t>C. $H = \frac{|A|}{Q_2}$</w:t>
      </w:r>
    </w:p>
    <w:p>
      <w:pPr>
        <w:pStyle w:val="ListParagraph"/>
      </w:pPr>
      <w:r>
        <w:rPr>
          <w:sz w:val="22"/>
        </w:rPr>
        <w:t>D. $H = \frac{Q_1 + Q_2}{Q_1}$</w:t>
      </w:r>
    </w:p>
    <w:p/>
    <w:p>
      <w:r>
        <w:rPr>
          <w:b/>
          <w:sz w:val="24"/>
        </w:rPr>
        <w:t>Câu 8: Một lượng khí lý tưởng ở nhiệt độ 27°C có thể tích 10 lít. Khi nung nóng đẳng áp đến nhiệt độ 127°C thì thể tích là:</w:t>
      </w:r>
    </w:p>
    <w:p>
      <w:pPr>
        <w:pStyle w:val="ListParagraph"/>
      </w:pPr>
      <w:r>
        <w:rPr>
          <w:sz w:val="22"/>
        </w:rPr>
        <w:t>A. 13,33 lít</w:t>
      </w:r>
    </w:p>
    <w:p>
      <w:pPr>
        <w:pStyle w:val="ListParagraph"/>
      </w:pPr>
      <w:r>
        <w:rPr>
          <w:sz w:val="22"/>
        </w:rPr>
        <w:t>B. 20 lít</w:t>
      </w:r>
    </w:p>
    <w:p>
      <w:pPr>
        <w:pStyle w:val="ListParagraph"/>
      </w:pPr>
      <w:r>
        <w:rPr>
          <w:sz w:val="22"/>
        </w:rPr>
        <w:t>C. 15 lít</w:t>
      </w:r>
    </w:p>
    <w:p>
      <w:pPr>
        <w:pStyle w:val="ListParagraph"/>
      </w:pPr>
      <w:r>
        <w:rPr>
          <w:sz w:val="22"/>
        </w:rPr>
        <w:t>D. 30 lít</w:t>
      </w:r>
    </w:p>
    <w:p/>
    <w:p>
      <w:r>
        <w:rPr>
          <w:b/>
          <w:sz w:val="24"/>
        </w:rPr>
        <w:t>Câu 9: Một vật có khối lượng 1 kg, nhiệt dung riêng 4200 J/kg.K. Để tăng nhiệt độ từ 20°C lên 80°C cần cung cấp nhiệt lượng:</w:t>
      </w:r>
    </w:p>
    <w:p>
      <w:pPr>
        <w:pStyle w:val="ListParagraph"/>
      </w:pPr>
      <w:r>
        <w:rPr>
          <w:sz w:val="22"/>
        </w:rPr>
        <w:t>A. 252 kJ</w:t>
      </w:r>
    </w:p>
    <w:p>
      <w:pPr>
        <w:pStyle w:val="ListParagraph"/>
      </w:pPr>
      <w:r>
        <w:rPr>
          <w:sz w:val="22"/>
        </w:rPr>
        <w:t>B. 336 kJ</w:t>
      </w:r>
    </w:p>
    <w:p>
      <w:pPr>
        <w:pStyle w:val="ListParagraph"/>
      </w:pPr>
      <w:r>
        <w:rPr>
          <w:sz w:val="22"/>
        </w:rPr>
        <w:t>C. 420 kJ</w:t>
      </w:r>
    </w:p>
    <w:p>
      <w:pPr>
        <w:pStyle w:val="ListParagraph"/>
      </w:pPr>
      <w:r>
        <w:rPr>
          <w:sz w:val="22"/>
        </w:rPr>
        <w:t>D. 2520 kJ</w:t>
      </w:r>
    </w:p>
    <w:p/>
    <w:p>
      <w:r>
        <w:rPr>
          <w:b/>
          <w:sz w:val="24"/>
        </w:rPr>
        <w:t>Câu 10: Một động cơ nhiệt nhận từ nguồn nóng nhiệt lượng 1000 J, thực hiện công 300 J. Hiệu suất của động cơ là:</w:t>
      </w:r>
    </w:p>
    <w:p>
      <w:pPr>
        <w:pStyle w:val="ListParagraph"/>
      </w:pPr>
      <w:r>
        <w:rPr>
          <w:sz w:val="22"/>
        </w:rPr>
        <w:t>A. 30%</w:t>
      </w:r>
    </w:p>
    <w:p>
      <w:pPr>
        <w:pStyle w:val="ListParagraph"/>
      </w:pPr>
      <w:r>
        <w:rPr>
          <w:sz w:val="22"/>
        </w:rPr>
        <w:t>B. 70%</w:t>
      </w:r>
    </w:p>
    <w:p>
      <w:pPr>
        <w:pStyle w:val="ListParagraph"/>
      </w:pPr>
      <w:r>
        <w:rPr>
          <w:sz w:val="22"/>
        </w:rPr>
        <w:t>C. 15%</w:t>
      </w:r>
    </w:p>
    <w:p>
      <w:pPr>
        <w:pStyle w:val="ListParagraph"/>
      </w:pPr>
      <w:r>
        <w:rPr>
          <w:sz w:val="22"/>
        </w:rPr>
        <w:t>D. 100%</w:t>
      </w:r>
    </w:p>
    <w:p/>
    <w:p>
      <w:r>
        <w:rPr>
          <w:b/>
          <w:sz w:val="24"/>
        </w:rPr>
        <w:t>Câu 11: Một khối khí lý tưởng thực hiện chu trình kín. Trong chu trình, khí nhận nhiệt lượng 500 J và thực hiện công 200 J. Độ biến thiên nội năng của khí trong cả chu trình là:</w:t>
      </w:r>
    </w:p>
    <w:p>
      <w:pPr>
        <w:pStyle w:val="ListParagraph"/>
      </w:pPr>
      <w:r>
        <w:rPr>
          <w:sz w:val="22"/>
        </w:rPr>
        <w:t>A. 300 J</w:t>
      </w:r>
    </w:p>
    <w:p>
      <w:pPr>
        <w:pStyle w:val="ListParagraph"/>
      </w:pPr>
      <w:r>
        <w:rPr>
          <w:sz w:val="22"/>
        </w:rPr>
        <w:t>B. -300 J</w:t>
      </w:r>
    </w:p>
    <w:p>
      <w:pPr>
        <w:pStyle w:val="ListParagraph"/>
      </w:pPr>
      <w:r>
        <w:rPr>
          <w:sz w:val="22"/>
        </w:rPr>
        <w:t>C. 0 J</w:t>
      </w:r>
    </w:p>
    <w:p>
      <w:pPr>
        <w:pStyle w:val="ListParagraph"/>
      </w:pPr>
      <w:r>
        <w:rPr>
          <w:sz w:val="22"/>
        </w:rPr>
        <w:t>D. 700 J</w:t>
      </w:r>
    </w:p>
    <w:p/>
    <w:p>
      <w:r>
        <w:rPr>
          <w:b/>
          <w:sz w:val="24"/>
        </w:rPr>
        <w:t>Câu 12: Một động cơ nhiệt lý tưởng hoạt động giữa hai nguồn nhiệt có nhiệt độ 500 K và 300 K. Hiệu suất cực đại của động cơ là:</w:t>
      </w:r>
    </w:p>
    <w:p>
      <w:pPr>
        <w:pStyle w:val="ListParagraph"/>
      </w:pPr>
      <w:r>
        <w:rPr>
          <w:sz w:val="22"/>
        </w:rPr>
        <w:t>A. 40%</w:t>
      </w:r>
    </w:p>
    <w:p>
      <w:pPr>
        <w:pStyle w:val="ListParagraph"/>
      </w:pPr>
      <w:r>
        <w:rPr>
          <w:sz w:val="22"/>
        </w:rPr>
        <w:t>B. 60%</w:t>
      </w:r>
    </w:p>
    <w:p>
      <w:pPr>
        <w:pStyle w:val="ListParagraph"/>
      </w:pPr>
      <w:r>
        <w:rPr>
          <w:sz w:val="22"/>
        </w:rPr>
        <w:t>C. 20%</w:t>
      </w:r>
    </w:p>
    <w:p>
      <w:pPr>
        <w:pStyle w:val="ListParagraph"/>
      </w:pPr>
      <w:r>
        <w:rPr>
          <w:sz w:val="22"/>
        </w:rPr>
        <w:t>D. 80%</w:t>
      </w:r>
    </w:p>
    <w:p/>
    <w:p>
      <w:r>
        <w:rPr>
          <w:b/>
          <w:sz w:val="24"/>
        </w:rPr>
        <w:t>Câu 13: Nhiệt độ nóng chảy của nước đá ở điều kiện tiêu chuẩn là:</w:t>
      </w:r>
    </w:p>
    <w:p>
      <w:pPr>
        <w:pStyle w:val="ListParagraph"/>
      </w:pPr>
      <w:r>
        <w:rPr>
          <w:sz w:val="22"/>
        </w:rPr>
        <w:t>A. 0°C</w:t>
      </w:r>
    </w:p>
    <w:p>
      <w:pPr>
        <w:pStyle w:val="ListParagraph"/>
      </w:pPr>
      <w:r>
        <w:rPr>
          <w:sz w:val="22"/>
        </w:rPr>
        <w:t>B. 100°C</w:t>
      </w:r>
    </w:p>
    <w:p>
      <w:pPr>
        <w:pStyle w:val="ListParagraph"/>
      </w:pPr>
      <w:r>
        <w:rPr>
          <w:sz w:val="22"/>
        </w:rPr>
        <w:t>C. -10°C</w:t>
      </w:r>
    </w:p>
    <w:p>
      <w:pPr>
        <w:pStyle w:val="ListParagraph"/>
      </w:pPr>
      <w:r>
        <w:rPr>
          <w:sz w:val="22"/>
        </w:rPr>
        <w:t>D. 273°C</w:t>
      </w:r>
    </w:p>
    <w:p/>
    <w:p>
      <w:r>
        <w:rPr>
          <w:b/>
          <w:sz w:val="24"/>
        </w:rPr>
        <w:t>Câu 14: Khi cung cấp nhiệt lượng cho một vật nhưng vật không thay đổi nhiệt độ, thì:</w:t>
      </w:r>
    </w:p>
    <w:p>
      <w:pPr>
        <w:pStyle w:val="ListParagraph"/>
      </w:pPr>
      <w:r>
        <w:rPr>
          <w:sz w:val="22"/>
        </w:rPr>
        <w:t>A. Vật đang nóng chảy hoặc hóa hơi.</w:t>
      </w:r>
    </w:p>
    <w:p>
      <w:pPr>
        <w:pStyle w:val="ListParagraph"/>
      </w:pPr>
      <w:r>
        <w:rPr>
          <w:sz w:val="22"/>
        </w:rPr>
        <w:t>B. Vật đang thay đổi thể tích.</w:t>
      </w:r>
    </w:p>
    <w:p>
      <w:pPr>
        <w:pStyle w:val="ListParagraph"/>
      </w:pPr>
      <w:r>
        <w:rPr>
          <w:sz w:val="22"/>
        </w:rPr>
        <w:t>C. Vật đang thực hiện công.</w:t>
      </w:r>
    </w:p>
    <w:p>
      <w:pPr>
        <w:pStyle w:val="ListParagraph"/>
      </w:pPr>
      <w:r>
        <w:rPr>
          <w:sz w:val="22"/>
        </w:rPr>
        <w:t>D. Vật đang thu nhiệt nhưng nhiệt độ không đổi.</w:t>
      </w:r>
    </w:p>
    <w:p/>
    <w:p>
      <w:r>
        <w:rPr>
          <w:b/>
          <w:sz w:val="24"/>
        </w:rPr>
        <w:t>Câu 15: Nhiệt lượng cần cung cấp để đun sôi 2 kg nước từ 20°C (bỏ qua nhiệt lượng làm nóng ấm) là:</w:t>
      </w:r>
    </w:p>
    <w:p>
      <w:pPr>
        <w:pStyle w:val="ListParagraph"/>
      </w:pPr>
      <w:r>
        <w:rPr>
          <w:sz w:val="22"/>
        </w:rPr>
        <w:t>A. 630 kJ</w:t>
      </w:r>
    </w:p>
    <w:p>
      <w:pPr>
        <w:pStyle w:val="ListParagraph"/>
      </w:pPr>
      <w:r>
        <w:rPr>
          <w:sz w:val="22"/>
        </w:rPr>
        <w:t>B. 672 kJ</w:t>
      </w:r>
    </w:p>
    <w:p>
      <w:pPr>
        <w:pStyle w:val="ListParagraph"/>
      </w:pPr>
      <w:r>
        <w:rPr>
          <w:sz w:val="22"/>
        </w:rPr>
        <w:t>C. 840 kJ</w:t>
      </w:r>
    </w:p>
    <w:p>
      <w:pPr>
        <w:pStyle w:val="ListParagraph"/>
      </w:pPr>
      <w:r>
        <w:rPr>
          <w:sz w:val="22"/>
        </w:rPr>
        <w:t>D. 504 kJ</w:t>
      </w:r>
    </w:p>
    <w:p/>
    <w:p>
      <w:r>
        <w:rPr>
          <w:b/>
          <w:sz w:val="24"/>
        </w:rPr>
        <w:t>Câu 16: Một khối khí lý tưởng có thể tích 4 lít ở áp suất 2 atm. Nén đẳng nhiệt đến thể tích 2 lít. Áp suất của khí lúc này là:</w:t>
      </w:r>
    </w:p>
    <w:p>
      <w:pPr>
        <w:pStyle w:val="ListParagraph"/>
      </w:pPr>
      <w:r>
        <w:rPr>
          <w:sz w:val="22"/>
        </w:rPr>
        <w:t>A. 1 atm</w:t>
      </w:r>
    </w:p>
    <w:p>
      <w:pPr>
        <w:pStyle w:val="ListParagraph"/>
      </w:pPr>
      <w:r>
        <w:rPr>
          <w:sz w:val="22"/>
        </w:rPr>
        <w:t>B. 2 atm</w:t>
      </w:r>
    </w:p>
    <w:p>
      <w:pPr>
        <w:pStyle w:val="ListParagraph"/>
      </w:pPr>
      <w:r>
        <w:rPr>
          <w:sz w:val="22"/>
        </w:rPr>
        <w:t>C. 4 atm</w:t>
      </w:r>
    </w:p>
    <w:p>
      <w:pPr>
        <w:pStyle w:val="ListParagraph"/>
      </w:pPr>
      <w:r>
        <w:rPr>
          <w:sz w:val="22"/>
        </w:rPr>
        <w:t>D. 8 atm</w:t>
      </w:r>
    </w:p>
    <w:p/>
    <w:p>
      <w:r>
        <w:rPr>
          <w:b/>
          <w:sz w:val="24"/>
        </w:rPr>
        <w:t>Câu 17: Trong quá trình đẳng tích, khi nhiệt độ tuyệt đối của một lượng khí tăng gấp đôi thì áp suất:</w:t>
      </w:r>
    </w:p>
    <w:p>
      <w:pPr>
        <w:pStyle w:val="ListParagraph"/>
      </w:pPr>
      <w:r>
        <w:rPr>
          <w:sz w:val="22"/>
        </w:rPr>
        <w:t>A. Tăng gấp đôi.</w:t>
      </w:r>
    </w:p>
    <w:p>
      <w:pPr>
        <w:pStyle w:val="ListParagraph"/>
      </w:pPr>
      <w:r>
        <w:rPr>
          <w:sz w:val="22"/>
        </w:rPr>
        <w:t>B. Giảm một nửa.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Tăng gấp bốn.</w:t>
      </w:r>
    </w:p>
    <w:p/>
    <w:p>
      <w:r>
        <w:rPr>
          <w:b/>
          <w:sz w:val="24"/>
        </w:rPr>
        <w:t>Câu 18: Một động cơ nhiệt có hiệu suất 40%, công suất 10 kW. Nhiệt lượng mà động cơ nhận từ nguồn nóng trong 1 giờ là:</w:t>
      </w:r>
    </w:p>
    <w:p>
      <w:pPr>
        <w:pStyle w:val="ListParagraph"/>
      </w:pPr>
      <w:r>
        <w:rPr>
          <w:sz w:val="22"/>
        </w:rPr>
        <w:t>A. 90 MJ</w:t>
      </w:r>
    </w:p>
    <w:p>
      <w:pPr>
        <w:pStyle w:val="ListParagraph"/>
      </w:pPr>
      <w:r>
        <w:rPr>
          <w:sz w:val="22"/>
        </w:rPr>
        <w:t>B. 36 MJ</w:t>
      </w:r>
    </w:p>
    <w:p>
      <w:pPr>
        <w:pStyle w:val="ListParagraph"/>
      </w:pPr>
      <w:r>
        <w:rPr>
          <w:sz w:val="22"/>
        </w:rPr>
        <w:t>C. 144 MJ</w:t>
      </w:r>
    </w:p>
    <w:p>
      <w:pPr>
        <w:pStyle w:val="ListParagraph"/>
      </w:pPr>
      <w:r>
        <w:rPr>
          <w:sz w:val="22"/>
        </w:rPr>
        <w:t>D. 60 MJ</w:t>
      </w:r>
    </w:p>
    <w:p/>
    <w:p>
      <w:r>
        <w:rPr>
          <w:b/>
          <w:sz w:val="24"/>
        </w:rPr>
        <w:t>Câu 19: Nguyên lý II nhiệt động lực học được phát biểu: "Nhiệt không thể tự truyền từ một vật sang vật nóng hơn" là một cách phát biểu của:</w:t>
      </w:r>
    </w:p>
    <w:p>
      <w:pPr>
        <w:pStyle w:val="ListParagraph"/>
      </w:pPr>
      <w:r>
        <w:rPr>
          <w:sz w:val="22"/>
        </w:rPr>
        <w:t>A. Nguyên lý I.</w:t>
      </w:r>
    </w:p>
    <w:p>
      <w:pPr>
        <w:pStyle w:val="ListParagraph"/>
      </w:pPr>
      <w:r>
        <w:rPr>
          <w:sz w:val="22"/>
        </w:rPr>
        <w:t>B. Nguyên lý II.</w:t>
      </w:r>
    </w:p>
    <w:p>
      <w:pPr>
        <w:pStyle w:val="ListParagraph"/>
      </w:pPr>
      <w:r>
        <w:rPr>
          <w:sz w:val="22"/>
        </w:rPr>
        <w:t>C. Định luật bảo toàn năng lượng.</w:t>
      </w:r>
    </w:p>
    <w:p>
      <w:pPr>
        <w:pStyle w:val="ListParagraph"/>
      </w:pPr>
      <w:r>
        <w:rPr>
          <w:sz w:val="22"/>
        </w:rPr>
        <w:t>D. Định luật Boyle-Mariotte.</w:t>
      </w:r>
    </w:p>
    <w:p/>
    <w:p>
      <w:r>
        <w:rPr>
          <w:b/>
          <w:sz w:val="24"/>
        </w:rPr>
        <w:t>Câu 20: Một thanh kim loại có chiều dài 1 m, tiết diện 1 cm², hệ số dẫn nhiệt 400 W/m.K. Hai đầu thanh có nhiệt độ chênh lệch 50°C. Nhiệt lượng dẫn qua thanh trong 1 phút là:</w:t>
      </w:r>
    </w:p>
    <w:p>
      <w:pPr>
        <w:pStyle w:val="ListParagraph"/>
      </w:pPr>
      <w:r>
        <w:rPr>
          <w:sz w:val="22"/>
        </w:rPr>
        <w:t>A. 1200 J</w:t>
      </w:r>
    </w:p>
    <w:p>
      <w:pPr>
        <w:pStyle w:val="ListParagraph"/>
      </w:pPr>
      <w:r>
        <w:rPr>
          <w:sz w:val="22"/>
        </w:rPr>
        <w:t>B. 12000 J</w:t>
      </w:r>
    </w:p>
    <w:p>
      <w:pPr>
        <w:pStyle w:val="ListParagraph"/>
      </w:pPr>
      <w:r>
        <w:rPr>
          <w:sz w:val="22"/>
        </w:rPr>
        <w:t>C. 120000 J</w:t>
      </w:r>
    </w:p>
    <w:p>
      <w:pPr>
        <w:pStyle w:val="ListParagraph"/>
      </w:pPr>
      <w:r>
        <w:rPr>
          <w:sz w:val="22"/>
        </w:rPr>
        <w:t>D. 120 J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