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Chương 1 : Trước năm 1935</w:t>
      </w:r>
    </w:p>
    <w:p>
      <w:pPr>
        <w:jc w:val="center"/>
      </w:pPr>
      <w:r>
        <w:rPr>
          <w:sz w:val="22"/>
        </w:rPr>
        <w:t>Số câu: 39    Thời gian: _____ phút    Họ và tên: _________________________</w:t>
      </w:r>
    </w:p>
    <w:p/>
    <w:p>
      <w:r>
        <w:rPr>
          <w:b/>
          <w:sz w:val="24"/>
        </w:rPr>
        <w:t>Câu 1: Nguyễn Ái Quốc gia nhập Đảng Xã hội Pháp vào năm nào?</w:t>
      </w:r>
    </w:p>
    <w:p>
      <w:pPr>
        <w:pStyle w:val="ListParagraph"/>
      </w:pPr>
      <w:r>
        <w:rPr>
          <w:sz w:val="22"/>
        </w:rPr>
        <w:t>A. 1917</w:t>
      </w:r>
    </w:p>
    <w:p>
      <w:pPr>
        <w:pStyle w:val="ListParagraph"/>
      </w:pPr>
      <w:r>
        <w:rPr>
          <w:sz w:val="22"/>
        </w:rPr>
        <w:t>B. 1918</w:t>
      </w:r>
    </w:p>
    <w:p>
      <w:pPr>
        <w:pStyle w:val="ListParagraph"/>
      </w:pPr>
      <w:r>
        <w:rPr>
          <w:sz w:val="22"/>
        </w:rPr>
        <w:t>C. 1919</w:t>
      </w:r>
    </w:p>
    <w:p>
      <w:pPr>
        <w:pStyle w:val="ListParagraph"/>
      </w:pPr>
      <w:r>
        <w:rPr>
          <w:sz w:val="22"/>
        </w:rPr>
        <w:t>D. 1920</w:t>
      </w:r>
    </w:p>
    <w:p/>
    <w:p>
      <w:r>
        <w:rPr>
          <w:b/>
          <w:sz w:val="24"/>
        </w:rPr>
        <w:t>Câu 2: Khởi nghĩa Hương Khê do ai lãnh đạo?</w:t>
      </w:r>
    </w:p>
    <w:p>
      <w:pPr>
        <w:pStyle w:val="ListParagraph"/>
      </w:pPr>
      <w:r>
        <w:rPr>
          <w:sz w:val="22"/>
        </w:rPr>
        <w:t>A. Phan Bội Châu</w:t>
      </w:r>
    </w:p>
    <w:p>
      <w:pPr>
        <w:pStyle w:val="ListParagraph"/>
      </w:pPr>
      <w:r>
        <w:rPr>
          <w:sz w:val="22"/>
        </w:rPr>
        <w:t>B. Phan Đình Phùng</w:t>
      </w:r>
    </w:p>
    <w:p>
      <w:pPr>
        <w:pStyle w:val="ListParagraph"/>
      </w:pPr>
      <w:r>
        <w:rPr>
          <w:sz w:val="22"/>
        </w:rPr>
        <w:t>C. Hoàng Hoa Thám</w:t>
      </w:r>
    </w:p>
    <w:p>
      <w:pPr>
        <w:pStyle w:val="ListParagraph"/>
      </w:pPr>
      <w:r>
        <w:rPr>
          <w:sz w:val="22"/>
        </w:rPr>
        <w:t>D. Nguyễn Thiện Thuật</w:t>
      </w:r>
    </w:p>
    <w:p/>
    <w:p>
      <w:r>
        <w:rPr>
          <w:b/>
          <w:sz w:val="24"/>
        </w:rPr>
        <w:t>Câu 3: Câu nói "Bất bạo động - Bạo động tắc tử" là của ai?</w:t>
      </w:r>
    </w:p>
    <w:p>
      <w:pPr>
        <w:pStyle w:val="ListParagraph"/>
      </w:pPr>
      <w:r>
        <w:rPr>
          <w:sz w:val="22"/>
        </w:rPr>
        <w:t>A. Phan Đình Phùng</w:t>
      </w:r>
    </w:p>
    <w:p>
      <w:pPr>
        <w:pStyle w:val="ListParagraph"/>
      </w:pPr>
      <w:r>
        <w:rPr>
          <w:sz w:val="22"/>
        </w:rPr>
        <w:t>B. Nguyễn Thái Học</w:t>
      </w:r>
    </w:p>
    <w:p>
      <w:pPr>
        <w:pStyle w:val="ListParagraph"/>
      </w:pPr>
      <w:r>
        <w:rPr>
          <w:sz w:val="22"/>
        </w:rPr>
        <w:t>C. Phan Châu Trinh</w:t>
      </w:r>
    </w:p>
    <w:p>
      <w:pPr>
        <w:pStyle w:val="ListParagraph"/>
      </w:pPr>
      <w:r>
        <w:rPr>
          <w:sz w:val="22"/>
        </w:rPr>
        <w:t>D. Phan Bội Châu</w:t>
      </w:r>
    </w:p>
    <w:p/>
    <w:p>
      <w:r>
        <w:rPr>
          <w:b/>
          <w:sz w:val="24"/>
        </w:rPr>
        <w:t>Câu 4: Tổ chức Cộng sản ra đời đầu tiên ở Việt Nam là?</w:t>
      </w:r>
    </w:p>
    <w:p>
      <w:pPr>
        <w:pStyle w:val="ListParagraph"/>
      </w:pPr>
      <w:r>
        <w:rPr>
          <w:sz w:val="22"/>
        </w:rPr>
        <w:t>A. An Nam Cộng sản Đảng</w:t>
      </w:r>
    </w:p>
    <w:p>
      <w:pPr>
        <w:pStyle w:val="ListParagraph"/>
      </w:pPr>
      <w:r>
        <w:rPr>
          <w:sz w:val="22"/>
        </w:rPr>
        <w:t>B. Đông Dương Cộng sản Liên đoàn</w:t>
      </w:r>
    </w:p>
    <w:p>
      <w:pPr>
        <w:pStyle w:val="ListParagraph"/>
      </w:pPr>
      <w:r>
        <w:rPr>
          <w:sz w:val="22"/>
        </w:rPr>
        <w:t>C. Đông Dương Cộng sản Đảng</w:t>
      </w:r>
    </w:p>
    <w:p>
      <w:pPr>
        <w:pStyle w:val="ListParagraph"/>
      </w:pPr>
      <w:r>
        <w:rPr>
          <w:sz w:val="22"/>
        </w:rPr>
        <w:t>D. Tân Việt Cách mạng Đảng</w:t>
      </w:r>
    </w:p>
    <w:p/>
    <w:p>
      <w:r>
        <w:rPr>
          <w:b/>
          <w:sz w:val="24"/>
        </w:rPr>
        <w:t>Câu 5: Loại hình đồn điền nào phát triển mạnh trong giai đoạn 1919 – 1929?</w:t>
      </w:r>
    </w:p>
    <w:p>
      <w:pPr>
        <w:pStyle w:val="ListParagraph"/>
      </w:pPr>
      <w:r>
        <w:rPr>
          <w:sz w:val="22"/>
        </w:rPr>
        <w:t>A. Đồn điền cà phê</w:t>
      </w:r>
    </w:p>
    <w:p>
      <w:pPr>
        <w:pStyle w:val="ListParagraph"/>
      </w:pPr>
      <w:r>
        <w:rPr>
          <w:sz w:val="22"/>
        </w:rPr>
        <w:t>B. Đồn điền chè</w:t>
      </w:r>
    </w:p>
    <w:p>
      <w:pPr>
        <w:pStyle w:val="ListParagraph"/>
      </w:pPr>
      <w:r>
        <w:rPr>
          <w:sz w:val="22"/>
        </w:rPr>
        <w:t>C. Đồn điền cao su</w:t>
      </w:r>
    </w:p>
    <w:p>
      <w:pPr>
        <w:pStyle w:val="ListParagraph"/>
      </w:pPr>
      <w:r>
        <w:rPr>
          <w:sz w:val="22"/>
        </w:rPr>
        <w:t>D. Đồn điền lúa nước</w:t>
      </w:r>
    </w:p>
    <w:p/>
    <w:p>
      <w:r>
        <w:rPr>
          <w:b/>
          <w:sz w:val="24"/>
        </w:rPr>
        <w:t>Câu 6: Liên bang Đông Dương được thành lập vào năm nào?</w:t>
      </w:r>
    </w:p>
    <w:p>
      <w:pPr>
        <w:pStyle w:val="ListParagraph"/>
      </w:pPr>
      <w:r>
        <w:rPr>
          <w:sz w:val="22"/>
        </w:rPr>
        <w:t>A. 1884</w:t>
      </w:r>
    </w:p>
    <w:p>
      <w:pPr>
        <w:pStyle w:val="ListParagraph"/>
      </w:pPr>
      <w:r>
        <w:rPr>
          <w:sz w:val="22"/>
        </w:rPr>
        <w:t>B. 1887</w:t>
      </w:r>
    </w:p>
    <w:p>
      <w:pPr>
        <w:pStyle w:val="ListParagraph"/>
      </w:pPr>
      <w:r>
        <w:rPr>
          <w:sz w:val="22"/>
        </w:rPr>
        <w:t>C. 1897</w:t>
      </w:r>
    </w:p>
    <w:p>
      <w:pPr>
        <w:pStyle w:val="ListParagraph"/>
      </w:pPr>
      <w:r>
        <w:rPr>
          <w:sz w:val="22"/>
        </w:rPr>
        <w:t>D. 1919</w:t>
      </w:r>
    </w:p>
    <w:p/>
    <w:p>
      <w:r>
        <w:rPr>
          <w:b/>
          <w:sz w:val="24"/>
        </w:rPr>
        <w:t>Câu 7: Chính sách "Dùng người Việt trị người Việt" là của ai?</w:t>
      </w:r>
    </w:p>
    <w:p>
      <w:pPr>
        <w:pStyle w:val="ListParagraph"/>
      </w:pPr>
      <w:r>
        <w:rPr>
          <w:sz w:val="22"/>
        </w:rPr>
        <w:t>A. Đế quốc Mỹ</w:t>
      </w:r>
    </w:p>
    <w:p>
      <w:pPr>
        <w:pStyle w:val="ListParagraph"/>
      </w:pPr>
      <w:r>
        <w:rPr>
          <w:sz w:val="22"/>
        </w:rPr>
        <w:t>B. Thực dân Pháp</w:t>
      </w:r>
    </w:p>
    <w:p>
      <w:pPr>
        <w:pStyle w:val="ListParagraph"/>
      </w:pPr>
      <w:r>
        <w:rPr>
          <w:sz w:val="22"/>
        </w:rPr>
        <w:t>C. Phát xít Nhật</w:t>
      </w:r>
    </w:p>
    <w:p>
      <w:pPr>
        <w:pStyle w:val="ListParagraph"/>
      </w:pPr>
      <w:r>
        <w:rPr>
          <w:sz w:val="22"/>
        </w:rPr>
        <w:t>D. Phong kiến nhà Nguyễn</w:t>
      </w:r>
    </w:p>
    <w:p/>
    <w:p>
      <w:r>
        <w:rPr>
          <w:b/>
          <w:sz w:val="24"/>
        </w:rPr>
        <w:t>Câu 8: Địa điểm diễn ra các cuộc khởi nghĩa Ba Đình, Bãi Sậy, Hương Khê lần lượt thuộc các tỉnh nào?</w:t>
      </w:r>
    </w:p>
    <w:p>
      <w:pPr>
        <w:pStyle w:val="ListParagraph"/>
      </w:pPr>
      <w:r>
        <w:rPr>
          <w:sz w:val="22"/>
        </w:rPr>
        <w:t>A. Thanh Hóa, Hưng Yên, Hà Tĩnh</w:t>
      </w:r>
    </w:p>
    <w:p>
      <w:pPr>
        <w:pStyle w:val="ListParagraph"/>
      </w:pPr>
      <w:r>
        <w:rPr>
          <w:sz w:val="22"/>
        </w:rPr>
        <w:t>B. Hưng Yên, Thanh Hóa, Hà Tĩnh (Bãi Sậy: Hưng Yên; Ba Đình: Thanh Hóa; Hương Khê: Hà Tĩnh)</w:t>
      </w:r>
    </w:p>
    <w:p>
      <w:pPr>
        <w:pStyle w:val="ListParagraph"/>
      </w:pPr>
      <w:r>
        <w:rPr>
          <w:sz w:val="22"/>
        </w:rPr>
        <w:t>C. Hà Tĩnh, Thanh Hóa, Hưng Yên</w:t>
      </w:r>
    </w:p>
    <w:p>
      <w:pPr>
        <w:pStyle w:val="ListParagraph"/>
      </w:pPr>
      <w:r>
        <w:rPr>
          <w:sz w:val="22"/>
        </w:rPr>
        <w:t>D. Hưng Yên, Hà Tĩnh, Thanh Hóa</w:t>
      </w:r>
    </w:p>
    <w:p/>
    <w:p>
      <w:r>
        <w:rPr>
          <w:b/>
          <w:sz w:val="24"/>
        </w:rPr>
        <w:t>Câu 9: Nguyễn Ái Quốc đọc bản Sơ thảo lần thứ nhất những luận đề về vấn đề dân tộc và vấn đề thuộc địa của Lê-nin vào năm nào?</w:t>
      </w:r>
    </w:p>
    <w:p>
      <w:pPr>
        <w:pStyle w:val="ListParagraph"/>
      </w:pPr>
      <w:r>
        <w:rPr>
          <w:sz w:val="22"/>
        </w:rPr>
        <w:t>A. 1919</w:t>
      </w:r>
    </w:p>
    <w:p>
      <w:pPr>
        <w:pStyle w:val="ListParagraph"/>
      </w:pPr>
      <w:r>
        <w:rPr>
          <w:sz w:val="22"/>
        </w:rPr>
        <w:t>B. 1920</w:t>
      </w:r>
    </w:p>
    <w:p>
      <w:pPr>
        <w:pStyle w:val="ListParagraph"/>
      </w:pPr>
      <w:r>
        <w:rPr>
          <w:sz w:val="22"/>
        </w:rPr>
        <w:t>C. 1921</w:t>
      </w:r>
    </w:p>
    <w:p>
      <w:pPr>
        <w:pStyle w:val="ListParagraph"/>
      </w:pPr>
      <w:r>
        <w:rPr>
          <w:sz w:val="22"/>
        </w:rPr>
        <w:t>D. 1925</w:t>
      </w:r>
    </w:p>
    <w:p/>
    <w:p>
      <w:r>
        <w:rPr>
          <w:b/>
          <w:sz w:val="24"/>
        </w:rPr>
        <w:t>Câu 10: Tờ báo nào đánh dấu sự ra đời của ngày Báo chí Cách mạng Việt Nam?</w:t>
      </w:r>
    </w:p>
    <w:p>
      <w:pPr>
        <w:pStyle w:val="ListParagraph"/>
      </w:pPr>
      <w:r>
        <w:rPr>
          <w:sz w:val="22"/>
        </w:rPr>
        <w:t>A. Báo Nhân dân</w:t>
      </w:r>
    </w:p>
    <w:p>
      <w:pPr>
        <w:pStyle w:val="ListParagraph"/>
      </w:pPr>
      <w:r>
        <w:rPr>
          <w:sz w:val="22"/>
        </w:rPr>
        <w:t>B. Báo An Nam Trẻ</w:t>
      </w:r>
    </w:p>
    <w:p>
      <w:pPr>
        <w:pStyle w:val="ListParagraph"/>
      </w:pPr>
      <w:r>
        <w:rPr>
          <w:sz w:val="22"/>
        </w:rPr>
        <w:t>C. Báo Thanh niên</w:t>
      </w:r>
    </w:p>
    <w:p>
      <w:pPr>
        <w:pStyle w:val="ListParagraph"/>
      </w:pPr>
      <w:r>
        <w:rPr>
          <w:sz w:val="22"/>
        </w:rPr>
        <w:t>D. Báo Lao động</w:t>
      </w:r>
    </w:p>
    <w:p/>
    <w:p>
      <w:r>
        <w:rPr>
          <w:b/>
          <w:sz w:val="24"/>
        </w:rPr>
        <w:t>Câu 11: Phong trào đấu tranh nào đánh dấu "Một thời kỳ mới, một thời kỳ đấu tranh kịch liệt đã đến"?</w:t>
      </w:r>
    </w:p>
    <w:p>
      <w:pPr>
        <w:pStyle w:val="ListParagraph"/>
      </w:pPr>
      <w:r>
        <w:rPr>
          <w:sz w:val="22"/>
        </w:rPr>
        <w:t>A. Phong trào Bến Thủy (1929)</w:t>
      </w:r>
    </w:p>
    <w:p>
      <w:pPr>
        <w:pStyle w:val="ListParagraph"/>
      </w:pPr>
      <w:r>
        <w:rPr>
          <w:sz w:val="22"/>
        </w:rPr>
        <w:t>B. Phong trào đấu tranh của công nhân khu công nghiệp Vinh (Bến Thủy) năm 1930</w:t>
      </w:r>
    </w:p>
    <w:p>
      <w:pPr>
        <w:pStyle w:val="ListParagraph"/>
      </w:pPr>
      <w:r>
        <w:rPr>
          <w:sz w:val="22"/>
        </w:rPr>
        <w:t>C. Phong trào Bãi công Nam Định (1930)</w:t>
      </w:r>
    </w:p>
    <w:p>
      <w:pPr>
        <w:pStyle w:val="ListParagraph"/>
      </w:pPr>
      <w:r>
        <w:rPr>
          <w:sz w:val="22"/>
        </w:rPr>
        <w:t>D. Phong trào Ba Bơ (1931)</w:t>
      </w:r>
    </w:p>
    <w:p/>
    <w:p>
      <w:r>
        <w:rPr>
          <w:b/>
          <w:sz w:val="24"/>
        </w:rPr>
        <w:t>Câu 12: Hội được Nguyễn Ái Quốc thành lập vào năm 1921 là hội nào?</w:t>
      </w:r>
    </w:p>
    <w:p>
      <w:pPr>
        <w:pStyle w:val="ListParagraph"/>
      </w:pPr>
      <w:r>
        <w:rPr>
          <w:sz w:val="22"/>
        </w:rPr>
        <w:t>A. Hội Việt Nam Cách mạng Thanh niên</w:t>
      </w:r>
    </w:p>
    <w:p>
      <w:pPr>
        <w:pStyle w:val="ListParagraph"/>
      </w:pPr>
      <w:r>
        <w:rPr>
          <w:sz w:val="22"/>
        </w:rPr>
        <w:t>B. Hội liên hiệp các dân tộc thuộc địa</w:t>
      </w:r>
    </w:p>
    <w:p>
      <w:pPr>
        <w:pStyle w:val="ListParagraph"/>
      </w:pPr>
      <w:r>
        <w:rPr>
          <w:sz w:val="22"/>
        </w:rPr>
        <w:t>C. Hội Phục Việt</w:t>
      </w:r>
    </w:p>
    <w:p>
      <w:pPr>
        <w:pStyle w:val="ListParagraph"/>
      </w:pPr>
      <w:r>
        <w:rPr>
          <w:sz w:val="22"/>
        </w:rPr>
        <w:t>D. Hội Hưng Nam</w:t>
      </w:r>
    </w:p>
    <w:p/>
    <w:p>
      <w:r>
        <w:rPr>
          <w:b/>
          <w:sz w:val="24"/>
        </w:rPr>
        <w:t>Câu 13: Chi bộ Cộng sản đầu tiên được thành lập vào thời gian nào, ở đâu?</w:t>
      </w:r>
    </w:p>
    <w:p>
      <w:pPr>
        <w:pStyle w:val="ListParagraph"/>
      </w:pPr>
      <w:r>
        <w:rPr>
          <w:sz w:val="22"/>
        </w:rPr>
        <w:t>A. Tháng 2/1929 tại Khâm Thiên (Hà Nội)</w:t>
      </w:r>
    </w:p>
    <w:p>
      <w:pPr>
        <w:pStyle w:val="ListParagraph"/>
      </w:pPr>
      <w:r>
        <w:rPr>
          <w:sz w:val="22"/>
        </w:rPr>
        <w:t>B. Tháng 3/1929 tại số nhà 5D phố Hàm Long (Hà Nội)</w:t>
      </w:r>
    </w:p>
    <w:p>
      <w:pPr>
        <w:pStyle w:val="ListParagraph"/>
      </w:pPr>
      <w:r>
        <w:rPr>
          <w:sz w:val="22"/>
        </w:rPr>
        <w:t>C. Tháng 6/1929 tại Quảng Châu (Trung Quốc)</w:t>
      </w:r>
    </w:p>
    <w:p>
      <w:pPr>
        <w:pStyle w:val="ListParagraph"/>
      </w:pPr>
      <w:r>
        <w:rPr>
          <w:sz w:val="22"/>
        </w:rPr>
        <w:t>D. Tháng 1/1930 tại Hương Cảng (Trung Quốc)</w:t>
      </w:r>
    </w:p>
    <w:p/>
    <w:p>
      <w:r>
        <w:rPr>
          <w:b/>
          <w:sz w:val="24"/>
        </w:rPr>
        <w:t>Câu 14: Việt Nam Quốc dân Đảng được thành lập vào thời gian nào?</w:t>
      </w:r>
    </w:p>
    <w:p>
      <w:pPr>
        <w:pStyle w:val="ListParagraph"/>
      </w:pPr>
      <w:r>
        <w:rPr>
          <w:sz w:val="22"/>
        </w:rPr>
        <w:t>A. 19/05/1925</w:t>
      </w:r>
    </w:p>
    <w:p>
      <w:pPr>
        <w:pStyle w:val="ListParagraph"/>
      </w:pPr>
      <w:r>
        <w:rPr>
          <w:sz w:val="22"/>
        </w:rPr>
        <w:t>B. 25/12/1927</w:t>
      </w:r>
    </w:p>
    <w:p>
      <w:pPr>
        <w:pStyle w:val="ListParagraph"/>
      </w:pPr>
      <w:r>
        <w:rPr>
          <w:sz w:val="22"/>
        </w:rPr>
        <w:t>C. 03/02/1930</w:t>
      </w:r>
    </w:p>
    <w:p>
      <w:pPr>
        <w:pStyle w:val="ListParagraph"/>
      </w:pPr>
      <w:r>
        <w:rPr>
          <w:sz w:val="22"/>
        </w:rPr>
        <w:t>D. 26/03/1931</w:t>
      </w:r>
    </w:p>
    <w:p/>
    <w:p>
      <w:r>
        <w:rPr>
          <w:b/>
          <w:sz w:val="24"/>
        </w:rPr>
        <w:t>Câu 15: Hiệp định Pa-tơ-nốt được ký kết vào năm nào?</w:t>
      </w:r>
    </w:p>
    <w:p>
      <w:pPr>
        <w:pStyle w:val="ListParagraph"/>
      </w:pPr>
      <w:r>
        <w:rPr>
          <w:sz w:val="22"/>
        </w:rPr>
        <w:t>A. 1883</w:t>
      </w:r>
    </w:p>
    <w:p>
      <w:pPr>
        <w:pStyle w:val="ListParagraph"/>
      </w:pPr>
      <w:r>
        <w:rPr>
          <w:sz w:val="22"/>
        </w:rPr>
        <w:t>B. 1884</w:t>
      </w:r>
    </w:p>
    <w:p>
      <w:pPr>
        <w:pStyle w:val="ListParagraph"/>
      </w:pPr>
      <w:r>
        <w:rPr>
          <w:sz w:val="22"/>
        </w:rPr>
        <w:t>C. 1885</w:t>
      </w:r>
    </w:p>
    <w:p>
      <w:pPr>
        <w:pStyle w:val="ListParagraph"/>
      </w:pPr>
      <w:r>
        <w:rPr>
          <w:sz w:val="22"/>
        </w:rPr>
        <w:t>D. 1887</w:t>
      </w:r>
    </w:p>
    <w:p/>
    <w:p>
      <w:r>
        <w:rPr>
          <w:b/>
          <w:sz w:val="24"/>
        </w:rPr>
        <w:t>Câu 16: Phong trào Cần Vương diễn ra trong khoảng thời gian nào?</w:t>
      </w:r>
    </w:p>
    <w:p>
      <w:pPr>
        <w:pStyle w:val="ListParagraph"/>
      </w:pPr>
      <w:r>
        <w:rPr>
          <w:sz w:val="22"/>
        </w:rPr>
        <w:t>A. 1884 – 1896</w:t>
      </w:r>
    </w:p>
    <w:p>
      <w:pPr>
        <w:pStyle w:val="ListParagraph"/>
      </w:pPr>
      <w:r>
        <w:rPr>
          <w:sz w:val="22"/>
        </w:rPr>
        <w:t>B. 1885 – 1896</w:t>
      </w:r>
    </w:p>
    <w:p>
      <w:pPr>
        <w:pStyle w:val="ListParagraph"/>
      </w:pPr>
      <w:r>
        <w:rPr>
          <w:sz w:val="22"/>
        </w:rPr>
        <w:t>C. 1885 – 1913</w:t>
      </w:r>
    </w:p>
    <w:p>
      <w:pPr>
        <w:pStyle w:val="ListParagraph"/>
      </w:pPr>
      <w:r>
        <w:rPr>
          <w:sz w:val="22"/>
        </w:rPr>
        <w:t>D. 1896 – 1913</w:t>
      </w:r>
    </w:p>
    <w:p/>
    <w:p>
      <w:r>
        <w:rPr>
          <w:b/>
          <w:sz w:val="24"/>
        </w:rPr>
        <w:t>Câu 17: Quốc tế Cộng sản (Quốc tế thứ 3) được thành lập vào năm nào?</w:t>
      </w:r>
    </w:p>
    <w:p>
      <w:pPr>
        <w:pStyle w:val="ListParagraph"/>
      </w:pPr>
      <w:r>
        <w:rPr>
          <w:sz w:val="22"/>
        </w:rPr>
        <w:t>A. 1917</w:t>
      </w:r>
    </w:p>
    <w:p>
      <w:pPr>
        <w:pStyle w:val="ListParagraph"/>
      </w:pPr>
      <w:r>
        <w:rPr>
          <w:sz w:val="22"/>
        </w:rPr>
        <w:t>B. 1919</w:t>
      </w:r>
    </w:p>
    <w:p>
      <w:pPr>
        <w:pStyle w:val="ListParagraph"/>
      </w:pPr>
      <w:r>
        <w:rPr>
          <w:sz w:val="22"/>
        </w:rPr>
        <w:t>C. 1920</w:t>
      </w:r>
    </w:p>
    <w:p>
      <w:pPr>
        <w:pStyle w:val="ListParagraph"/>
      </w:pPr>
      <w:r>
        <w:rPr>
          <w:sz w:val="22"/>
        </w:rPr>
        <w:t>D. 1921</w:t>
      </w:r>
    </w:p>
    <w:p/>
    <w:p>
      <w:r>
        <w:rPr>
          <w:b/>
          <w:sz w:val="24"/>
        </w:rPr>
        <w:t>Câu 18: Trong tác phẩm đăng trên báo Nhân đạo (tháng 7/1920), Nguyễn Ái Quốc khẳng định đường lối giải phóng dân tộc như thế nào?</w:t>
      </w:r>
    </w:p>
    <w:p>
      <w:pPr>
        <w:pStyle w:val="ListParagraph"/>
      </w:pPr>
      <w:r>
        <w:rPr>
          <w:sz w:val="22"/>
        </w:rPr>
        <w:t>A. "Muốn cứu nước phải dựa vào sự giúp đỡ của các nước lớn"</w:t>
      </w:r>
    </w:p>
    <w:p>
      <w:pPr>
        <w:pStyle w:val="ListParagraph"/>
      </w:pPr>
      <w:r>
        <w:rPr>
          <w:sz w:val="22"/>
        </w:rPr>
        <w:t>B. "Muốn cứu nước và giải phóng dân tộc không có con đường nào khác con đường cách mạng vô sản"</w:t>
      </w:r>
    </w:p>
    <w:p>
      <w:pPr>
        <w:pStyle w:val="ListParagraph"/>
      </w:pPr>
      <w:r>
        <w:rPr>
          <w:sz w:val="22"/>
        </w:rPr>
        <w:t>C. "Muốn giải phóng dân tộc trước hết phải cải cách kinh tế"</w:t>
      </w:r>
    </w:p>
    <w:p>
      <w:pPr>
        <w:pStyle w:val="ListParagraph"/>
      </w:pPr>
      <w:r>
        <w:rPr>
          <w:sz w:val="22"/>
        </w:rPr>
        <w:t>D. "Muốn giải phóng dân tộc phải thực hiện cải cách giáo dục"</w:t>
      </w:r>
    </w:p>
    <w:p/>
    <w:p>
      <w:r>
        <w:rPr>
          <w:b/>
          <w:sz w:val="24"/>
        </w:rPr>
        <w:t>Câu 19: Vai trò của Hội Việt Nam Cách mạng Thanh niên đối với sự thành lập Đảng là gì?</w:t>
      </w:r>
    </w:p>
    <w:p>
      <w:pPr>
        <w:pStyle w:val="ListParagraph"/>
      </w:pPr>
      <w:r>
        <w:rPr>
          <w:sz w:val="22"/>
        </w:rPr>
        <w:t>A. Trực tiếp lãnh đạo khởi nghĩa vũ trang</w:t>
      </w:r>
    </w:p>
    <w:p>
      <w:pPr>
        <w:pStyle w:val="ListParagraph"/>
      </w:pPr>
      <w:r>
        <w:rPr>
          <w:sz w:val="22"/>
        </w:rPr>
        <w:t>B. Chuẩn bị về chính trị - tư tưởng - tổ chức cho việc thành lập Đảng</w:t>
      </w:r>
    </w:p>
    <w:p>
      <w:pPr>
        <w:pStyle w:val="ListParagraph"/>
      </w:pPr>
      <w:r>
        <w:rPr>
          <w:sz w:val="22"/>
        </w:rPr>
        <w:t>C. Đào tạo cán bộ quản lý kinh tế</w:t>
      </w:r>
    </w:p>
    <w:p>
      <w:pPr>
        <w:pStyle w:val="ListParagraph"/>
      </w:pPr>
      <w:r>
        <w:rPr>
          <w:sz w:val="22"/>
        </w:rPr>
        <w:t>D. Xây dựng lực lượng quân đội chính quy</w:t>
      </w:r>
    </w:p>
    <w:p/>
    <w:p>
      <w:r>
        <w:rPr>
          <w:b/>
          <w:sz w:val="24"/>
        </w:rPr>
        <w:t>Câu 20: Văn kiện đầu tiên đề cập đến mục tiêu và nhiệm vụ của cách mạng giải phóng dân tộc ở Việt Nam là?</w:t>
      </w:r>
    </w:p>
    <w:p>
      <w:pPr>
        <w:pStyle w:val="ListParagraph"/>
      </w:pPr>
      <w:r>
        <w:rPr>
          <w:sz w:val="22"/>
        </w:rPr>
        <w:t>A. Bản yêu sách của nhân dân An Nam (1919)</w:t>
      </w:r>
    </w:p>
    <w:p>
      <w:pPr>
        <w:pStyle w:val="ListParagraph"/>
      </w:pPr>
      <w:r>
        <w:rPr>
          <w:sz w:val="22"/>
        </w:rPr>
        <w:t>B. Tác phẩm Bản án chế độ thực dân Pháp (1925)</w:t>
      </w:r>
    </w:p>
    <w:p>
      <w:pPr>
        <w:pStyle w:val="ListParagraph"/>
      </w:pPr>
      <w:r>
        <w:rPr>
          <w:sz w:val="22"/>
        </w:rPr>
        <w:t>C. Tác phẩm Đường Kách Mệnh (1927)</w:t>
      </w:r>
    </w:p>
    <w:p>
      <w:pPr>
        <w:pStyle w:val="ListParagraph"/>
      </w:pPr>
      <w:r>
        <w:rPr>
          <w:sz w:val="22"/>
        </w:rPr>
        <w:t>D. Cương lĩnh chính trị đầu tiên (1930)</w:t>
      </w:r>
    </w:p>
    <w:p/>
    <w:p>
      <w:r>
        <w:rPr>
          <w:b/>
          <w:sz w:val="24"/>
        </w:rPr>
        <w:t>Câu 21: Việc Nguyễn Ái Quốc về Thái Lan và Quảng Châu (Trung Quốc) để thành lập Đảng là do nhận chỉ thị hay chủ động?</w:t>
      </w:r>
    </w:p>
    <w:p>
      <w:pPr>
        <w:pStyle w:val="ListParagraph"/>
      </w:pPr>
      <w:r>
        <w:rPr>
          <w:sz w:val="22"/>
        </w:rPr>
        <w:t>A. Do nhận chỉ thị từ Quốc tế Cộng sản</w:t>
      </w:r>
    </w:p>
    <w:p>
      <w:pPr>
        <w:pStyle w:val="ListParagraph"/>
      </w:pPr>
      <w:r>
        <w:rPr>
          <w:sz w:val="22"/>
        </w:rPr>
        <w:t>B. Do sự phân công của Đảng Cộng sản Pháp</w:t>
      </w:r>
    </w:p>
    <w:p>
      <w:pPr>
        <w:pStyle w:val="ListParagraph"/>
      </w:pPr>
      <w:r>
        <w:rPr>
          <w:sz w:val="22"/>
        </w:rPr>
        <w:t>C. Chủ động</w:t>
      </w:r>
    </w:p>
    <w:p>
      <w:pPr>
        <w:pStyle w:val="ListParagraph"/>
      </w:pPr>
      <w:r>
        <w:rPr>
          <w:sz w:val="22"/>
        </w:rPr>
        <w:t>D. Theo yêu cầu của Việt Nam Quốc dân Đảng</w:t>
      </w:r>
    </w:p>
    <w:p/>
    <w:p>
      <w:r>
        <w:rPr>
          <w:b/>
          <w:sz w:val="24"/>
        </w:rPr>
        <w:t>Câu 22: Ý nghĩa lớn nhất của sự ra đời Đảng Cộng sản Việt Nam là gì?</w:t>
      </w:r>
    </w:p>
    <w:p>
      <w:pPr>
        <w:pStyle w:val="ListParagraph"/>
      </w:pPr>
      <w:r>
        <w:rPr>
          <w:sz w:val="22"/>
        </w:rPr>
        <w:t>A. Đưa giai cấp công nhân lên nắm quyền tuyệt đối</w:t>
      </w:r>
    </w:p>
    <w:p>
      <w:pPr>
        <w:pStyle w:val="ListParagraph"/>
      </w:pPr>
      <w:r>
        <w:rPr>
          <w:sz w:val="22"/>
        </w:rPr>
        <w:t>B. Chấm dứt sự khủng hoảng về đường lối cứu nước</w:t>
      </w:r>
    </w:p>
    <w:p>
      <w:pPr>
        <w:pStyle w:val="ListParagraph"/>
      </w:pPr>
      <w:r>
        <w:rPr>
          <w:sz w:val="22"/>
        </w:rPr>
        <w:t>C. Đánh đuổi hoàn toàn thực dân Pháp</w:t>
      </w:r>
    </w:p>
    <w:p>
      <w:pPr>
        <w:pStyle w:val="ListParagraph"/>
      </w:pPr>
      <w:r>
        <w:rPr>
          <w:sz w:val="22"/>
        </w:rPr>
        <w:t>D. Mở ra kỷ nguyên độc lập, tự do ngay lập tức</w:t>
      </w:r>
    </w:p>
    <w:p/>
    <w:p>
      <w:r>
        <w:rPr>
          <w:b/>
          <w:sz w:val="24"/>
        </w:rPr>
        <w:t>Câu 23: Tính chất xã hội Việt Nam thời kỳ bị thực dân Pháp thống trị là gì?</w:t>
      </w:r>
    </w:p>
    <w:p>
      <w:pPr>
        <w:pStyle w:val="ListParagraph"/>
      </w:pPr>
      <w:r>
        <w:rPr>
          <w:sz w:val="22"/>
        </w:rPr>
        <w:t>A. Xã hội phong kiến thuần túy</w:t>
      </w:r>
    </w:p>
    <w:p>
      <w:pPr>
        <w:pStyle w:val="ListParagraph"/>
      </w:pPr>
      <w:r>
        <w:rPr>
          <w:sz w:val="22"/>
        </w:rPr>
        <w:t>B. Xã hội tư bản chủ nghĩa</w:t>
      </w:r>
    </w:p>
    <w:p>
      <w:pPr>
        <w:pStyle w:val="ListParagraph"/>
      </w:pPr>
      <w:r>
        <w:rPr>
          <w:sz w:val="22"/>
        </w:rPr>
        <w:t>C. Thuộc địa - nửa phong kiến</w:t>
      </w:r>
    </w:p>
    <w:p>
      <w:pPr>
        <w:pStyle w:val="ListParagraph"/>
      </w:pPr>
      <w:r>
        <w:rPr>
          <w:sz w:val="22"/>
        </w:rPr>
        <w:t>D. Xã hội dân chủ mới</w:t>
      </w:r>
    </w:p>
    <w:p/>
    <w:p>
      <w:r>
        <w:rPr>
          <w:b/>
          <w:sz w:val="24"/>
        </w:rPr>
        <w:t>Câu 24: Hội nghị thành lập Đảng đã thông qua mấy văn kiện?</w:t>
      </w:r>
    </w:p>
    <w:p>
      <w:pPr>
        <w:pStyle w:val="ListParagraph"/>
      </w:pPr>
      <w:r>
        <w:rPr>
          <w:sz w:val="22"/>
        </w:rPr>
        <w:t>A. 2 văn kiện</w:t>
      </w:r>
    </w:p>
    <w:p>
      <w:pPr>
        <w:pStyle w:val="ListParagraph"/>
      </w:pPr>
      <w:r>
        <w:rPr>
          <w:sz w:val="22"/>
        </w:rPr>
        <w:t>B. 3 văn kiện</w:t>
      </w:r>
    </w:p>
    <w:p>
      <w:pPr>
        <w:pStyle w:val="ListParagraph"/>
      </w:pPr>
      <w:r>
        <w:rPr>
          <w:sz w:val="22"/>
        </w:rPr>
        <w:t>C. 4 văn kiện (Chính cương ngắn tắt, Sách lược ngắn tắt, Điều lệ ngắn tắt và Chương trình hành động tóm tắt)</w:t>
      </w:r>
    </w:p>
    <w:p>
      <w:pPr>
        <w:pStyle w:val="ListParagraph"/>
      </w:pPr>
      <w:r>
        <w:rPr>
          <w:sz w:val="22"/>
        </w:rPr>
        <w:t>D. 5 văn kiện</w:t>
      </w:r>
    </w:p>
    <w:p/>
    <w:p>
      <w:r>
        <w:rPr>
          <w:b/>
          <w:sz w:val="24"/>
        </w:rPr>
        <w:t>Câu 25: Hội Việt Nam Cách mạng Thanh niên được thành lập vào năm nào?</w:t>
      </w:r>
    </w:p>
    <w:p>
      <w:pPr>
        <w:pStyle w:val="ListParagraph"/>
      </w:pPr>
      <w:r>
        <w:rPr>
          <w:sz w:val="22"/>
        </w:rPr>
        <w:t>A. 1924</w:t>
      </w:r>
    </w:p>
    <w:p>
      <w:pPr>
        <w:pStyle w:val="ListParagraph"/>
      </w:pPr>
      <w:r>
        <w:rPr>
          <w:sz w:val="22"/>
        </w:rPr>
        <w:t>B. 1925</w:t>
      </w:r>
    </w:p>
    <w:p>
      <w:pPr>
        <w:pStyle w:val="ListParagraph"/>
      </w:pPr>
      <w:r>
        <w:rPr>
          <w:sz w:val="22"/>
        </w:rPr>
        <w:t>C. 1926</w:t>
      </w:r>
    </w:p>
    <w:p>
      <w:pPr>
        <w:pStyle w:val="ListParagraph"/>
      </w:pPr>
      <w:r>
        <w:rPr>
          <w:sz w:val="22"/>
        </w:rPr>
        <w:t>D. 1927</w:t>
      </w:r>
    </w:p>
    <w:p/>
    <w:p>
      <w:r>
        <w:rPr>
          <w:b/>
          <w:sz w:val="24"/>
        </w:rPr>
        <w:t>Câu 26: Tờ báo nào là cơ quan ngôn luận của Hội Việt Nam Cách mạng Thanh niên?</w:t>
      </w:r>
    </w:p>
    <w:p>
      <w:pPr>
        <w:pStyle w:val="ListParagraph"/>
      </w:pPr>
      <w:r>
        <w:rPr>
          <w:sz w:val="22"/>
        </w:rPr>
        <w:t>A. Báo Lao động</w:t>
      </w:r>
    </w:p>
    <w:p>
      <w:pPr>
        <w:pStyle w:val="ListParagraph"/>
      </w:pPr>
      <w:r>
        <w:rPr>
          <w:sz w:val="22"/>
        </w:rPr>
        <w:t>B. Báo Búa liềm</w:t>
      </w:r>
    </w:p>
    <w:p>
      <w:pPr>
        <w:pStyle w:val="ListParagraph"/>
      </w:pPr>
      <w:r>
        <w:rPr>
          <w:sz w:val="22"/>
        </w:rPr>
        <w:t>C. Báo Thanh niên</w:t>
      </w:r>
    </w:p>
    <w:p>
      <w:pPr>
        <w:pStyle w:val="ListParagraph"/>
      </w:pPr>
      <w:r>
        <w:rPr>
          <w:sz w:val="22"/>
        </w:rPr>
        <w:t>D. Báo Tiền phong</w:t>
      </w:r>
    </w:p>
    <w:p/>
    <w:p>
      <w:r>
        <w:rPr>
          <w:b/>
          <w:sz w:val="24"/>
        </w:rPr>
        <w:t>Câu 27: Chính quyền Xô viết Nghe-Tĩnh tồn tại trong khoảng thời gian bao lâu?</w:t>
      </w:r>
    </w:p>
    <w:p>
      <w:pPr>
        <w:pStyle w:val="ListParagraph"/>
      </w:pPr>
      <w:r>
        <w:rPr>
          <w:sz w:val="22"/>
        </w:rPr>
        <w:t>A. Từ 1 đến 2 tháng</w:t>
      </w:r>
    </w:p>
    <w:p>
      <w:pPr>
        <w:pStyle w:val="ListParagraph"/>
      </w:pPr>
      <w:r>
        <w:rPr>
          <w:sz w:val="22"/>
        </w:rPr>
        <w:t>B. Từ 2 đến 3 tháng</w:t>
      </w:r>
    </w:p>
    <w:p>
      <w:pPr>
        <w:pStyle w:val="ListParagraph"/>
      </w:pPr>
      <w:r>
        <w:rPr>
          <w:sz w:val="22"/>
        </w:rPr>
        <w:t>C. Từ 4 đến 5 tháng</w:t>
      </w:r>
    </w:p>
    <w:p>
      <w:pPr>
        <w:pStyle w:val="ListParagraph"/>
      </w:pPr>
      <w:r>
        <w:rPr>
          <w:sz w:val="22"/>
        </w:rPr>
        <w:t>D. Trên 1 năm</w:t>
      </w:r>
    </w:p>
    <w:p/>
    <w:p>
      <w:r>
        <w:rPr>
          <w:b/>
          <w:sz w:val="24"/>
        </w:rPr>
        <w:t>Câu 28: Đại hội nào đánh dấu sự phục hồi hoàn toàn của Đảng về mặt tổ chức?</w:t>
      </w:r>
    </w:p>
    <w:p>
      <w:pPr>
        <w:pStyle w:val="ListParagraph"/>
      </w:pPr>
      <w:r>
        <w:rPr>
          <w:sz w:val="22"/>
        </w:rPr>
        <w:t>A. Hội nghị Trung ương tháng 10/1930</w:t>
      </w:r>
    </w:p>
    <w:p>
      <w:pPr>
        <w:pStyle w:val="ListParagraph"/>
      </w:pPr>
      <w:r>
        <w:rPr>
          <w:sz w:val="22"/>
        </w:rPr>
        <w:t>B. Đại hội I (1935) tại Ma Cao, Trung Quốc</w:t>
      </w:r>
    </w:p>
    <w:p>
      <w:pPr>
        <w:pStyle w:val="ListParagraph"/>
      </w:pPr>
      <w:r>
        <w:rPr>
          <w:sz w:val="22"/>
        </w:rPr>
        <w:t>C. Đại hội II (1951) tại Tuyên Quang</w:t>
      </w:r>
    </w:p>
    <w:p>
      <w:pPr>
        <w:pStyle w:val="ListParagraph"/>
      </w:pPr>
      <w:r>
        <w:rPr>
          <w:sz w:val="22"/>
        </w:rPr>
        <w:t>D. Đại hội III (1960) tại Hà Nội</w:t>
      </w:r>
    </w:p>
    <w:p/>
    <w:p>
      <w:r>
        <w:rPr>
          <w:b/>
          <w:sz w:val="24"/>
        </w:rPr>
        <w:t>Câu 29: Hồ Chí Minh nêu phương hướng phát triển của cách mạng Việt Nam trong Chánh cương ngắn tắt, Sách lược ngắn tắt là gì?</w:t>
      </w:r>
    </w:p>
    <w:p>
      <w:pPr>
        <w:pStyle w:val="ListParagraph"/>
      </w:pPr>
      <w:r>
        <w:rPr>
          <w:sz w:val="22"/>
        </w:rPr>
        <w:t>A. "Đánh đổ đế quốc trước, phát triển kinh tế sau"</w:t>
      </w:r>
    </w:p>
    <w:p>
      <w:pPr>
        <w:pStyle w:val="ListParagraph"/>
      </w:pPr>
      <w:r>
        <w:rPr>
          <w:sz w:val="22"/>
        </w:rPr>
        <w:t>B. "Làm tư sản dân quyền cách mạng và thổ địa cách mạng để đi đến xã hội cộng sản"</w:t>
      </w:r>
    </w:p>
    <w:p>
      <w:pPr>
        <w:pStyle w:val="ListParagraph"/>
      </w:pPr>
      <w:r>
        <w:rPr>
          <w:sz w:val="22"/>
        </w:rPr>
        <w:t>C. "Thực hiện cải cách ruộng đất rồi tiến lên chủ nghĩa xã hội"</w:t>
      </w:r>
    </w:p>
    <w:p>
      <w:pPr>
        <w:pStyle w:val="ListParagraph"/>
      </w:pPr>
      <w:r>
        <w:rPr>
          <w:sz w:val="22"/>
        </w:rPr>
        <w:t>D. "Đánh đổ phong kiến để xây dựng chế độ quân chủ lập hiến"</w:t>
      </w:r>
    </w:p>
    <w:p/>
    <w:p>
      <w:r>
        <w:rPr>
          <w:b/>
          <w:sz w:val="24"/>
        </w:rPr>
        <w:t>Câu 30: Đại hội đại biểu lần thứ I của Đảng (1935) được tổ chức tại đâu?</w:t>
      </w:r>
    </w:p>
    <w:p>
      <w:pPr>
        <w:pStyle w:val="ListParagraph"/>
      </w:pPr>
      <w:r>
        <w:rPr>
          <w:sz w:val="22"/>
        </w:rPr>
        <w:t>A. Hà Nội (Việt Nam)</w:t>
      </w:r>
    </w:p>
    <w:p>
      <w:pPr>
        <w:pStyle w:val="ListParagraph"/>
      </w:pPr>
      <w:r>
        <w:rPr>
          <w:sz w:val="22"/>
        </w:rPr>
        <w:t>B. Quảng Châu (Trung Quốc)</w:t>
      </w:r>
    </w:p>
    <w:p>
      <w:pPr>
        <w:pStyle w:val="ListParagraph"/>
      </w:pPr>
      <w:r>
        <w:rPr>
          <w:sz w:val="22"/>
        </w:rPr>
        <w:t>C. Hương Cảng (Trung Quốc)</w:t>
      </w:r>
    </w:p>
    <w:p>
      <w:pPr>
        <w:pStyle w:val="ListParagraph"/>
      </w:pPr>
      <w:r>
        <w:rPr>
          <w:sz w:val="22"/>
        </w:rPr>
        <w:t>D. Ma Cao (Trung Quốc)</w:t>
      </w:r>
    </w:p>
    <w:p/>
    <w:p>
      <w:r>
        <w:rPr>
          <w:b/>
          <w:sz w:val="24"/>
        </w:rPr>
        <w:t>Câu 31: Lần đầu tiên người lao động Việt Nam tổ chức kỷ niệm ngày Quốc tế Lao động vào thời gian nào?</w:t>
      </w:r>
    </w:p>
    <w:p>
      <w:pPr>
        <w:pStyle w:val="ListParagraph"/>
      </w:pPr>
      <w:r>
        <w:rPr>
          <w:sz w:val="22"/>
        </w:rPr>
        <w:t>A. 01/05/1925</w:t>
      </w:r>
    </w:p>
    <w:p>
      <w:pPr>
        <w:pStyle w:val="ListParagraph"/>
      </w:pPr>
      <w:r>
        <w:rPr>
          <w:sz w:val="22"/>
        </w:rPr>
        <w:t>B. 01/05/1930</w:t>
      </w:r>
    </w:p>
    <w:p>
      <w:pPr>
        <w:pStyle w:val="ListParagraph"/>
      </w:pPr>
      <w:r>
        <w:rPr>
          <w:sz w:val="22"/>
        </w:rPr>
        <w:t>C. 01/05/1931</w:t>
      </w:r>
    </w:p>
    <w:p>
      <w:pPr>
        <w:pStyle w:val="ListParagraph"/>
      </w:pPr>
      <w:r>
        <w:rPr>
          <w:sz w:val="22"/>
        </w:rPr>
        <w:t>D. 01/05/1935</w:t>
      </w:r>
    </w:p>
    <w:p/>
    <w:p>
      <w:r>
        <w:rPr>
          <w:b/>
          <w:sz w:val="24"/>
        </w:rPr>
        <w:t>Câu 32: Ai là tác giả của tác phẩm "Sơ thảo lược sử phong trào cộng sản ở Đông Dương" năm 1933?</w:t>
      </w:r>
    </w:p>
    <w:p>
      <w:pPr>
        <w:pStyle w:val="ListParagraph"/>
      </w:pPr>
      <w:r>
        <w:rPr>
          <w:sz w:val="22"/>
        </w:rPr>
        <w:t>A. Nguyễn Ái Quốc</w:t>
      </w:r>
    </w:p>
    <w:p>
      <w:pPr>
        <w:pStyle w:val="ListParagraph"/>
      </w:pPr>
      <w:r>
        <w:rPr>
          <w:sz w:val="22"/>
        </w:rPr>
        <w:t>B. Trần Phú</w:t>
      </w:r>
    </w:p>
    <w:p>
      <w:pPr>
        <w:pStyle w:val="ListParagraph"/>
      </w:pPr>
      <w:r>
        <w:rPr>
          <w:sz w:val="22"/>
        </w:rPr>
        <w:t>C. Hà Huy Tập (Hồng Thế Công)</w:t>
      </w:r>
    </w:p>
    <w:p>
      <w:pPr>
        <w:pStyle w:val="ListParagraph"/>
      </w:pPr>
      <w:r>
        <w:rPr>
          <w:sz w:val="22"/>
        </w:rPr>
        <w:t>D. Lê Hồng Phong</w:t>
      </w:r>
    </w:p>
    <w:p/>
    <w:p>
      <w:r>
        <w:rPr>
          <w:b/>
          <w:sz w:val="24"/>
        </w:rPr>
        <w:t>Câu 33: Quốc tế Cộng sản tiến hành họp Đại hội VII vào năm nào?</w:t>
      </w:r>
    </w:p>
    <w:p>
      <w:pPr>
        <w:pStyle w:val="ListParagraph"/>
      </w:pPr>
      <w:r>
        <w:rPr>
          <w:sz w:val="22"/>
        </w:rPr>
        <w:t>A. 1930</w:t>
      </w:r>
    </w:p>
    <w:p>
      <w:pPr>
        <w:pStyle w:val="ListParagraph"/>
      </w:pPr>
      <w:r>
        <w:rPr>
          <w:sz w:val="22"/>
        </w:rPr>
        <w:t>B. 1933</w:t>
      </w:r>
    </w:p>
    <w:p>
      <w:pPr>
        <w:pStyle w:val="ListParagraph"/>
      </w:pPr>
      <w:r>
        <w:rPr>
          <w:sz w:val="22"/>
        </w:rPr>
        <w:t>C. 1935</w:t>
      </w:r>
    </w:p>
    <w:p>
      <w:pPr>
        <w:pStyle w:val="ListParagraph"/>
      </w:pPr>
      <w:r>
        <w:rPr>
          <w:sz w:val="22"/>
        </w:rPr>
        <w:t>D. 1936</w:t>
      </w:r>
    </w:p>
    <w:p/>
    <w:p>
      <w:r>
        <w:rPr>
          <w:b/>
          <w:sz w:val="24"/>
        </w:rPr>
        <w:t>Câu 34: Đại hội I của Đảng (năm 1935) đã bầu ai làm Tổng Bí thư?</w:t>
      </w:r>
    </w:p>
    <w:p>
      <w:pPr>
        <w:pStyle w:val="ListParagraph"/>
      </w:pPr>
      <w:r>
        <w:rPr>
          <w:sz w:val="22"/>
        </w:rPr>
        <w:t>A. Trần Phú</w:t>
      </w:r>
    </w:p>
    <w:p>
      <w:pPr>
        <w:pStyle w:val="ListParagraph"/>
      </w:pPr>
      <w:r>
        <w:rPr>
          <w:sz w:val="22"/>
        </w:rPr>
        <w:t>B. Nguyễn Văn Cừ</w:t>
      </w:r>
    </w:p>
    <w:p>
      <w:pPr>
        <w:pStyle w:val="ListParagraph"/>
      </w:pPr>
      <w:r>
        <w:rPr>
          <w:sz w:val="22"/>
        </w:rPr>
        <w:t>C. Lê Hồng Phong</w:t>
      </w:r>
    </w:p>
    <w:p>
      <w:pPr>
        <w:pStyle w:val="ListParagraph"/>
      </w:pPr>
      <w:r>
        <w:rPr>
          <w:sz w:val="22"/>
        </w:rPr>
        <w:t>D. Hà Huy Tập</w:t>
      </w:r>
    </w:p>
    <w:p/>
    <w:p>
      <w:r>
        <w:rPr>
          <w:b/>
          <w:sz w:val="24"/>
        </w:rPr>
        <w:t>Câu 35: Văn kiện nào thể hiện quan điểm: "Vũ trang bạo động để giành chính quyền phải là một nghệ thuật, phải theo khuôn phép của nhà binh"?</w:t>
      </w:r>
    </w:p>
    <w:p>
      <w:pPr>
        <w:pStyle w:val="ListParagraph"/>
      </w:pPr>
      <w:r>
        <w:rPr>
          <w:sz w:val="22"/>
        </w:rPr>
        <w:t>A. Cương lĩnh chính trị đầu tiên (02/1930)</w:t>
      </w:r>
    </w:p>
    <w:p>
      <w:pPr>
        <w:pStyle w:val="ListParagraph"/>
      </w:pPr>
      <w:r>
        <w:rPr>
          <w:sz w:val="22"/>
        </w:rPr>
        <w:t>B. Luận cương chính trị tháng 10/1930 (Trần Phú)</w:t>
      </w:r>
    </w:p>
    <w:p>
      <w:pPr>
        <w:pStyle w:val="ListParagraph"/>
      </w:pPr>
      <w:r>
        <w:rPr>
          <w:sz w:val="22"/>
        </w:rPr>
        <w:t>C. Chung quanh vấn đề chiến sách mới (1936)</w:t>
      </w:r>
    </w:p>
    <w:p>
      <w:pPr>
        <w:pStyle w:val="ListParagraph"/>
      </w:pPr>
      <w:r>
        <w:rPr>
          <w:sz w:val="22"/>
        </w:rPr>
        <w:t>D. Tác phẩm Đường Kách Mệnh (1927)</w:t>
      </w:r>
    </w:p>
    <w:p/>
    <w:p>
      <w:r>
        <w:rPr>
          <w:b/>
          <w:sz w:val="24"/>
        </w:rPr>
        <w:t>Câu 36: "Con đường của thanh niên chỉ có thể là con đường cách mạng" là câu nói nổi tiếng của ai, vào năm nào?</w:t>
      </w:r>
    </w:p>
    <w:p>
      <w:pPr>
        <w:pStyle w:val="ListParagraph"/>
      </w:pPr>
      <w:r>
        <w:rPr>
          <w:sz w:val="22"/>
        </w:rPr>
        <w:t>A. Nguyễn Văn Cừ (1938)</w:t>
      </w:r>
    </w:p>
    <w:p>
      <w:pPr>
        <w:pStyle w:val="ListParagraph"/>
      </w:pPr>
      <w:r>
        <w:rPr>
          <w:sz w:val="22"/>
        </w:rPr>
        <w:t>B. Võ Nguyên Giáp (1940)</w:t>
      </w:r>
    </w:p>
    <w:p>
      <w:pPr>
        <w:pStyle w:val="ListParagraph"/>
      </w:pPr>
      <w:r>
        <w:rPr>
          <w:sz w:val="22"/>
        </w:rPr>
        <w:t>C. Lý Tự Trọng (năm 1931)</w:t>
      </w:r>
    </w:p>
    <w:p>
      <w:pPr>
        <w:pStyle w:val="ListParagraph"/>
      </w:pPr>
      <w:r>
        <w:rPr>
          <w:sz w:val="22"/>
        </w:rPr>
        <w:t>D. Nguyễn Ái Quốc (1925)</w:t>
      </w:r>
    </w:p>
    <w:p/>
    <w:p>
      <w:r>
        <w:rPr>
          <w:b/>
          <w:sz w:val="24"/>
        </w:rPr>
        <w:t>Câu 37: Luận cương chính trị của Đảng do Trần Phú soạn thảo ra đời vào thời gian nào?</w:t>
      </w:r>
    </w:p>
    <w:p>
      <w:pPr>
        <w:pStyle w:val="ListParagraph"/>
      </w:pPr>
      <w:r>
        <w:rPr>
          <w:sz w:val="22"/>
        </w:rPr>
        <w:t>A. Tháng 02/1930</w:t>
      </w:r>
    </w:p>
    <w:p>
      <w:pPr>
        <w:pStyle w:val="ListParagraph"/>
      </w:pPr>
      <w:r>
        <w:rPr>
          <w:sz w:val="22"/>
        </w:rPr>
        <w:t>B. Tháng 10/1930</w:t>
      </w:r>
    </w:p>
    <w:p>
      <w:pPr>
        <w:pStyle w:val="ListParagraph"/>
      </w:pPr>
      <w:r>
        <w:rPr>
          <w:sz w:val="22"/>
        </w:rPr>
        <w:t>C. Tháng 03/1931</w:t>
      </w:r>
    </w:p>
    <w:p>
      <w:pPr>
        <w:pStyle w:val="ListParagraph"/>
      </w:pPr>
      <w:r>
        <w:rPr>
          <w:sz w:val="22"/>
        </w:rPr>
        <w:t>D. Tháng 03/1935</w:t>
      </w:r>
    </w:p>
    <w:p/>
    <w:p>
      <w:r>
        <w:rPr>
          <w:b/>
          <w:sz w:val="24"/>
        </w:rPr>
        <w:t>Câu 38: Theo Luận cương chính trị (10/1930) do Trần Phú soạn thảo, vấn đề cốt yếu của cách mạng tư sản dân quyền là gì?</w:t>
      </w:r>
    </w:p>
    <w:p>
      <w:pPr>
        <w:pStyle w:val="ListParagraph"/>
      </w:pPr>
      <w:r>
        <w:rPr>
          <w:sz w:val="22"/>
        </w:rPr>
        <w:t>A. Vấn đề thổ địa cách mạng</w:t>
      </w:r>
    </w:p>
    <w:p>
      <w:pPr>
        <w:pStyle w:val="ListParagraph"/>
      </w:pPr>
      <w:r>
        <w:rPr>
          <w:sz w:val="22"/>
        </w:rPr>
        <w:t>B. Vấn đề giải phóng dân tộc</w:t>
      </w:r>
    </w:p>
    <w:p>
      <w:pPr>
        <w:pStyle w:val="ListParagraph"/>
      </w:pPr>
      <w:r>
        <w:rPr>
          <w:sz w:val="22"/>
        </w:rPr>
        <w:t>C. Vấn đề tự do ngôn luận</w:t>
      </w:r>
    </w:p>
    <w:p>
      <w:pPr>
        <w:pStyle w:val="ListParagraph"/>
      </w:pPr>
      <w:r>
        <w:rPr>
          <w:sz w:val="22"/>
        </w:rPr>
        <w:t>D. Vấn đề tăng lương, giảm giờ làm</w:t>
      </w:r>
    </w:p>
    <w:p/>
    <w:p>
      <w:r>
        <w:rPr>
          <w:b/>
          <w:sz w:val="24"/>
        </w:rPr>
        <w:t>Câu 39: Tên gọi của lực lượng vũ trang được thành lập ở Nghệ An trong phong trào cách mạng 1930 là gì?</w:t>
      </w:r>
    </w:p>
    <w:p>
      <w:pPr>
        <w:pStyle w:val="ListParagraph"/>
      </w:pPr>
      <w:r>
        <w:rPr>
          <w:sz w:val="22"/>
        </w:rPr>
        <w:t>A. Đội Cứu quốc quân</w:t>
      </w:r>
    </w:p>
    <w:p>
      <w:pPr>
        <w:pStyle w:val="ListParagraph"/>
      </w:pPr>
      <w:r>
        <w:rPr>
          <w:sz w:val="22"/>
        </w:rPr>
        <w:t>B. Đội Việt Nam Tuyên truyền Giải phóng quân</w:t>
      </w:r>
    </w:p>
    <w:p>
      <w:pPr>
        <w:pStyle w:val="ListParagraph"/>
      </w:pPr>
      <w:r>
        <w:rPr>
          <w:sz w:val="22"/>
        </w:rPr>
        <w:t>C. Đội "Tự vệ đỏ"</w:t>
      </w:r>
    </w:p>
    <w:p>
      <w:pPr>
        <w:pStyle w:val="ListParagraph"/>
      </w:pPr>
      <w:r>
        <w:rPr>
          <w:sz w:val="22"/>
        </w:rPr>
        <w:t>D. Đội Du kích Ba Tơ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