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trắc nghiêm về ngành dược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Ngành Dược học còn được gọi là gì?</w:t>
      </w:r>
    </w:p>
    <w:p>
      <w:pPr>
        <w:pStyle w:val="ListParagraph"/>
      </w:pPr>
      <w:r>
        <w:rPr>
          <w:sz w:val="22"/>
        </w:rPr>
        <w:t>A. Dược lý</w:t>
      </w:r>
    </w:p>
    <w:p>
      <w:pPr>
        <w:pStyle w:val="ListParagraph"/>
      </w:pPr>
      <w:r>
        <w:rPr>
          <w:sz w:val="22"/>
        </w:rPr>
        <w:t>B. Dược khoa</w:t>
      </w:r>
    </w:p>
    <w:p>
      <w:pPr>
        <w:pStyle w:val="ListParagraph"/>
      </w:pPr>
      <w:r>
        <w:rPr>
          <w:sz w:val="22"/>
        </w:rPr>
        <w:t>C. Dược phẩm</w:t>
      </w:r>
    </w:p>
    <w:p>
      <w:pPr>
        <w:pStyle w:val="ListParagraph"/>
      </w:pPr>
      <w:r>
        <w:rPr>
          <w:sz w:val="22"/>
        </w:rPr>
        <w:t>D. Dược liệu</w:t>
      </w:r>
    </w:p>
    <w:p/>
    <w:p>
      <w:r>
        <w:rPr>
          <w:b/>
          <w:sz w:val="24"/>
        </w:rPr>
        <w:t>Câu 2: Bào chế là gì?</w:t>
      </w:r>
    </w:p>
    <w:p>
      <w:pPr>
        <w:pStyle w:val="ListParagraph"/>
      </w:pPr>
      <w:r>
        <w:rPr>
          <w:sz w:val="22"/>
        </w:rPr>
        <w:t>A. Nghiên cứu tác dụng của thuốc</w:t>
      </w:r>
    </w:p>
    <w:p>
      <w:pPr>
        <w:pStyle w:val="ListParagraph"/>
      </w:pPr>
      <w:r>
        <w:rPr>
          <w:sz w:val="22"/>
        </w:rPr>
        <w:t>B. Sản xuất và pha chế thuốc</w:t>
      </w:r>
    </w:p>
    <w:p>
      <w:pPr>
        <w:pStyle w:val="ListParagraph"/>
      </w:pPr>
      <w:r>
        <w:rPr>
          <w:sz w:val="22"/>
        </w:rPr>
        <w:t>C. Kiểm nghiệm thuốc</w:t>
      </w:r>
    </w:p>
    <w:p>
      <w:pPr>
        <w:pStyle w:val="ListParagraph"/>
      </w:pPr>
      <w:r>
        <w:rPr>
          <w:sz w:val="22"/>
        </w:rPr>
        <w:t>D. Phân phối thuốc</w:t>
      </w:r>
    </w:p>
    <w:p/>
    <w:p>
      <w:r>
        <w:rPr>
          <w:b/>
          <w:sz w:val="24"/>
        </w:rPr>
        <w:t>Câu 3: Dược lý học nghiên cứu về?</w:t>
      </w:r>
    </w:p>
    <w:p>
      <w:pPr>
        <w:pStyle w:val="ListParagraph"/>
      </w:pPr>
      <w:r>
        <w:rPr>
          <w:sz w:val="22"/>
        </w:rPr>
        <w:t>A. Cách bào chế thuốc</w:t>
      </w:r>
    </w:p>
    <w:p>
      <w:pPr>
        <w:pStyle w:val="ListParagraph"/>
      </w:pPr>
      <w:r>
        <w:rPr>
          <w:sz w:val="22"/>
        </w:rPr>
        <w:t>B. Tác dụng của thuốc lên cơ thể</w:t>
      </w:r>
    </w:p>
    <w:p>
      <w:pPr>
        <w:pStyle w:val="ListParagraph"/>
      </w:pPr>
      <w:r>
        <w:rPr>
          <w:sz w:val="22"/>
        </w:rPr>
        <w:t>C. Nguồn gốc cây thuốc</w:t>
      </w:r>
    </w:p>
    <w:p>
      <w:pPr>
        <w:pStyle w:val="ListParagraph"/>
      </w:pPr>
      <w:r>
        <w:rPr>
          <w:sz w:val="22"/>
        </w:rPr>
        <w:t>D. Bảo quản thuốc</w:t>
      </w:r>
    </w:p>
    <w:p/>
    <w:p>
      <w:r>
        <w:rPr>
          <w:b/>
          <w:sz w:val="24"/>
        </w:rPr>
        <w:t>Câu 4: Đơn vị đo liều dùng trong dược thường dùng?</w:t>
      </w:r>
    </w:p>
    <w:p>
      <w:pPr>
        <w:pStyle w:val="ListParagraph"/>
      </w:pPr>
      <w:r>
        <w:rPr>
          <w:sz w:val="22"/>
        </w:rPr>
        <w:t>A. mg</w:t>
      </w:r>
    </w:p>
    <w:p>
      <w:pPr>
        <w:pStyle w:val="ListParagraph"/>
      </w:pPr>
      <w:r>
        <w:rPr>
          <w:sz w:val="22"/>
        </w:rPr>
        <w:t>B. ml</w:t>
      </w:r>
    </w:p>
    <w:p>
      <w:pPr>
        <w:pStyle w:val="ListParagraph"/>
      </w:pPr>
      <w:r>
        <w:rPr>
          <w:sz w:val="22"/>
        </w:rPr>
        <w:t>C. mm</w:t>
      </w:r>
    </w:p>
    <w:p>
      <w:pPr>
        <w:pStyle w:val="ListParagraph"/>
      </w:pPr>
      <w:r>
        <w:rPr>
          <w:sz w:val="22"/>
        </w:rPr>
        <w:t>D. kg</w:t>
      </w:r>
    </w:p>
    <w:p/>
    <w:p>
      <w:r>
        <w:rPr>
          <w:b/>
          <w:sz w:val="24"/>
        </w:rPr>
        <w:t>Câu 5: Thuốc generic là gì?</w:t>
      </w:r>
    </w:p>
    <w:p>
      <w:pPr>
        <w:pStyle w:val="ListParagraph"/>
      </w:pPr>
      <w:r>
        <w:rPr>
          <w:sz w:val="22"/>
        </w:rPr>
        <w:t>A. Thuốc biệt dược</w:t>
      </w:r>
    </w:p>
    <w:p>
      <w:pPr>
        <w:pStyle w:val="ListParagraph"/>
      </w:pPr>
      <w:r>
        <w:rPr>
          <w:sz w:val="22"/>
        </w:rPr>
        <w:t>B. Thuốc có hoạt chất tương tự thuốc gốc</w:t>
      </w:r>
    </w:p>
    <w:p>
      <w:pPr>
        <w:pStyle w:val="ListParagraph"/>
      </w:pPr>
      <w:r>
        <w:rPr>
          <w:sz w:val="22"/>
        </w:rPr>
        <w:t>C. Thuốc đông dược</w:t>
      </w:r>
    </w:p>
    <w:p>
      <w:pPr>
        <w:pStyle w:val="ListParagraph"/>
      </w:pPr>
      <w:r>
        <w:rPr>
          <w:sz w:val="22"/>
        </w:rPr>
        <w:t>D. Thuốc không có nhãn</w:t>
      </w:r>
    </w:p>
    <w:p/>
    <w:p>
      <w:r>
        <w:rPr>
          <w:b/>
          <w:sz w:val="24"/>
        </w:rPr>
        <w:t>Câu 6: Dược điển Việt Nam là tài liệu về?</w:t>
      </w:r>
    </w:p>
    <w:p>
      <w:pPr>
        <w:pStyle w:val="ListParagraph"/>
      </w:pPr>
      <w:r>
        <w:rPr>
          <w:sz w:val="22"/>
        </w:rPr>
        <w:t>A. Giá thuốc</w:t>
      </w:r>
    </w:p>
    <w:p>
      <w:pPr>
        <w:pStyle w:val="ListParagraph"/>
      </w:pPr>
      <w:r>
        <w:rPr>
          <w:sz w:val="22"/>
        </w:rPr>
        <w:t>B. Tiêu chuẩn chất lượng thuốc</w:t>
      </w:r>
    </w:p>
    <w:p>
      <w:pPr>
        <w:pStyle w:val="ListParagraph"/>
      </w:pPr>
      <w:r>
        <w:rPr>
          <w:sz w:val="22"/>
        </w:rPr>
        <w:t>C. Công dụng cây thuốc</w:t>
      </w:r>
    </w:p>
    <w:p>
      <w:pPr>
        <w:pStyle w:val="ListParagraph"/>
      </w:pPr>
      <w:r>
        <w:rPr>
          <w:sz w:val="22"/>
        </w:rPr>
        <w:t>D. Quy trình bào chế</w:t>
      </w:r>
    </w:p>
    <w:p/>
    <w:p>
      <w:r>
        <w:rPr>
          <w:b/>
          <w:sz w:val="24"/>
        </w:rPr>
        <w:t>Câu 7: Thuốc kê đơn có đặc điểm?</w:t>
      </w:r>
    </w:p>
    <w:p>
      <w:pPr>
        <w:pStyle w:val="ListParagraph"/>
      </w:pPr>
      <w:r>
        <w:rPr>
          <w:sz w:val="22"/>
        </w:rPr>
        <w:t>A. Được mua tự do</w:t>
      </w:r>
    </w:p>
    <w:p>
      <w:pPr>
        <w:pStyle w:val="ListParagraph"/>
      </w:pPr>
      <w:r>
        <w:rPr>
          <w:sz w:val="22"/>
        </w:rPr>
        <w:t>B. Bắt buộc có đơn của bác sĩ</w:t>
      </w:r>
    </w:p>
    <w:p>
      <w:pPr>
        <w:pStyle w:val="ListParagraph"/>
      </w:pPr>
      <w:r>
        <w:rPr>
          <w:sz w:val="22"/>
        </w:rPr>
        <w:t>C. Không cần kiểm soát</w:t>
      </w:r>
    </w:p>
    <w:p>
      <w:pPr>
        <w:pStyle w:val="ListParagraph"/>
      </w:pPr>
      <w:r>
        <w:rPr>
          <w:sz w:val="22"/>
        </w:rPr>
        <w:t>D. Chỉ dùng ngoài da</w:t>
      </w:r>
    </w:p>
    <w:p/>
    <w:p>
      <w:r>
        <w:rPr>
          <w:b/>
          <w:sz w:val="24"/>
        </w:rPr>
        <w:t>Câu 8: Tá dược trong viên nén có vai trò?</w:t>
      </w:r>
    </w:p>
    <w:p>
      <w:pPr>
        <w:pStyle w:val="ListParagraph"/>
      </w:pPr>
      <w:r>
        <w:rPr>
          <w:sz w:val="22"/>
        </w:rPr>
        <w:t>A. Tạo hình khối viên</w:t>
      </w:r>
    </w:p>
    <w:p>
      <w:pPr>
        <w:pStyle w:val="ListParagraph"/>
      </w:pPr>
      <w:r>
        <w:rPr>
          <w:sz w:val="22"/>
        </w:rPr>
        <w:t>B. Làm tăng tác dụng</w:t>
      </w:r>
    </w:p>
    <w:p>
      <w:pPr>
        <w:pStyle w:val="ListParagraph"/>
      </w:pPr>
      <w:r>
        <w:rPr>
          <w:sz w:val="22"/>
        </w:rPr>
        <w:t>C. Chống chỉ định</w:t>
      </w:r>
    </w:p>
    <w:p>
      <w:pPr>
        <w:pStyle w:val="ListParagraph"/>
      </w:pPr>
      <w:r>
        <w:rPr>
          <w:sz w:val="22"/>
        </w:rPr>
        <w:t>D. Thay đổi mùi</w:t>
      </w:r>
    </w:p>
    <w:p/>
    <w:p>
      <w:r>
        <w:rPr>
          <w:b/>
          <w:sz w:val="24"/>
        </w:rPr>
        <w:t>Câu 9: Đường đưa thuốc qua đường tiêu hóa gọi là?</w:t>
      </w:r>
    </w:p>
    <w:p>
      <w:pPr>
        <w:pStyle w:val="ListParagraph"/>
      </w:pPr>
      <w:r>
        <w:rPr>
          <w:sz w:val="22"/>
        </w:rPr>
        <w:t>A. Đường tĩnh mạch</w:t>
      </w:r>
    </w:p>
    <w:p>
      <w:pPr>
        <w:pStyle w:val="ListParagraph"/>
      </w:pPr>
      <w:r>
        <w:rPr>
          <w:sz w:val="22"/>
        </w:rPr>
        <w:t>B. Đường uống</w:t>
      </w:r>
    </w:p>
    <w:p>
      <w:pPr>
        <w:pStyle w:val="ListParagraph"/>
      </w:pPr>
      <w:r>
        <w:rPr>
          <w:sz w:val="22"/>
        </w:rPr>
        <w:t>C. Đường tiêm bắp</w:t>
      </w:r>
    </w:p>
    <w:p>
      <w:pPr>
        <w:pStyle w:val="ListParagraph"/>
      </w:pPr>
      <w:r>
        <w:rPr>
          <w:sz w:val="22"/>
        </w:rPr>
        <w:t>D. Đường hít</w:t>
      </w:r>
    </w:p>
    <w:p/>
    <w:p>
      <w:r>
        <w:rPr>
          <w:b/>
          <w:sz w:val="24"/>
        </w:rPr>
        <w:t>Câu 10: Hạn dùng của thuốc là?</w:t>
      </w:r>
    </w:p>
    <w:p>
      <w:pPr>
        <w:pStyle w:val="ListParagraph"/>
      </w:pPr>
      <w:r>
        <w:rPr>
          <w:sz w:val="22"/>
        </w:rPr>
        <w:t>A. Thời gian phát huy tác dụng</w:t>
      </w:r>
    </w:p>
    <w:p>
      <w:pPr>
        <w:pStyle w:val="ListParagraph"/>
      </w:pPr>
      <w:r>
        <w:rPr>
          <w:sz w:val="22"/>
        </w:rPr>
        <w:t>B. Thời gian thuốc còn hiệu lực</w:t>
      </w:r>
    </w:p>
    <w:p>
      <w:pPr>
        <w:pStyle w:val="ListParagraph"/>
      </w:pPr>
      <w:r>
        <w:rPr>
          <w:sz w:val="22"/>
        </w:rPr>
        <w:t>C. Thời gian bảo hành</w:t>
      </w:r>
    </w:p>
    <w:p>
      <w:pPr>
        <w:pStyle w:val="ListParagraph"/>
      </w:pPr>
      <w:r>
        <w:rPr>
          <w:sz w:val="22"/>
        </w:rPr>
        <w:t>D. Thời gian sản xuất</w:t>
      </w:r>
    </w:p>
    <w:p/>
    <w:p>
      <w:r>
        <w:rPr>
          <w:b/>
          <w:sz w:val="24"/>
        </w:rPr>
        <w:t>Câu 11: Liều tối đa là?</w:t>
      </w:r>
    </w:p>
    <w:p>
      <w:pPr>
        <w:pStyle w:val="ListParagraph"/>
      </w:pPr>
      <w:r>
        <w:rPr>
          <w:sz w:val="22"/>
        </w:rPr>
        <w:t>A. Liều thấp nhất có tác dụng</w:t>
      </w:r>
    </w:p>
    <w:p>
      <w:pPr>
        <w:pStyle w:val="ListParagraph"/>
      </w:pPr>
      <w:r>
        <w:rPr>
          <w:sz w:val="22"/>
        </w:rPr>
        <w:t>B. Liều cao nhất cho phép</w:t>
      </w:r>
    </w:p>
    <w:p>
      <w:pPr>
        <w:pStyle w:val="ListParagraph"/>
      </w:pPr>
      <w:r>
        <w:rPr>
          <w:sz w:val="22"/>
        </w:rPr>
        <w:t>C. Liều gây độc</w:t>
      </w:r>
    </w:p>
    <w:p>
      <w:pPr>
        <w:pStyle w:val="ListParagraph"/>
      </w:pPr>
      <w:r>
        <w:rPr>
          <w:sz w:val="22"/>
        </w:rPr>
        <w:t>D. Liều khởi đầu</w:t>
      </w:r>
    </w:p>
    <w:p/>
    <w:p>
      <w:r>
        <w:rPr>
          <w:b/>
          <w:sz w:val="24"/>
        </w:rPr>
        <w:t>Câu 12: Tương tác thuốc có thể dẫn đến?</w:t>
      </w:r>
    </w:p>
    <w:p>
      <w:pPr>
        <w:pStyle w:val="ListParagraph"/>
      </w:pPr>
      <w:r>
        <w:rPr>
          <w:sz w:val="22"/>
        </w:rPr>
        <w:t>A. Tăng hoặc giảm tác dụng</w:t>
      </w:r>
    </w:p>
    <w:p>
      <w:pPr>
        <w:pStyle w:val="ListParagraph"/>
      </w:pPr>
      <w:r>
        <w:rPr>
          <w:sz w:val="22"/>
        </w:rPr>
        <w:t>B. Không ảnh hưởng</w:t>
      </w:r>
    </w:p>
    <w:p>
      <w:pPr>
        <w:pStyle w:val="ListParagraph"/>
      </w:pPr>
      <w:r>
        <w:rPr>
          <w:sz w:val="22"/>
        </w:rPr>
        <w:t>C. Luôn có lợi</w:t>
      </w:r>
    </w:p>
    <w:p>
      <w:pPr>
        <w:pStyle w:val="ListParagraph"/>
      </w:pPr>
      <w:r>
        <w:rPr>
          <w:sz w:val="22"/>
        </w:rPr>
        <w:t>D. Chỉ xảy ra với thuốc tiêm</w:t>
      </w:r>
    </w:p>
    <w:p/>
    <w:p>
      <w:r>
        <w:rPr>
          <w:b/>
          <w:sz w:val="24"/>
        </w:rPr>
        <w:t>Câu 13: Dược sĩ cần làm gì khi gặp đơn thuốc không hợp lý?</w:t>
      </w:r>
    </w:p>
    <w:p>
      <w:pPr>
        <w:pStyle w:val="ListParagraph"/>
      </w:pPr>
      <w:r>
        <w:rPr>
          <w:sz w:val="22"/>
        </w:rPr>
        <w:t>A. Bán theo đơn</w:t>
      </w:r>
    </w:p>
    <w:p>
      <w:pPr>
        <w:pStyle w:val="ListParagraph"/>
      </w:pPr>
      <w:r>
        <w:rPr>
          <w:sz w:val="22"/>
        </w:rPr>
        <w:t>B. Từ chối và tư vấn bác sĩ</w:t>
      </w:r>
    </w:p>
    <w:p>
      <w:pPr>
        <w:pStyle w:val="ListParagraph"/>
      </w:pPr>
      <w:r>
        <w:rPr>
          <w:sz w:val="22"/>
        </w:rPr>
        <w:t>C. Tự sửa đơn</w:t>
      </w:r>
    </w:p>
    <w:p>
      <w:pPr>
        <w:pStyle w:val="ListParagraph"/>
      </w:pPr>
      <w:r>
        <w:rPr>
          <w:sz w:val="22"/>
        </w:rPr>
        <w:t>D. Bán thuốc khác tương đương</w:t>
      </w:r>
    </w:p>
    <w:p/>
    <w:p>
      <w:r>
        <w:rPr>
          <w:b/>
          <w:sz w:val="24"/>
        </w:rPr>
        <w:t>Câu 14: Theo nguyên tắc sử dụng kháng sinh, điều nào đúng?</w:t>
      </w:r>
    </w:p>
    <w:p>
      <w:pPr>
        <w:pStyle w:val="ListParagraph"/>
      </w:pPr>
      <w:r>
        <w:rPr>
          <w:sz w:val="22"/>
        </w:rPr>
        <w:t>A. Dùng ngắt quãng</w:t>
      </w:r>
    </w:p>
    <w:p>
      <w:pPr>
        <w:pStyle w:val="ListParagraph"/>
      </w:pPr>
      <w:r>
        <w:rPr>
          <w:sz w:val="22"/>
        </w:rPr>
        <w:t>B. Dùng đủ liều đủ thời gian</w:t>
      </w:r>
    </w:p>
    <w:p>
      <w:pPr>
        <w:pStyle w:val="ListParagraph"/>
      </w:pPr>
      <w:r>
        <w:rPr>
          <w:sz w:val="22"/>
        </w:rPr>
        <w:t>C. Dùng liều thấp</w:t>
      </w:r>
    </w:p>
    <w:p>
      <w:pPr>
        <w:pStyle w:val="ListParagraph"/>
      </w:pPr>
      <w:r>
        <w:rPr>
          <w:sz w:val="22"/>
        </w:rPr>
        <w:t>D. Dùng phối hợp nhiều loại</w:t>
      </w:r>
    </w:p>
    <w:p/>
    <w:p>
      <w:r>
        <w:rPr>
          <w:b/>
          <w:sz w:val="24"/>
        </w:rPr>
        <w:t>Câu 15: Dạng bào chế thuốc dùng qua da thường gặp?</w:t>
      </w:r>
    </w:p>
    <w:p>
      <w:pPr>
        <w:pStyle w:val="ListParagraph"/>
      </w:pPr>
      <w:r>
        <w:rPr>
          <w:sz w:val="22"/>
        </w:rPr>
        <w:t>A. Viên nén</w:t>
      </w:r>
    </w:p>
    <w:p>
      <w:pPr>
        <w:pStyle w:val="ListParagraph"/>
      </w:pPr>
      <w:r>
        <w:rPr>
          <w:sz w:val="22"/>
        </w:rPr>
        <w:t>B. Thuốc mỡ</w:t>
      </w:r>
    </w:p>
    <w:p>
      <w:pPr>
        <w:pStyle w:val="ListParagraph"/>
      </w:pPr>
      <w:r>
        <w:rPr>
          <w:sz w:val="22"/>
        </w:rPr>
        <w:t>C. Thuốc tiêm</w:t>
      </w:r>
    </w:p>
    <w:p>
      <w:pPr>
        <w:pStyle w:val="ListParagraph"/>
      </w:pPr>
      <w:r>
        <w:rPr>
          <w:sz w:val="22"/>
        </w:rPr>
        <w:t>D. Siro</w:t>
      </w:r>
    </w:p>
    <w:p/>
    <w:p>
      <w:r>
        <w:rPr>
          <w:b/>
          <w:sz w:val="24"/>
        </w:rPr>
        <w:t>Câu 16: GMP là viết tắt của?</w:t>
      </w:r>
    </w:p>
    <w:p>
      <w:pPr>
        <w:pStyle w:val="ListParagraph"/>
      </w:pPr>
      <w:r>
        <w:rPr>
          <w:sz w:val="22"/>
        </w:rPr>
        <w:t>A. Thực hành tốt sản xuất thuốc</w:t>
      </w:r>
    </w:p>
    <w:p>
      <w:pPr>
        <w:pStyle w:val="ListParagraph"/>
      </w:pPr>
      <w:r>
        <w:rPr>
          <w:sz w:val="22"/>
        </w:rPr>
        <w:t>B. Thực hành tốt bảo quản</w:t>
      </w:r>
    </w:p>
    <w:p>
      <w:pPr>
        <w:pStyle w:val="ListParagraph"/>
      </w:pPr>
      <w:r>
        <w:rPr>
          <w:sz w:val="22"/>
        </w:rPr>
        <w:t>C. Thực hành tốt phân phối</w:t>
      </w:r>
    </w:p>
    <w:p>
      <w:pPr>
        <w:pStyle w:val="ListParagraph"/>
      </w:pPr>
      <w:r>
        <w:rPr>
          <w:sz w:val="22"/>
        </w:rPr>
        <w:t>D. Thực hành tốt thử nghiệm</w:t>
      </w:r>
    </w:p>
    <w:p/>
    <w:p>
      <w:r>
        <w:rPr>
          <w:b/>
          <w:sz w:val="24"/>
        </w:rPr>
        <w:t>Câu 17: Dược liệu là gì?</w:t>
      </w:r>
    </w:p>
    <w:p>
      <w:pPr>
        <w:pStyle w:val="ListParagraph"/>
      </w:pPr>
      <w:r>
        <w:rPr>
          <w:sz w:val="22"/>
        </w:rPr>
        <w:t>A. Chất tổng hợp</w:t>
      </w:r>
    </w:p>
    <w:p>
      <w:pPr>
        <w:pStyle w:val="ListParagraph"/>
      </w:pPr>
      <w:r>
        <w:rPr>
          <w:sz w:val="22"/>
        </w:rPr>
        <w:t>B. Nguồn gốc từ tự nhiên dùng làm thuốc</w:t>
      </w:r>
    </w:p>
    <w:p>
      <w:pPr>
        <w:pStyle w:val="ListParagraph"/>
      </w:pPr>
      <w:r>
        <w:rPr>
          <w:sz w:val="22"/>
        </w:rPr>
        <w:t>C. Hóa chất công nghiệp</w:t>
      </w:r>
    </w:p>
    <w:p>
      <w:pPr>
        <w:pStyle w:val="ListParagraph"/>
      </w:pPr>
      <w:r>
        <w:rPr>
          <w:sz w:val="22"/>
        </w:rPr>
        <w:t>D. Sản phẩm máu</w:t>
      </w:r>
    </w:p>
    <w:p/>
    <w:p>
      <w:r>
        <w:rPr>
          <w:b/>
          <w:sz w:val="24"/>
        </w:rPr>
        <w:t>Câu 18: Thuốc bảo vệ dạ dày thường được chỉ định khi?</w:t>
      </w:r>
    </w:p>
    <w:p>
      <w:pPr>
        <w:pStyle w:val="ListParagraph"/>
      </w:pPr>
      <w:r>
        <w:rPr>
          <w:sz w:val="22"/>
        </w:rPr>
        <w:t>A. Viêm loét dạ dày</w:t>
      </w:r>
    </w:p>
    <w:p>
      <w:pPr>
        <w:pStyle w:val="ListParagraph"/>
      </w:pPr>
      <w:r>
        <w:rPr>
          <w:sz w:val="22"/>
        </w:rPr>
        <w:t>B. Tăng huyết áp</w:t>
      </w:r>
    </w:p>
    <w:p>
      <w:pPr>
        <w:pStyle w:val="ListParagraph"/>
      </w:pPr>
      <w:r>
        <w:rPr>
          <w:sz w:val="22"/>
        </w:rPr>
        <w:t>C. Đau đầu</w:t>
      </w:r>
    </w:p>
    <w:p>
      <w:pPr>
        <w:pStyle w:val="ListParagraph"/>
      </w:pPr>
      <w:r>
        <w:rPr>
          <w:sz w:val="22"/>
        </w:rPr>
        <w:t>D. Sốt</w:t>
      </w:r>
    </w:p>
    <w:p/>
    <w:p>
      <w:r>
        <w:rPr>
          <w:b/>
          <w:sz w:val="24"/>
        </w:rPr>
        <w:t>Câu 19: ADR trong dược lý là?</w:t>
      </w:r>
    </w:p>
    <w:p>
      <w:pPr>
        <w:pStyle w:val="ListParagraph"/>
      </w:pPr>
      <w:r>
        <w:rPr>
          <w:sz w:val="22"/>
        </w:rPr>
        <w:t>A. Phản ứng có hại của thuốc</w:t>
      </w:r>
    </w:p>
    <w:p>
      <w:pPr>
        <w:pStyle w:val="ListParagraph"/>
      </w:pPr>
      <w:r>
        <w:rPr>
          <w:sz w:val="22"/>
        </w:rPr>
        <w:t>B. Tác dụng điều trị</w:t>
      </w:r>
    </w:p>
    <w:p>
      <w:pPr>
        <w:pStyle w:val="ListParagraph"/>
      </w:pPr>
      <w:r>
        <w:rPr>
          <w:sz w:val="22"/>
        </w:rPr>
        <w:t>C. Chỉ định của thuốc</w:t>
      </w:r>
    </w:p>
    <w:p>
      <w:pPr>
        <w:pStyle w:val="ListParagraph"/>
      </w:pPr>
      <w:r>
        <w:rPr>
          <w:sz w:val="22"/>
        </w:rPr>
        <w:t>D. Chống chỉ định</w:t>
      </w:r>
    </w:p>
    <w:p/>
    <w:p>
      <w:r>
        <w:rPr>
          <w:b/>
          <w:sz w:val="24"/>
        </w:rPr>
        <w:t>Câu 20: Thời điểm uống thuốc kháng sinh thường được khuyên?</w:t>
      </w:r>
    </w:p>
    <w:p>
      <w:pPr>
        <w:pStyle w:val="ListParagraph"/>
      </w:pPr>
      <w:r>
        <w:rPr>
          <w:sz w:val="22"/>
        </w:rPr>
        <w:t>A. Khi đói hoặc theo chỉ dẫn</w:t>
      </w:r>
    </w:p>
    <w:p>
      <w:pPr>
        <w:pStyle w:val="ListParagraph"/>
      </w:pPr>
      <w:r>
        <w:rPr>
          <w:sz w:val="22"/>
        </w:rPr>
        <w:t>B. Uống cùng rượu</w:t>
      </w:r>
    </w:p>
    <w:p>
      <w:pPr>
        <w:pStyle w:val="ListParagraph"/>
      </w:pPr>
      <w:r>
        <w:rPr>
          <w:sz w:val="22"/>
        </w:rPr>
        <w:t>C. Uống lúc nửa đêm</w:t>
      </w:r>
    </w:p>
    <w:p>
      <w:pPr>
        <w:pStyle w:val="ListParagraph"/>
      </w:pPr>
      <w:r>
        <w:rPr>
          <w:sz w:val="22"/>
        </w:rPr>
        <w:t>D. Không cần tuân theo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