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1: LIÊN HỢP QUỐC</w:t>
      </w:r>
    </w:p>
    <w:p>
      <w:pPr>
        <w:jc w:val="center"/>
      </w:pPr>
      <w:r>
        <w:rPr>
          <w:sz w:val="22"/>
        </w:rPr>
        <w:t>Số câu: 32    Thời gian: _____ phút    Họ và tên: _________________________</w:t>
      </w:r>
    </w:p>
    <w:p/>
    <w:p>
      <w:r>
        <w:rPr>
          <w:b/>
          <w:sz w:val="24"/>
        </w:rPr>
        <w:t>Câu 1: Ngày 1/1/1942, đại diện 26 nước ký bản văn kiện nào?</w:t>
      </w:r>
    </w:p>
    <w:p/>
    <w:p>
      <w:r>
        <w:rPr>
          <w:b/>
          <w:sz w:val="24"/>
        </w:rPr>
        <w:t>Câu 2: Văn kiện nào tạo cơ sở cho sự thành lập của Liên Hợp Quốc?</w:t>
      </w:r>
    </w:p>
    <w:p/>
    <w:p>
      <w:r>
        <w:rPr>
          <w:b/>
          <w:sz w:val="24"/>
        </w:rPr>
        <w:t>Câu 3: Tại hội nghị nào ba nước Mỹ, Anh, Liên Xô khẳng định quyết tâm thành lập Liên Hợp Quốc?</w:t>
      </w:r>
    </w:p>
    <w:p/>
    <w:p>
      <w:r>
        <w:rPr>
          <w:b/>
          <w:sz w:val="24"/>
        </w:rPr>
        <w:t>Câu 4: Tại hội nghị nào ba nước Mỹ, Anh, Liên Xô đã quyết định thành lập Liên Hợp Quốc?</w:t>
      </w:r>
    </w:p>
    <w:p/>
    <w:p>
      <w:r>
        <w:rPr>
          <w:b/>
          <w:sz w:val="24"/>
        </w:rPr>
        <w:t>Câu 5: Hội nghị Tê-hê-ran được tổ chức vào thời gian và địa điểm nào?</w:t>
      </w:r>
    </w:p>
    <w:p/>
    <w:p>
      <w:r>
        <w:rPr>
          <w:b/>
          <w:sz w:val="24"/>
        </w:rPr>
        <w:t>Câu 6: Tại Hội nghị I-an-ta, những quyết định quan trọng nào được đưa ra?</w:t>
      </w:r>
    </w:p>
    <w:p/>
    <w:p>
      <w:r>
        <w:rPr>
          <w:b/>
          <w:sz w:val="24"/>
        </w:rPr>
        <w:t>Câu 7: Hội nghị nào đánh dấu sự ra đời của Hiến chương Liên Hợp Quốc?</w:t>
      </w:r>
    </w:p>
    <w:p/>
    <w:p>
      <w:r>
        <w:rPr>
          <w:b/>
          <w:sz w:val="24"/>
        </w:rPr>
        <w:t>Câu 8: Liên Hợp Quốc được thành lập chính thức với bao nhiêu quốc gia?</w:t>
      </w:r>
    </w:p>
    <w:p/>
    <w:p>
      <w:r>
        <w:rPr>
          <w:b/>
          <w:sz w:val="24"/>
        </w:rPr>
        <w:t>Câu 9: Ngày 24/10 hằng năm còn được gọi là ngày gì?</w:t>
      </w:r>
    </w:p>
    <w:p/>
    <w:p>
      <w:r>
        <w:rPr>
          <w:b/>
          <w:sz w:val="24"/>
        </w:rPr>
        <w:t>Câu 10: Trụ sở chính của Liên Hợp Quốc đặt tại đâu?</w:t>
      </w:r>
    </w:p>
    <w:p/>
    <w:p>
      <w:r>
        <w:rPr>
          <w:b/>
          <w:sz w:val="24"/>
        </w:rPr>
        <w:t>Câu 11: Hiến chương Liên Hợp Quốc có hiệu lực vào thời gian nào?</w:t>
      </w:r>
    </w:p>
    <w:p/>
    <w:p>
      <w:r>
        <w:rPr>
          <w:b/>
          <w:sz w:val="24"/>
        </w:rPr>
        <w:t>Câu 12: Mục tiêu nào trong Hiến chương Liên Hợp Quốc được chú trọng nhất và là cơ sở thực hiện các mục tiêu khác?</w:t>
      </w:r>
    </w:p>
    <w:p/>
    <w:p>
      <w:r>
        <w:rPr>
          <w:b/>
          <w:sz w:val="24"/>
        </w:rPr>
        <w:t>Câu 13: Bốn mục tiêu của Liên Hợp Quốc là gì?</w:t>
      </w:r>
    </w:p>
    <w:p/>
    <w:p>
      <w:r>
        <w:rPr>
          <w:b/>
          <w:sz w:val="24"/>
        </w:rPr>
        <w:t>Câu 14: Sáu nguyên tắc của Liên Hợp Quốc là gì?</w:t>
      </w:r>
    </w:p>
    <w:p/>
    <w:p>
      <w:r>
        <w:rPr>
          <w:b/>
          <w:sz w:val="24"/>
        </w:rPr>
        <w:t>Câu 15: Vai trò của Liên Hợp Quốc là gì?</w:t>
      </w:r>
    </w:p>
    <w:p/>
    <w:p>
      <w:r>
        <w:rPr>
          <w:b/>
          <w:sz w:val="24"/>
        </w:rPr>
        <w:t>Câu 16: Những quốc gia nào là thành viên thường trực của Hội đồng Bảo an?</w:t>
      </w:r>
    </w:p>
    <w:p/>
    <w:p>
      <w:r>
        <w:rPr>
          <w:b/>
          <w:sz w:val="24"/>
        </w:rPr>
        <w:t>Câu 17: Năm 1977, quốc gia nào trở thành thành viên thứ 149 của Liên Hợp Quốc?</w:t>
      </w:r>
    </w:p>
    <w:p/>
    <w:p>
      <w:r>
        <w:rPr>
          <w:b/>
          <w:sz w:val="24"/>
        </w:rPr>
        <w:t>Câu 18: Hội nghị I-an-ta được diễn ra trong giai đoạn nào của Chiến tranh thế giới thứ hai?</w:t>
      </w:r>
    </w:p>
    <w:p/>
    <w:p>
      <w:r>
        <w:rPr>
          <w:b/>
          <w:sz w:val="24"/>
        </w:rPr>
        <w:t>Câu 19: Nêu thời gian và địa điểm tổ chức Hội nghị I-an-ta.</w:t>
      </w:r>
    </w:p>
    <w:p/>
    <w:p>
      <w:r>
        <w:rPr>
          <w:b/>
          <w:sz w:val="24"/>
        </w:rPr>
        <w:t>Câu 20: Tham dự Hội nghị I-an-ta có những nước nào?</w:t>
      </w:r>
    </w:p>
    <w:p/>
    <w:p>
      <w:r>
        <w:rPr>
          <w:b/>
          <w:sz w:val="24"/>
        </w:rPr>
        <w:t>Câu 21: Hội nghị I-an-ta có những quyết định quan trọng nào?</w:t>
      </w:r>
    </w:p>
    <w:p/>
    <w:p>
      <w:r>
        <w:rPr>
          <w:b/>
          <w:sz w:val="24"/>
        </w:rPr>
        <w:t>Câu 22: Nêu thực trạng của Triều Tiên sau khi chiến tranh thế giới thứ hai kết thúc?</w:t>
      </w:r>
    </w:p>
    <w:p/>
    <w:p>
      <w:r>
        <w:rPr>
          <w:b/>
          <w:sz w:val="24"/>
        </w:rPr>
        <w:t>Câu 23: Theo quyết định của Hội nghị I-an-ta (2/1945), những khu vực nào thuộc phạm vi ảnh hưởng của Liên Xô?</w:t>
      </w:r>
    </w:p>
    <w:p/>
    <w:p>
      <w:r>
        <w:rPr>
          <w:b/>
          <w:sz w:val="24"/>
        </w:rPr>
        <w:t>Câu 24: Theo quyết định của Hội nghị I-an-ta (2/1945), khu vực nào thuộc phạm vi ảnh hưởng của Mỹ?</w:t>
      </w:r>
    </w:p>
    <w:p/>
    <w:p>
      <w:r>
        <w:rPr>
          <w:b/>
          <w:sz w:val="24"/>
        </w:rPr>
        <w:t>Câu 25: Theo quyết định của Hội nghị I-an-ta (2/1945), ở châu Âu quốc gia nào sẽ trở thành trung lập?</w:t>
      </w:r>
    </w:p>
    <w:p/>
    <w:p>
      <w:r>
        <w:rPr>
          <w:b/>
          <w:sz w:val="24"/>
        </w:rPr>
        <w:t>Câu 26: Theo quyết định tại Hội nghị I-an-ta, các quốc gia còn lại ở châu Á (Đông Nam Á, Tây Á, Nam Á) thuộc phạm vi ảnh hưởng của các nước nào?</w:t>
      </w:r>
    </w:p>
    <w:p/>
    <w:p>
      <w:r>
        <w:rPr>
          <w:b/>
          <w:sz w:val="24"/>
        </w:rPr>
        <w:t>Câu 27: Theo quyết định tại Hội nghị I-an-ta, điều kiện để Liên Xô tham chiến tiêu diệt quân phiệt Nhật Bản bao gồm?</w:t>
      </w:r>
    </w:p>
    <w:p/>
    <w:p>
      <w:r>
        <w:rPr>
          <w:b/>
          <w:sz w:val="24"/>
        </w:rPr>
        <w:t>Câu 28: Theo quyết định tại Hội nghị I-an-ta, nước nào cần trở thành quốc gia thống nhất và dân chủ?</w:t>
      </w:r>
    </w:p>
    <w:p/>
    <w:p>
      <w:r>
        <w:rPr>
          <w:b/>
          <w:sz w:val="24"/>
        </w:rPr>
        <w:t>Câu 29: Theo quyết định tại Hội nghị I-an-ta, Trung Quốc cần trở thành</w:t>
      </w:r>
    </w:p>
    <w:p/>
    <w:p>
      <w:r>
        <w:rPr>
          <w:b/>
          <w:sz w:val="24"/>
        </w:rPr>
        <w:t>Câu 30: Theo quyết định tại Hội nghị I-an-ta, trả lại cho Trung Quốc những vùng nào?</w:t>
      </w:r>
    </w:p>
    <w:p/>
    <w:p>
      <w:r>
        <w:rPr>
          <w:b/>
          <w:sz w:val="24"/>
        </w:rPr>
        <w:t>Câu 31: Theo quyết định tại Hội nghị I-an-ta, những nước nào có quyền lợi ở Trung Quốc?</w:t>
      </w:r>
    </w:p>
    <w:p/>
    <w:p>
      <w:r>
        <w:rPr>
          <w:b/>
          <w:sz w:val="24"/>
        </w:rPr>
        <w:t>Câu 32: Trật tự thế giới mới nào được hình thành sau Chiến tranh thế giới thứ hai?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Tuyên bố Liên Hợp Quốc.</w:t>
      </w:r>
    </w:p>
    <w:p>
      <w:r>
        <w:rPr>
          <w:b/>
        </w:rPr>
        <w:t>Câu 2: Đáp án đúng: Tuyên bố Liên Hợp Quốc.</w:t>
      </w:r>
    </w:p>
    <w:p>
      <w:r>
        <w:rPr>
          <w:b/>
        </w:rPr>
        <w:t>Câu 3: Đáp án đúng: Hội nghị Tê-hê-ran.</w:t>
      </w:r>
    </w:p>
    <w:p>
      <w:r>
        <w:rPr>
          <w:b/>
        </w:rPr>
        <w:t>Câu 4: Đáp án đúng: Hội nghị I-an-ta.</w:t>
      </w:r>
    </w:p>
    <w:p>
      <w:r>
        <w:rPr>
          <w:b/>
        </w:rPr>
        <w:t>Câu 5: Đáp án đúng: Từ ngày 28/11 đến ngày 1/12/1943 tại Tê-hê-ran (I-ran).</w:t>
      </w:r>
    </w:p>
    <w:p>
      <w:r>
        <w:rPr>
          <w:b/>
        </w:rPr>
        <w:t>Câu 6: Đáp án đúng: Tiêu diệt tận gốc phát xít Đức, quân phiệt Nhật Bản; thành lập Liên hợp quốc; thỏa thuận về việc đóng quân, phân chia phạm vi ảnh hưởng.</w:t>
      </w:r>
    </w:p>
    <w:p>
      <w:r>
        <w:rPr>
          <w:b/>
        </w:rPr>
        <w:t>Câu 7: Đáp án đúng: Hội nghị tại Xan Phran-xi-xcô (Mỹ).</w:t>
      </w:r>
    </w:p>
    <w:p>
      <w:r>
        <w:rPr>
          <w:b/>
        </w:rPr>
        <w:t>Câu 8: Đáp án đúng: 51 quốc gia.</w:t>
      </w:r>
    </w:p>
    <w:p>
      <w:r>
        <w:rPr>
          <w:b/>
        </w:rPr>
        <w:t>Câu 9: Đáp án đúng: Ngày Liên Hợp Quốc.</w:t>
      </w:r>
    </w:p>
    <w:p>
      <w:r>
        <w:rPr>
          <w:b/>
        </w:rPr>
        <w:t>Câu 10: Đáp án đúng: New York (Mỹ).</w:t>
      </w:r>
    </w:p>
    <w:p>
      <w:r>
        <w:rPr>
          <w:b/>
        </w:rPr>
        <w:t>Câu 11: Đáp án đúng: 24/10/1945.</w:t>
      </w:r>
    </w:p>
    <w:p>
      <w:r>
        <w:rPr>
          <w:b/>
        </w:rPr>
        <w:t>Câu 12: Đáp án đúng: Mục tiêu duy trì hòa bình và an ninh quốc tế.</w:t>
      </w:r>
    </w:p>
    <w:p>
      <w:r>
        <w:rPr>
          <w:b/>
        </w:rPr>
        <w:t>Câu 13: Đáp án đúng: Duy trì hòa bình và an ninh quốc tế; thúc đẩy quan hệ hữu nghị giữa các quốc gia; hợp tác quốc tế trong việc giải quyết các vấn đề về an ninh, kinh tế, xã hội; trung tâm điều hòa hành động của các quốc gia nhằm đạt được những mục tiêu chung.</w:t>
      </w:r>
    </w:p>
    <w:p>
      <w:r>
        <w:rPr>
          <w:b/>
        </w:rPr>
        <w:t>Câu 14: Đáp án đúng: Bình đẳng về chủ quyền của tất cả các thành viên; tôn trọng các nghĩa vụ quốc tế và luật pháp quốc tế; không đe dọa bằng vũ lực hoặc sử dụng vũ lực trong quan hệ quốc tế; tôn trọng toàn vẹn lãnh thổ và độc lập chính trị của các quốc gia; không can thiệp vào công việc nội bộ của các quốc gia; giải quyết các tranh chấp quốc tế bằng biện pháp hòa bình.</w:t>
      </w:r>
    </w:p>
    <w:p>
      <w:r>
        <w:rPr>
          <w:b/>
        </w:rPr>
        <w:t>Câu 15: Đáp án đúng: Duy trì hòa bình, an ninh quốc tế; thúc đẩy phát triển; đảm bảo quyền con người, phát triển văn hóa xã hội.</w:t>
      </w:r>
    </w:p>
    <w:p>
      <w:r>
        <w:rPr>
          <w:b/>
        </w:rPr>
        <w:t>Câu 16: Đáp án đúng: Mỹ, Anh, Pháp, Nga, Trung Quốc.</w:t>
      </w:r>
    </w:p>
    <w:p>
      <w:r>
        <w:rPr>
          <w:b/>
        </w:rPr>
        <w:t>Câu 17: Đáp án đúng: Việt Nam.</w:t>
      </w:r>
    </w:p>
    <w:p>
      <w:r>
        <w:rPr>
          <w:b/>
        </w:rPr>
        <w:t>Câu 18: Đáp án đúng: Giai đoạn cuối của Chiến tranh thế giới thứ hai.</w:t>
      </w:r>
    </w:p>
    <w:p>
      <w:r>
        <w:rPr>
          <w:b/>
        </w:rPr>
        <w:t>Câu 19: Đáp án đúng: Từ ngày 4 đến ngày 11 tháng 2 năm 1945 tại thành phố I-an-ta (Liên Xô).</w:t>
      </w:r>
    </w:p>
    <w:p>
      <w:r>
        <w:rPr>
          <w:b/>
        </w:rPr>
        <w:t>Câu 20: Đáp án đúng: Thủ tướng Anh Tơn-chớc-kin, Tổng thống Mỹ Ru-dơ-ven và Chủ tịch Hội đồng Bộ trưởng Liên Xô Xtalin.</w:t>
      </w:r>
    </w:p>
    <w:p>
      <w:r>
        <w:rPr>
          <w:b/>
        </w:rPr>
        <w:t>Câu 21: Đáp án đúng: Tiêu diệt tận gốc phát xít Đức, quân phiệt Nhật Bản; thành lập Liên Hợp Quốc; thỏa thuận về việc đóng quân, phân chia phạm vi ảnh hưởng.</w:t>
      </w:r>
    </w:p>
    <w:p>
      <w:r>
        <w:rPr>
          <w:b/>
        </w:rPr>
        <w:t>Câu 22: Đáp án đúng: Liên Xô chiếm đóng miền Bắc, quân Mỹ chiếm đóng miền Nam, lấy vĩ tuyến 38 làm ranh giới.</w:t>
      </w:r>
    </w:p>
    <w:p>
      <w:r>
        <w:rPr>
          <w:b/>
        </w:rPr>
        <w:t>Câu 23: Đáp án đúng: Đông Âu, Đông Đức, Đông Béc-lin (ở châu Âu), Bắc Triều Tiên (châu Á).</w:t>
      </w:r>
    </w:p>
    <w:p>
      <w:r>
        <w:rPr>
          <w:b/>
        </w:rPr>
        <w:t>Câu 24: Đáp án đúng: Tây Âu, Tây Đức, Tây Béc-lin (ở châu Âu), Nam Triều Tiên và Nhật Bản (ở châu Á).</w:t>
      </w:r>
    </w:p>
    <w:p>
      <w:r>
        <w:rPr>
          <w:b/>
        </w:rPr>
        <w:t>Câu 25: Đáp án đúng: Áo và Phần Lan.</w:t>
      </w:r>
    </w:p>
    <w:p>
      <w:r>
        <w:rPr>
          <w:b/>
        </w:rPr>
        <w:t>Câu 26: Đáp án đúng: Các nước phương Tây.</w:t>
      </w:r>
    </w:p>
    <w:p>
      <w:r>
        <w:rPr>
          <w:b/>
        </w:rPr>
        <w:t>Câu 27: Đáp án đúng: Duy trì nguyên trạng Mông Cổ; trả lại cho Liên Xô những quyền lợi đã mất trong chiến tranh Nga – Nhật (1904–1905).</w:t>
      </w:r>
    </w:p>
    <w:p>
      <w:r>
        <w:rPr>
          <w:b/>
        </w:rPr>
        <w:t>Câu 28: Đáp án đúng: Trung Quốc.</w:t>
      </w:r>
    </w:p>
    <w:p>
      <w:r>
        <w:rPr>
          <w:b/>
        </w:rPr>
        <w:t>Câu 29: Đáp án đúng: Quốc gia thống nhất và dân chủ.</w:t>
      </w:r>
    </w:p>
    <w:p>
      <w:r>
        <w:rPr>
          <w:b/>
        </w:rPr>
        <w:t>Câu 30: Đáp án đúng: Mãn Châu, Đài Loan, Bành Hồ.</w:t>
      </w:r>
    </w:p>
    <w:p>
      <w:r>
        <w:rPr>
          <w:b/>
        </w:rPr>
        <w:t>Câu 31: Đáp án đúng: Mỹ và Liên Xô.</w:t>
      </w:r>
    </w:p>
    <w:p>
      <w:r>
        <w:rPr>
          <w:b/>
        </w:rPr>
        <w:t>Câu 32: Đáp án đúng: Trật tự thế giới hai cực I-an-ta.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