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UNIT 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is the opposite of 'interested in'?</w:t>
      </w:r>
    </w:p>
    <w:p>
      <w:pPr>
        <w:pStyle w:val="ListParagraph"/>
      </w:pPr>
      <w:r>
        <w:rPr>
          <w:sz w:val="22"/>
        </w:rPr>
        <w:t>A. keen on</w:t>
      </w:r>
    </w:p>
    <w:p>
      <w:pPr>
        <w:pStyle w:val="ListParagraph"/>
      </w:pPr>
      <w:r>
        <w:rPr>
          <w:sz w:val="22"/>
        </w:rPr>
        <w:t>B. fond of</w:t>
      </w:r>
    </w:p>
    <w:p>
      <w:pPr>
        <w:pStyle w:val="ListParagraph"/>
      </w:pPr>
      <w:r>
        <w:rPr>
          <w:sz w:val="22"/>
        </w:rPr>
        <w:t>C. bored with</w:t>
      </w:r>
    </w:p>
    <w:p>
      <w:pPr>
        <w:pStyle w:val="ListParagraph"/>
      </w:pPr>
      <w:r>
        <w:rPr>
          <w:sz w:val="22"/>
        </w:rPr>
        <w:t>D. crazy about</w:t>
      </w:r>
    </w:p>
    <w:p/>
    <w:p>
      <w:r>
        <w:rPr>
          <w:b/>
          <w:sz w:val="24"/>
        </w:rPr>
        <w:t>Câu 2: She is very ______ in playing the piano.</w:t>
      </w:r>
    </w:p>
    <w:p>
      <w:pPr>
        <w:pStyle w:val="ListParagraph"/>
      </w:pPr>
      <w:r>
        <w:rPr>
          <w:sz w:val="22"/>
        </w:rPr>
        <w:t>A. interest</w:t>
      </w:r>
    </w:p>
    <w:p>
      <w:pPr>
        <w:pStyle w:val="ListParagraph"/>
      </w:pPr>
      <w:r>
        <w:rPr>
          <w:sz w:val="22"/>
        </w:rPr>
        <w:t>B. interested</w:t>
      </w:r>
    </w:p>
    <w:p>
      <w:pPr>
        <w:pStyle w:val="ListParagraph"/>
      </w:pPr>
      <w:r>
        <w:rPr>
          <w:sz w:val="22"/>
        </w:rPr>
        <w:t>C. interesting</w:t>
      </w:r>
    </w:p>
    <w:p>
      <w:pPr>
        <w:pStyle w:val="ListParagraph"/>
      </w:pPr>
      <w:r>
        <w:rPr>
          <w:sz w:val="22"/>
        </w:rPr>
        <w:t>D. interests</w:t>
      </w:r>
    </w:p>
    <w:p/>
    <w:p>
      <w:r>
        <w:rPr>
          <w:b/>
          <w:sz w:val="24"/>
        </w:rPr>
        <w:t>Câu 3: Which activity is a hobby?</w:t>
      </w:r>
    </w:p>
    <w:p>
      <w:pPr>
        <w:pStyle w:val="ListParagraph"/>
      </w:pPr>
      <w:r>
        <w:rPr>
          <w:sz w:val="22"/>
        </w:rPr>
        <w:t>A. sleeping</w:t>
      </w:r>
    </w:p>
    <w:p>
      <w:pPr>
        <w:pStyle w:val="ListParagraph"/>
      </w:pPr>
      <w:r>
        <w:rPr>
          <w:sz w:val="22"/>
        </w:rPr>
        <w:t>B. collecting stamps</w:t>
      </w:r>
    </w:p>
    <w:p>
      <w:pPr>
        <w:pStyle w:val="ListParagraph"/>
      </w:pPr>
      <w:r>
        <w:rPr>
          <w:sz w:val="22"/>
        </w:rPr>
        <w:t>C. eating</w:t>
      </w:r>
    </w:p>
    <w:p>
      <w:pPr>
        <w:pStyle w:val="ListParagraph"/>
      </w:pPr>
      <w:r>
        <w:rPr>
          <w:sz w:val="22"/>
        </w:rPr>
        <w:t>D. breathing</w:t>
      </w:r>
    </w:p>
    <w:p/>
    <w:p>
      <w:r>
        <w:rPr>
          <w:b/>
          <w:sz w:val="24"/>
        </w:rPr>
        <w:t>Câu 4: I'm fond ______ reading books.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of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5: He is crazy ______ football.</w:t>
      </w:r>
    </w:p>
    <w:p>
      <w:pPr>
        <w:pStyle w:val="ListParagraph"/>
      </w:pPr>
      <w:r>
        <w:rPr>
          <w:sz w:val="22"/>
        </w:rPr>
        <w:t>A. about</w:t>
      </w:r>
    </w:p>
    <w:p>
      <w:pPr>
        <w:pStyle w:val="ListParagraph"/>
      </w:pPr>
      <w:r>
        <w:rPr>
          <w:sz w:val="22"/>
        </w:rPr>
        <w:t>B. of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6: Which sentence is correct?</w:t>
      </w:r>
    </w:p>
    <w:p>
      <w:pPr>
        <w:pStyle w:val="ListParagraph"/>
      </w:pPr>
      <w:r>
        <w:rPr>
          <w:sz w:val="22"/>
        </w:rPr>
        <w:t>A. I enjoy to swim.</w:t>
      </w:r>
    </w:p>
    <w:p>
      <w:pPr>
        <w:pStyle w:val="ListParagraph"/>
      </w:pPr>
      <w:r>
        <w:rPr>
          <w:sz w:val="22"/>
        </w:rPr>
        <w:t>B. I enjoy swimming.</w:t>
      </w:r>
    </w:p>
    <w:p>
      <w:pPr>
        <w:pStyle w:val="ListParagraph"/>
      </w:pPr>
      <w:r>
        <w:rPr>
          <w:sz w:val="22"/>
        </w:rPr>
        <w:t>C. I enjoy swim.</w:t>
      </w:r>
    </w:p>
    <w:p>
      <w:pPr>
        <w:pStyle w:val="ListParagraph"/>
      </w:pPr>
      <w:r>
        <w:rPr>
          <w:sz w:val="22"/>
        </w:rPr>
        <w:t>D. I enjoy swam.</w:t>
      </w:r>
    </w:p>
    <w:p/>
    <w:p>
      <w:r>
        <w:rPr>
          <w:b/>
          <w:sz w:val="24"/>
        </w:rPr>
        <w:t>Câu 7: What do you like doing ______ your free time?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at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8: My sister is keen ______ photography.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in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about</w:t>
      </w:r>
    </w:p>
    <w:p/>
    <w:p>
      <w:r>
        <w:rPr>
          <w:b/>
          <w:sz w:val="24"/>
        </w:rPr>
        <w:t>Câu 9: Which word means 'a strong interest in something'?</w:t>
      </w:r>
    </w:p>
    <w:p>
      <w:pPr>
        <w:pStyle w:val="ListParagraph"/>
      </w:pPr>
      <w:r>
        <w:rPr>
          <w:sz w:val="22"/>
        </w:rPr>
        <w:t>A. apathy</w:t>
      </w:r>
    </w:p>
    <w:p>
      <w:pPr>
        <w:pStyle w:val="ListParagraph"/>
      </w:pPr>
      <w:r>
        <w:rPr>
          <w:sz w:val="22"/>
        </w:rPr>
        <w:t>B. passion</w:t>
      </w:r>
    </w:p>
    <w:p>
      <w:pPr>
        <w:pStyle w:val="ListParagraph"/>
      </w:pPr>
      <w:r>
        <w:rPr>
          <w:sz w:val="22"/>
        </w:rPr>
        <w:t>C. boredom</w:t>
      </w:r>
    </w:p>
    <w:p>
      <w:pPr>
        <w:pStyle w:val="ListParagraph"/>
      </w:pPr>
      <w:r>
        <w:rPr>
          <w:sz w:val="22"/>
        </w:rPr>
        <w:t>D. dislike</w:t>
      </w:r>
    </w:p>
    <w:p/>
    <w:p>
      <w:r>
        <w:rPr>
          <w:b/>
          <w:sz w:val="24"/>
        </w:rPr>
        <w:t>Câu 10: Choose the correct question.</w:t>
      </w:r>
    </w:p>
    <w:p>
      <w:pPr>
        <w:pStyle w:val="ListParagraph"/>
      </w:pPr>
      <w:r>
        <w:rPr>
          <w:sz w:val="22"/>
        </w:rPr>
        <w:t>A. What are your hobbies?</w:t>
      </w:r>
    </w:p>
    <w:p>
      <w:pPr>
        <w:pStyle w:val="ListParagraph"/>
      </w:pPr>
      <w:r>
        <w:rPr>
          <w:sz w:val="22"/>
        </w:rPr>
        <w:t>B. What your hobbies are?</w:t>
      </w:r>
    </w:p>
    <w:p>
      <w:pPr>
        <w:pStyle w:val="ListParagraph"/>
      </w:pPr>
      <w:r>
        <w:rPr>
          <w:sz w:val="22"/>
        </w:rPr>
        <w:t>C. What is your hobbies?</w:t>
      </w:r>
    </w:p>
    <w:p>
      <w:pPr>
        <w:pStyle w:val="ListParagraph"/>
      </w:pPr>
      <w:r>
        <w:rPr>
          <w:sz w:val="22"/>
        </w:rPr>
        <w:t>D. What your hobbies?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