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quân sự 1</w:t>
      </w:r>
    </w:p>
    <w:p>
      <w:pPr>
        <w:jc w:val="center"/>
      </w:pPr>
      <w:r>
        <w:rPr>
          <w:sz w:val="22"/>
        </w:rPr>
        <w:t>Số câu: 5    Thời gian: _____ phút    Họ và tên: _________________________</w:t>
      </w:r>
    </w:p>
    <w:p/>
    <w:p>
      <w:r>
        <w:rPr>
          <w:b/>
          <w:sz w:val="24"/>
        </w:rPr>
        <w:t>Câu 1: Thủ đô của Việt Nam là gì?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TP. Hồ Chí Minh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Cần Thơ</w:t>
      </w:r>
    </w:p>
    <w:p/>
    <w:p>
      <w:r>
        <w:rPr>
          <w:b/>
          <w:sz w:val="24"/>
        </w:rPr>
        <w:t>Câu 2: Hành tinh nào lớn nhất trong hệ Mặt Trời?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Mộc</w:t>
      </w:r>
    </w:p>
    <w:p>
      <w:pPr>
        <w:pStyle w:val="ListParagraph"/>
      </w:pPr>
      <w:r>
        <w:rPr>
          <w:sz w:val="22"/>
        </w:rPr>
        <w:t>D. Sao Thổ</w:t>
      </w:r>
    </w:p>
    <w:p/>
    <w:p>
      <w:r>
        <w:rPr>
          <w:b/>
          <w:sz w:val="24"/>
        </w:rPr>
        <w:t>Câu 3: Nước nào có diện tích lớn nhất thế giới?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Nga</w:t>
      </w:r>
    </w:p>
    <w:p>
      <w:pPr>
        <w:pStyle w:val="ListParagraph"/>
      </w:pPr>
      <w:r>
        <w:rPr>
          <w:sz w:val="22"/>
        </w:rPr>
        <w:t>C. Canada</w:t>
      </w:r>
    </w:p>
    <w:p>
      <w:pPr>
        <w:pStyle w:val="ListParagraph"/>
      </w:pPr>
      <w:r>
        <w:rPr>
          <w:sz w:val="22"/>
        </w:rPr>
        <w:t>D. Mỹ</w:t>
      </w:r>
    </w:p>
    <w:p/>
    <w:p>
      <w:r>
        <w:rPr>
          <w:b/>
          <w:sz w:val="24"/>
        </w:rPr>
        <w:t>Câu 4: Tác giả của Truyện Kiều là ai?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Cao Bá Quát</w:t>
      </w:r>
    </w:p>
    <w:p/>
    <w:p>
      <w:r>
        <w:rPr>
          <w:b/>
          <w:sz w:val="24"/>
        </w:rPr>
        <w:t>Câu 5: 1 + 1 = 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