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20 phút</w:t>
      </w:r>
    </w:p>
    <w:p>
      <w:pPr>
        <w:jc w:val="center"/>
      </w:pPr>
      <w:r>
        <w:rPr>
          <w:sz w:val="22"/>
        </w:rPr>
        <w:t>Số câu: 40    Thời gian: _____ phút    Họ và tên: _________________________</w:t>
      </w:r>
    </w:p>
    <w:p/>
    <w:p>
      <w:r>
        <w:rPr>
          <w:b/>
          <w:sz w:val="24"/>
        </w:rPr>
        <w:t>Câu 1: Choose the word whose underlined part is pronounced differently from the others:</w:t>
      </w:r>
    </w:p>
    <w:p>
      <w:pPr>
        <w:pStyle w:val="ListParagraph"/>
      </w:pPr>
      <w:r>
        <w:rPr>
          <w:sz w:val="22"/>
        </w:rPr>
        <w:t>A. played</w:t>
      </w:r>
    </w:p>
    <w:p>
      <w:pPr>
        <w:pStyle w:val="ListParagraph"/>
      </w:pPr>
      <w:r>
        <w:rPr>
          <w:sz w:val="22"/>
        </w:rPr>
        <w:t>B. needed</w:t>
      </w:r>
    </w:p>
    <w:p>
      <w:pPr>
        <w:pStyle w:val="ListParagraph"/>
      </w:pPr>
      <w:r>
        <w:rPr>
          <w:sz w:val="22"/>
        </w:rPr>
        <w:t>C. rained</w:t>
      </w:r>
    </w:p>
    <w:p>
      <w:pPr>
        <w:pStyle w:val="ListParagraph"/>
      </w:pPr>
      <w:r>
        <w:rPr>
          <w:sz w:val="22"/>
        </w:rPr>
        <w:t>D. called</w:t>
      </w:r>
    </w:p>
    <w:p/>
    <w:p>
      <w:r>
        <w:rPr>
          <w:b/>
          <w:sz w:val="24"/>
        </w:rPr>
        <w:t>Câu 2: Choose the word whose underlined part is pronounced differently from the others:</w:t>
      </w:r>
    </w:p>
    <w:p>
      <w:pPr>
        <w:pStyle w:val="ListParagraph"/>
      </w:pPr>
      <w:r>
        <w:rPr>
          <w:sz w:val="22"/>
        </w:rPr>
        <w:t>A. chemistry</w:t>
      </w:r>
    </w:p>
    <w:p>
      <w:pPr>
        <w:pStyle w:val="ListParagraph"/>
      </w:pPr>
      <w:r>
        <w:rPr>
          <w:sz w:val="22"/>
        </w:rPr>
        <w:t>B. school</w:t>
      </w:r>
    </w:p>
    <w:p>
      <w:pPr>
        <w:pStyle w:val="ListParagraph"/>
      </w:pPr>
      <w:r>
        <w:rPr>
          <w:sz w:val="22"/>
        </w:rPr>
        <w:t>C. machine</w:t>
      </w:r>
    </w:p>
    <w:p>
      <w:pPr>
        <w:pStyle w:val="ListParagraph"/>
      </w:pPr>
      <w:r>
        <w:rPr>
          <w:sz w:val="22"/>
        </w:rPr>
        <w:t>D. character</w:t>
      </w:r>
    </w:p>
    <w:p/>
    <w:p>
      <w:r>
        <w:rPr>
          <w:b/>
          <w:sz w:val="24"/>
        </w:rPr>
        <w:t>Câu 3: Choose the word that has a different stress pattern from the others:</w:t>
      </w:r>
    </w:p>
    <w:p>
      <w:pPr>
        <w:pStyle w:val="ListParagraph"/>
      </w:pPr>
      <w:r>
        <w:rPr>
          <w:sz w:val="22"/>
        </w:rPr>
        <w:t>A. happy</w:t>
      </w:r>
    </w:p>
    <w:p>
      <w:pPr>
        <w:pStyle w:val="ListParagraph"/>
      </w:pPr>
      <w:r>
        <w:rPr>
          <w:sz w:val="22"/>
        </w:rPr>
        <w:t>B. begin</w:t>
      </w:r>
    </w:p>
    <w:p>
      <w:pPr>
        <w:pStyle w:val="ListParagraph"/>
      </w:pPr>
      <w:r>
        <w:rPr>
          <w:sz w:val="22"/>
        </w:rPr>
        <w:t>C. answer</w:t>
      </w:r>
    </w:p>
    <w:p>
      <w:pPr>
        <w:pStyle w:val="ListParagraph"/>
      </w:pPr>
      <w:r>
        <w:rPr>
          <w:sz w:val="22"/>
        </w:rPr>
        <w:t>D. listen</w:t>
      </w:r>
    </w:p>
    <w:p/>
    <w:p>
      <w:r>
        <w:rPr>
          <w:b/>
          <w:sz w:val="24"/>
        </w:rPr>
        <w:t>Câu 4: Choose the word that has a different stress pattern from the others:</w:t>
      </w:r>
    </w:p>
    <w:p>
      <w:pPr>
        <w:pStyle w:val="ListParagraph"/>
      </w:pPr>
      <w:r>
        <w:rPr>
          <w:sz w:val="22"/>
        </w:rPr>
        <w:t>A. beautiful</w:t>
      </w:r>
    </w:p>
    <w:p>
      <w:pPr>
        <w:pStyle w:val="ListParagraph"/>
      </w:pPr>
      <w:r>
        <w:rPr>
          <w:sz w:val="22"/>
        </w:rPr>
        <w:t>B. important</w:t>
      </w:r>
    </w:p>
    <w:p>
      <w:pPr>
        <w:pStyle w:val="ListParagraph"/>
      </w:pPr>
      <w:r>
        <w:rPr>
          <w:sz w:val="22"/>
        </w:rPr>
        <w:t>C. delicious</w:t>
      </w:r>
    </w:p>
    <w:p>
      <w:pPr>
        <w:pStyle w:val="ListParagraph"/>
      </w:pPr>
      <w:r>
        <w:rPr>
          <w:sz w:val="22"/>
        </w:rPr>
        <w:t>D. expensive</w:t>
      </w:r>
    </w:p>
    <w:p/>
    <w:p>
      <w:r>
        <w:rPr>
          <w:b/>
          <w:sz w:val="24"/>
        </w:rPr>
        <w:t>Câu 5: She is very kind, ______?</w:t>
      </w:r>
    </w:p>
    <w:p>
      <w:pPr>
        <w:pStyle w:val="ListParagraph"/>
      </w:pPr>
      <w:r>
        <w:rPr>
          <w:sz w:val="22"/>
        </w:rPr>
        <w:t>A. is she</w:t>
      </w:r>
    </w:p>
    <w:p>
      <w:pPr>
        <w:pStyle w:val="ListParagraph"/>
      </w:pPr>
      <w:r>
        <w:rPr>
          <w:sz w:val="22"/>
        </w:rPr>
        <w:t>B. isn't she</w:t>
      </w:r>
    </w:p>
    <w:p>
      <w:pPr>
        <w:pStyle w:val="ListParagraph"/>
      </w:pPr>
      <w:r>
        <w:rPr>
          <w:sz w:val="22"/>
        </w:rPr>
        <w:t>C. does she</w:t>
      </w:r>
    </w:p>
    <w:p>
      <w:pPr>
        <w:pStyle w:val="ListParagraph"/>
      </w:pPr>
      <w:r>
        <w:rPr>
          <w:sz w:val="22"/>
        </w:rPr>
        <w:t>D. doesn't she</w:t>
      </w:r>
    </w:p>
    <w:p/>
    <w:p>
      <w:r>
        <w:rPr>
          <w:b/>
          <w:sz w:val="24"/>
        </w:rPr>
        <w:t>Câu 6: If I ______ you, I would apologize.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7: The book ______ by Nguyen Du is very famous.</w:t>
      </w:r>
    </w:p>
    <w:p>
      <w:pPr>
        <w:pStyle w:val="ListParagraph"/>
      </w:pPr>
      <w:r>
        <w:rPr>
          <w:sz w:val="22"/>
        </w:rPr>
        <w:t>A. write</w:t>
      </w:r>
    </w:p>
    <w:p>
      <w:pPr>
        <w:pStyle w:val="ListParagraph"/>
      </w:pPr>
      <w:r>
        <w:rPr>
          <w:sz w:val="22"/>
        </w:rPr>
        <w:t>B. wrote</w:t>
      </w:r>
    </w:p>
    <w:p>
      <w:pPr>
        <w:pStyle w:val="ListParagraph"/>
      </w:pPr>
      <w:r>
        <w:rPr>
          <w:sz w:val="22"/>
        </w:rPr>
        <w:t>C. written</w:t>
      </w:r>
    </w:p>
    <w:p>
      <w:pPr>
        <w:pStyle w:val="ListParagraph"/>
      </w:pPr>
      <w:r>
        <w:rPr>
          <w:sz w:val="22"/>
        </w:rPr>
        <w:t>D. writing</w:t>
      </w:r>
    </w:p>
    <w:p/>
    <w:p>
      <w:r>
        <w:rPr>
          <w:b/>
          <w:sz w:val="24"/>
        </w:rPr>
        <w:t>Câu 8: I look forward to ______ from you soon.</w:t>
      </w:r>
    </w:p>
    <w:p>
      <w:pPr>
        <w:pStyle w:val="ListParagraph"/>
      </w:pPr>
      <w:r>
        <w:rPr>
          <w:sz w:val="22"/>
        </w:rPr>
        <w:t>A. hear</w:t>
      </w:r>
    </w:p>
    <w:p>
      <w:pPr>
        <w:pStyle w:val="ListParagraph"/>
      </w:pPr>
      <w:r>
        <w:rPr>
          <w:sz w:val="22"/>
        </w:rPr>
        <w:t>B. hearing</w:t>
      </w:r>
    </w:p>
    <w:p>
      <w:pPr>
        <w:pStyle w:val="ListParagraph"/>
      </w:pPr>
      <w:r>
        <w:rPr>
          <w:sz w:val="22"/>
        </w:rPr>
        <w:t>C. heard</w:t>
      </w:r>
    </w:p>
    <w:p>
      <w:pPr>
        <w:pStyle w:val="ListParagraph"/>
      </w:pPr>
      <w:r>
        <w:rPr>
          <w:sz w:val="22"/>
        </w:rPr>
        <w:t>D. to hear</w:t>
      </w:r>
    </w:p>
    <w:p/>
    <w:p>
      <w:r>
        <w:rPr>
          <w:b/>
          <w:sz w:val="24"/>
        </w:rPr>
        <w:t>Câu 9: She suggested ______ to the beach for the weekend.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to go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10: He is the man ______ car was stolen last night.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whom</w:t>
      </w:r>
    </w:p>
    <w:p>
      <w:pPr>
        <w:pStyle w:val="ListParagraph"/>
      </w:pPr>
      <w:r>
        <w:rPr>
          <w:sz w:val="22"/>
        </w:rPr>
        <w:t>C. whose</w:t>
      </w:r>
    </w:p>
    <w:p>
      <w:pPr>
        <w:pStyle w:val="ListParagraph"/>
      </w:pPr>
      <w:r>
        <w:rPr>
          <w:sz w:val="22"/>
        </w:rPr>
        <w:t>D. which</w:t>
      </w:r>
    </w:p>
    <w:p/>
    <w:p>
      <w:r>
        <w:rPr>
          <w:b/>
          <w:sz w:val="24"/>
        </w:rPr>
        <w:t>Câu 11: The teacher asked the students ______ noise in class.</w:t>
      </w:r>
    </w:p>
    <w:p>
      <w:pPr>
        <w:pStyle w:val="ListParagraph"/>
      </w:pPr>
      <w:r>
        <w:rPr>
          <w:sz w:val="22"/>
        </w:rPr>
        <w:t>A. not make</w:t>
      </w:r>
    </w:p>
    <w:p>
      <w:pPr>
        <w:pStyle w:val="ListParagraph"/>
      </w:pPr>
      <w:r>
        <w:rPr>
          <w:sz w:val="22"/>
        </w:rPr>
        <w:t>B. not to make</w:t>
      </w:r>
    </w:p>
    <w:p>
      <w:pPr>
        <w:pStyle w:val="ListParagraph"/>
      </w:pPr>
      <w:r>
        <w:rPr>
          <w:sz w:val="22"/>
        </w:rPr>
        <w:t>C. to not make</w:t>
      </w:r>
    </w:p>
    <w:p>
      <w:pPr>
        <w:pStyle w:val="ListParagraph"/>
      </w:pPr>
      <w:r>
        <w:rPr>
          <w:sz w:val="22"/>
        </w:rPr>
        <w:t>D. don't make</w:t>
      </w:r>
    </w:p>
    <w:p/>
    <w:p>
      <w:r>
        <w:rPr>
          <w:b/>
          <w:sz w:val="24"/>
        </w:rPr>
        <w:t>Câu 12: I wish I ______ more time to finish the project.</w:t>
      </w:r>
    </w:p>
    <w:p>
      <w:pPr>
        <w:pStyle w:val="ListParagraph"/>
      </w:pPr>
      <w:r>
        <w:rPr>
          <w:sz w:val="22"/>
        </w:rPr>
        <w:t>A. have</w:t>
      </w:r>
    </w:p>
    <w:p>
      <w:pPr>
        <w:pStyle w:val="ListParagraph"/>
      </w:pPr>
      <w:r>
        <w:rPr>
          <w:sz w:val="22"/>
        </w:rPr>
        <w:t>B. had</w:t>
      </w:r>
    </w:p>
    <w:p>
      <w:pPr>
        <w:pStyle w:val="ListParagraph"/>
      </w:pPr>
      <w:r>
        <w:rPr>
          <w:sz w:val="22"/>
        </w:rPr>
        <w:t>C. will have</w:t>
      </w:r>
    </w:p>
    <w:p>
      <w:pPr>
        <w:pStyle w:val="ListParagraph"/>
      </w:pPr>
      <w:r>
        <w:rPr>
          <w:sz w:val="22"/>
        </w:rPr>
        <w:t>D. would have</w:t>
      </w:r>
    </w:p>
    <w:p/>
    <w:p>
      <w:r>
        <w:rPr>
          <w:b/>
          <w:sz w:val="24"/>
        </w:rPr>
        <w:t>Câu 13: The film was so ______ that we left early.</w:t>
      </w:r>
    </w:p>
    <w:p>
      <w:pPr>
        <w:pStyle w:val="ListParagraph"/>
      </w:pPr>
      <w:r>
        <w:rPr>
          <w:sz w:val="22"/>
        </w:rPr>
        <w:t>A. bore</w:t>
      </w:r>
    </w:p>
    <w:p>
      <w:pPr>
        <w:pStyle w:val="ListParagraph"/>
      </w:pPr>
      <w:r>
        <w:rPr>
          <w:sz w:val="22"/>
        </w:rPr>
        <w:t>B. bored</w:t>
      </w:r>
    </w:p>
    <w:p>
      <w:pPr>
        <w:pStyle w:val="ListParagraph"/>
      </w:pPr>
      <w:r>
        <w:rPr>
          <w:sz w:val="22"/>
        </w:rPr>
        <w:t>C. boring</w:t>
      </w:r>
    </w:p>
    <w:p>
      <w:pPr>
        <w:pStyle w:val="ListParagraph"/>
      </w:pPr>
      <w:r>
        <w:rPr>
          <w:sz w:val="22"/>
        </w:rPr>
        <w:t>D. boredom</w:t>
      </w:r>
    </w:p>
    <w:p/>
    <w:p>
      <w:r>
        <w:rPr>
          <w:b/>
          <w:sz w:val="24"/>
        </w:rPr>
        <w:t>Câu 14: She has been working here ______ 2010.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since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at</w:t>
      </w:r>
    </w:p>
    <w:p/>
    <w:p>
      <w:r>
        <w:rPr>
          <w:b/>
          <w:sz w:val="24"/>
        </w:rPr>
        <w:t>Câu 15: The more you practice, ______ you will become.</w:t>
      </w:r>
    </w:p>
    <w:p>
      <w:pPr>
        <w:pStyle w:val="ListParagraph"/>
      </w:pPr>
      <w:r>
        <w:rPr>
          <w:sz w:val="22"/>
        </w:rPr>
        <w:t>A. the better</w:t>
      </w:r>
    </w:p>
    <w:p>
      <w:pPr>
        <w:pStyle w:val="ListParagraph"/>
      </w:pPr>
      <w:r>
        <w:rPr>
          <w:sz w:val="22"/>
        </w:rPr>
        <w:t>B. better</w:t>
      </w:r>
    </w:p>
    <w:p>
      <w:pPr>
        <w:pStyle w:val="ListParagraph"/>
      </w:pPr>
      <w:r>
        <w:rPr>
          <w:sz w:val="22"/>
        </w:rPr>
        <w:t>C. the best</w:t>
      </w:r>
    </w:p>
    <w:p>
      <w:pPr>
        <w:pStyle w:val="ListParagraph"/>
      </w:pPr>
      <w:r>
        <w:rPr>
          <w:sz w:val="22"/>
        </w:rPr>
        <w:t>D. best</w:t>
      </w:r>
    </w:p>
    <w:p/>
    <w:p>
      <w:r>
        <w:rPr>
          <w:b/>
          <w:sz w:val="24"/>
        </w:rPr>
        <w:t>Câu 16: He denied ______ the window.</w:t>
      </w:r>
    </w:p>
    <w:p>
      <w:pPr>
        <w:pStyle w:val="ListParagraph"/>
      </w:pPr>
      <w:r>
        <w:rPr>
          <w:sz w:val="22"/>
        </w:rPr>
        <w:t>A. break</w:t>
      </w:r>
    </w:p>
    <w:p>
      <w:pPr>
        <w:pStyle w:val="ListParagraph"/>
      </w:pPr>
      <w:r>
        <w:rPr>
          <w:sz w:val="22"/>
        </w:rPr>
        <w:t>B. to break</w:t>
      </w:r>
    </w:p>
    <w:p>
      <w:pPr>
        <w:pStyle w:val="ListParagraph"/>
      </w:pPr>
      <w:r>
        <w:rPr>
          <w:sz w:val="22"/>
        </w:rPr>
        <w:t>C. breaking</w:t>
      </w:r>
    </w:p>
    <w:p>
      <w:pPr>
        <w:pStyle w:val="ListParagraph"/>
      </w:pPr>
      <w:r>
        <w:rPr>
          <w:sz w:val="22"/>
        </w:rPr>
        <w:t>D. broke</w:t>
      </w:r>
    </w:p>
    <w:p/>
    <w:p>
      <w:r>
        <w:rPr>
          <w:b/>
          <w:sz w:val="24"/>
        </w:rPr>
        <w:t>Câu 17: The concert was postponed ______ the bad weather.</w:t>
      </w:r>
    </w:p>
    <w:p>
      <w:pPr>
        <w:pStyle w:val="ListParagraph"/>
      </w:pPr>
      <w:r>
        <w:rPr>
          <w:sz w:val="22"/>
        </w:rPr>
        <w:t>A. because</w:t>
      </w:r>
    </w:p>
    <w:p>
      <w:pPr>
        <w:pStyle w:val="ListParagraph"/>
      </w:pPr>
      <w:r>
        <w:rPr>
          <w:sz w:val="22"/>
        </w:rPr>
        <w:t>B. because of</w:t>
      </w:r>
    </w:p>
    <w:p>
      <w:pPr>
        <w:pStyle w:val="ListParagraph"/>
      </w:pPr>
      <w:r>
        <w:rPr>
          <w:sz w:val="22"/>
        </w:rPr>
        <w:t>C. although</w:t>
      </w:r>
    </w:p>
    <w:p>
      <w:pPr>
        <w:pStyle w:val="ListParagraph"/>
      </w:pPr>
      <w:r>
        <w:rPr>
          <w:sz w:val="22"/>
        </w:rPr>
        <w:t>D. in spite of</w:t>
      </w:r>
    </w:p>
    <w:p/>
    <w:p>
      <w:r>
        <w:rPr>
          <w:b/>
          <w:sz w:val="24"/>
        </w:rPr>
        <w:t>Câu 18: She is not only beautiful ______ intelligent.</w:t>
      </w:r>
    </w:p>
    <w:p>
      <w:pPr>
        <w:pStyle w:val="ListParagraph"/>
      </w:pPr>
      <w:r>
        <w:rPr>
          <w:sz w:val="22"/>
        </w:rPr>
        <w:t>A. but also</w:t>
      </w:r>
    </w:p>
    <w:p>
      <w:pPr>
        <w:pStyle w:val="ListParagraph"/>
      </w:pPr>
      <w:r>
        <w:rPr>
          <w:sz w:val="22"/>
        </w:rPr>
        <w:t>B. and</w:t>
      </w:r>
    </w:p>
    <w:p>
      <w:pPr>
        <w:pStyle w:val="ListParagraph"/>
      </w:pPr>
      <w:r>
        <w:rPr>
          <w:sz w:val="22"/>
        </w:rPr>
        <w:t>C. or</w:t>
      </w:r>
    </w:p>
    <w:p>
      <w:pPr>
        <w:pStyle w:val="ListParagraph"/>
      </w:pPr>
      <w:r>
        <w:rPr>
          <w:sz w:val="22"/>
        </w:rPr>
        <w:t>D. so</w:t>
      </w:r>
    </w:p>
    <w:p/>
    <w:p>
      <w:r>
        <w:rPr>
          <w:b/>
          <w:sz w:val="24"/>
        </w:rPr>
        <w:t>Câu 19: I have never seen such a ______ movie before.</w:t>
      </w:r>
    </w:p>
    <w:p>
      <w:pPr>
        <w:pStyle w:val="ListParagraph"/>
      </w:pPr>
      <w:r>
        <w:rPr>
          <w:sz w:val="22"/>
        </w:rPr>
        <w:t>A. bored</w:t>
      </w:r>
    </w:p>
    <w:p>
      <w:pPr>
        <w:pStyle w:val="ListParagraph"/>
      </w:pPr>
      <w:r>
        <w:rPr>
          <w:sz w:val="22"/>
        </w:rPr>
        <w:t>B. boring</w:t>
      </w:r>
    </w:p>
    <w:p>
      <w:pPr>
        <w:pStyle w:val="ListParagraph"/>
      </w:pPr>
      <w:r>
        <w:rPr>
          <w:sz w:val="22"/>
        </w:rPr>
        <w:t>C. bore</w:t>
      </w:r>
    </w:p>
    <w:p>
      <w:pPr>
        <w:pStyle w:val="ListParagraph"/>
      </w:pPr>
      <w:r>
        <w:rPr>
          <w:sz w:val="22"/>
        </w:rPr>
        <w:t>D. boredom</w:t>
      </w:r>
    </w:p>
    <w:p/>
    <w:p>
      <w:r>
        <w:rPr>
          <w:b/>
          <w:sz w:val="24"/>
        </w:rPr>
        <w:t>Câu 20: The teacher told us ______ late for class.</w:t>
      </w:r>
    </w:p>
    <w:p>
      <w:pPr>
        <w:pStyle w:val="ListParagraph"/>
      </w:pPr>
      <w:r>
        <w:rPr>
          <w:sz w:val="22"/>
        </w:rPr>
        <w:t>A. not be</w:t>
      </w:r>
    </w:p>
    <w:p>
      <w:pPr>
        <w:pStyle w:val="ListParagraph"/>
      </w:pPr>
      <w:r>
        <w:rPr>
          <w:sz w:val="22"/>
        </w:rPr>
        <w:t>B. not to be</w:t>
      </w:r>
    </w:p>
    <w:p>
      <w:pPr>
        <w:pStyle w:val="ListParagraph"/>
      </w:pPr>
      <w:r>
        <w:rPr>
          <w:sz w:val="22"/>
        </w:rPr>
        <w:t>C. to not be</w:t>
      </w:r>
    </w:p>
    <w:p>
      <w:pPr>
        <w:pStyle w:val="ListParagraph"/>
      </w:pPr>
      <w:r>
        <w:rPr>
          <w:sz w:val="22"/>
        </w:rPr>
        <w:t>D. don't be</w:t>
      </w:r>
    </w:p>
    <w:p/>
    <w:p>
      <w:r>
        <w:rPr>
          <w:b/>
          <w:sz w:val="24"/>
        </w:rPr>
        <w:t>Câu 21: If it ______ tomorrow, we will cancel the picnic.</w:t>
      </w:r>
    </w:p>
    <w:p>
      <w:pPr>
        <w:pStyle w:val="ListParagraph"/>
      </w:pPr>
      <w:r>
        <w:rPr>
          <w:sz w:val="22"/>
        </w:rPr>
        <w:t>A. rains</w:t>
      </w:r>
    </w:p>
    <w:p>
      <w:pPr>
        <w:pStyle w:val="ListParagraph"/>
      </w:pPr>
      <w:r>
        <w:rPr>
          <w:sz w:val="22"/>
        </w:rPr>
        <w:t>B. will rain</w:t>
      </w:r>
    </w:p>
    <w:p>
      <w:pPr>
        <w:pStyle w:val="ListParagraph"/>
      </w:pPr>
      <w:r>
        <w:rPr>
          <w:sz w:val="22"/>
        </w:rPr>
        <w:t>C. rained</w:t>
      </w:r>
    </w:p>
    <w:p>
      <w:pPr>
        <w:pStyle w:val="ListParagraph"/>
      </w:pPr>
      <w:r>
        <w:rPr>
          <w:sz w:val="22"/>
        </w:rPr>
        <w:t>D. would rain</w:t>
      </w:r>
    </w:p>
    <w:p/>
    <w:p>
      <w:r>
        <w:rPr>
          <w:b/>
          <w:sz w:val="24"/>
        </w:rPr>
        <w:t>Câu 22: She is used to ______ up early.</w:t>
      </w:r>
    </w:p>
    <w:p>
      <w:pPr>
        <w:pStyle w:val="ListParagraph"/>
      </w:pPr>
      <w:r>
        <w:rPr>
          <w:sz w:val="22"/>
        </w:rPr>
        <w:t>A. get</w:t>
      </w:r>
    </w:p>
    <w:p>
      <w:pPr>
        <w:pStyle w:val="ListParagraph"/>
      </w:pPr>
      <w:r>
        <w:rPr>
          <w:sz w:val="22"/>
        </w:rPr>
        <w:t>B. getting</w:t>
      </w:r>
    </w:p>
    <w:p>
      <w:pPr>
        <w:pStyle w:val="ListParagraph"/>
      </w:pPr>
      <w:r>
        <w:rPr>
          <w:sz w:val="22"/>
        </w:rPr>
        <w:t>C. got</w:t>
      </w:r>
    </w:p>
    <w:p>
      <w:pPr>
        <w:pStyle w:val="ListParagraph"/>
      </w:pPr>
      <w:r>
        <w:rPr>
          <w:sz w:val="22"/>
        </w:rPr>
        <w:t>D. to get</w:t>
      </w:r>
    </w:p>
    <w:p/>
    <w:p>
      <w:r>
        <w:rPr>
          <w:b/>
          <w:sz w:val="24"/>
        </w:rPr>
        <w:t>Câu 23: The man ______ I met yesterday is a famous doctor.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whom</w:t>
      </w:r>
    </w:p>
    <w:p>
      <w:pPr>
        <w:pStyle w:val="ListParagraph"/>
      </w:pPr>
      <w:r>
        <w:rPr>
          <w:sz w:val="22"/>
        </w:rPr>
        <w:t>C. whose</w:t>
      </w:r>
    </w:p>
    <w:p>
      <w:pPr>
        <w:pStyle w:val="ListParagraph"/>
      </w:pPr>
      <w:r>
        <w:rPr>
          <w:sz w:val="22"/>
        </w:rPr>
        <w:t>D. which</w:t>
      </w:r>
    </w:p>
    <w:p/>
    <w:p>
      <w:r>
        <w:rPr>
          <w:b/>
          <w:sz w:val="24"/>
        </w:rPr>
        <w:t>Câu 24: I would rather you ______ here now.</w:t>
      </w:r>
    </w:p>
    <w:p>
      <w:pPr>
        <w:pStyle w:val="ListParagraph"/>
      </w:pPr>
      <w:r>
        <w:rPr>
          <w:sz w:val="22"/>
        </w:rPr>
        <w:t>A. are</w:t>
      </w:r>
    </w:p>
    <w:p>
      <w:pPr>
        <w:pStyle w:val="ListParagraph"/>
      </w:pPr>
      <w:r>
        <w:rPr>
          <w:sz w:val="22"/>
        </w:rPr>
        <w:t>B. were</w:t>
      </w:r>
    </w:p>
    <w:p>
      <w:pPr>
        <w:pStyle w:val="ListParagraph"/>
      </w:pPr>
      <w:r>
        <w:rPr>
          <w:sz w:val="22"/>
        </w:rPr>
        <w:t>C. will be</w:t>
      </w:r>
    </w:p>
    <w:p>
      <w:pPr>
        <w:pStyle w:val="ListParagraph"/>
      </w:pPr>
      <w:r>
        <w:rPr>
          <w:sz w:val="22"/>
        </w:rPr>
        <w:t>D. would be</w:t>
      </w:r>
    </w:p>
    <w:p/>
    <w:p>
      <w:r>
        <w:rPr>
          <w:b/>
          <w:sz w:val="24"/>
        </w:rPr>
        <w:t>Câu 25: The house ______ we live in is very old.</w:t>
      </w:r>
    </w:p>
    <w:p>
      <w:pPr>
        <w:pStyle w:val="ListParagraph"/>
      </w:pPr>
      <w:r>
        <w:rPr>
          <w:sz w:val="22"/>
        </w:rPr>
        <w:t>A. where</w:t>
      </w:r>
    </w:p>
    <w:p>
      <w:pPr>
        <w:pStyle w:val="ListParagraph"/>
      </w:pPr>
      <w:r>
        <w:rPr>
          <w:sz w:val="22"/>
        </w:rPr>
        <w:t>B. which</w:t>
      </w:r>
    </w:p>
    <w:p>
      <w:pPr>
        <w:pStyle w:val="ListParagraph"/>
      </w:pPr>
      <w:r>
        <w:rPr>
          <w:sz w:val="22"/>
        </w:rPr>
        <w:t>C. who</w:t>
      </w:r>
    </w:p>
    <w:p>
      <w:pPr>
        <w:pStyle w:val="ListParagraph"/>
      </w:pPr>
      <w:r>
        <w:rPr>
          <w:sz w:val="22"/>
        </w:rPr>
        <w:t>D. whose</w:t>
      </w:r>
    </w:p>
    <w:p/>
    <w:p>
      <w:r>
        <w:rPr>
          <w:b/>
          <w:sz w:val="24"/>
        </w:rPr>
        <w:t>Câu 26: She apologized ______ being late.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about</w:t>
      </w:r>
    </w:p>
    <w:p>
      <w:pPr>
        <w:pStyle w:val="ListParagraph"/>
      </w:pPr>
      <w:r>
        <w:rPr>
          <w:sz w:val="22"/>
        </w:rPr>
        <w:t>C. of</w:t>
      </w:r>
    </w:p>
    <w:p>
      <w:pPr>
        <w:pStyle w:val="ListParagraph"/>
      </w:pPr>
      <w:r>
        <w:rPr>
          <w:sz w:val="22"/>
        </w:rPr>
        <w:t>D. to</w:t>
      </w:r>
    </w:p>
    <w:p/>
    <w:p>
      <w:r>
        <w:rPr>
          <w:b/>
          <w:sz w:val="24"/>
        </w:rPr>
        <w:t>Câu 27: The exam was ______ difficult that I couldn't finish it.</w:t>
      </w:r>
    </w:p>
    <w:p>
      <w:pPr>
        <w:pStyle w:val="ListParagraph"/>
      </w:pPr>
      <w:r>
        <w:rPr>
          <w:sz w:val="22"/>
        </w:rPr>
        <w:t>A. so</w:t>
      </w:r>
    </w:p>
    <w:p>
      <w:pPr>
        <w:pStyle w:val="ListParagraph"/>
      </w:pPr>
      <w:r>
        <w:rPr>
          <w:sz w:val="22"/>
        </w:rPr>
        <w:t>B. such</w:t>
      </w:r>
    </w:p>
    <w:p>
      <w:pPr>
        <w:pStyle w:val="ListParagraph"/>
      </w:pPr>
      <w:r>
        <w:rPr>
          <w:sz w:val="22"/>
        </w:rPr>
        <w:t>C. too</w:t>
      </w:r>
    </w:p>
    <w:p>
      <w:pPr>
        <w:pStyle w:val="ListParagraph"/>
      </w:pPr>
      <w:r>
        <w:rPr>
          <w:sz w:val="22"/>
        </w:rPr>
        <w:t>D. very</w:t>
      </w:r>
    </w:p>
    <w:p/>
    <w:p>
      <w:r>
        <w:rPr>
          <w:b/>
          <w:sz w:val="24"/>
        </w:rPr>
        <w:t>Câu 28: He is the best student ______ the class.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at</w:t>
      </w:r>
    </w:p>
    <w:p>
      <w:pPr>
        <w:pStyle w:val="ListParagraph"/>
      </w:pPr>
      <w:r>
        <w:rPr>
          <w:sz w:val="22"/>
        </w:rPr>
        <w:t>D. of</w:t>
      </w:r>
    </w:p>
    <w:p/>
    <w:p>
      <w:r>
        <w:rPr>
          <w:b/>
          <w:sz w:val="24"/>
        </w:rPr>
        <w:t>Câu 29: I don't mind ______ you with your homework.</w:t>
      </w:r>
    </w:p>
    <w:p>
      <w:pPr>
        <w:pStyle w:val="ListParagraph"/>
      </w:pPr>
      <w:r>
        <w:rPr>
          <w:sz w:val="22"/>
        </w:rPr>
        <w:t>A. help</w:t>
      </w:r>
    </w:p>
    <w:p>
      <w:pPr>
        <w:pStyle w:val="ListParagraph"/>
      </w:pPr>
      <w:r>
        <w:rPr>
          <w:sz w:val="22"/>
        </w:rPr>
        <w:t>B. to help</w:t>
      </w:r>
    </w:p>
    <w:p>
      <w:pPr>
        <w:pStyle w:val="ListParagraph"/>
      </w:pPr>
      <w:r>
        <w:rPr>
          <w:sz w:val="22"/>
        </w:rPr>
        <w:t>C. helping</w:t>
      </w:r>
    </w:p>
    <w:p>
      <w:pPr>
        <w:pStyle w:val="ListParagraph"/>
      </w:pPr>
      <w:r>
        <w:rPr>
          <w:sz w:val="22"/>
        </w:rPr>
        <w:t>D. helped</w:t>
      </w:r>
    </w:p>
    <w:p/>
    <w:p>
      <w:r>
        <w:rPr>
          <w:b/>
          <w:sz w:val="24"/>
        </w:rPr>
        <w:t>Câu 30: She has lived in London ______ five years.</w:t>
      </w:r>
    </w:p>
    <w:p>
      <w:pPr>
        <w:pStyle w:val="ListParagraph"/>
      </w:pPr>
      <w:r>
        <w:rPr>
          <w:sz w:val="22"/>
        </w:rPr>
        <w:t>A. since</w:t>
      </w:r>
    </w:p>
    <w:p>
      <w:pPr>
        <w:pStyle w:val="ListParagraph"/>
      </w:pPr>
      <w:r>
        <w:rPr>
          <w:sz w:val="22"/>
        </w:rPr>
        <w:t>B. for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at</w:t>
      </w:r>
    </w:p>
    <w:p/>
    <w:p>
      <w:r>
        <w:rPr>
          <w:b/>
          <w:sz w:val="24"/>
        </w:rPr>
        <w:t>Câu 31: The book is ______ interesting that I can't put it down.</w:t>
      </w:r>
    </w:p>
    <w:p>
      <w:pPr>
        <w:pStyle w:val="ListParagraph"/>
      </w:pPr>
      <w:r>
        <w:rPr>
          <w:sz w:val="22"/>
        </w:rPr>
        <w:t>A. so</w:t>
      </w:r>
    </w:p>
    <w:p>
      <w:pPr>
        <w:pStyle w:val="ListParagraph"/>
      </w:pPr>
      <w:r>
        <w:rPr>
          <w:sz w:val="22"/>
        </w:rPr>
        <w:t>B. such</w:t>
      </w:r>
    </w:p>
    <w:p>
      <w:pPr>
        <w:pStyle w:val="ListParagraph"/>
      </w:pPr>
      <w:r>
        <w:rPr>
          <w:sz w:val="22"/>
        </w:rPr>
        <w:t>C. too</w:t>
      </w:r>
    </w:p>
    <w:p>
      <w:pPr>
        <w:pStyle w:val="ListParagraph"/>
      </w:pPr>
      <w:r>
        <w:rPr>
          <w:sz w:val="22"/>
        </w:rPr>
        <w:t>D. very</w:t>
      </w:r>
    </w:p>
    <w:p/>
    <w:p>
      <w:r>
        <w:rPr>
          <w:b/>
          <w:sz w:val="24"/>
        </w:rPr>
        <w:t>Câu 32: He asked me ______ I had seen his keys.</w:t>
      </w:r>
    </w:p>
    <w:p>
      <w:pPr>
        <w:pStyle w:val="ListParagraph"/>
      </w:pPr>
      <w:r>
        <w:rPr>
          <w:sz w:val="22"/>
        </w:rPr>
        <w:t>A. if</w:t>
      </w:r>
    </w:p>
    <w:p>
      <w:pPr>
        <w:pStyle w:val="ListParagraph"/>
      </w:pPr>
      <w:r>
        <w:rPr>
          <w:sz w:val="22"/>
        </w:rPr>
        <w:t>B. that</w:t>
      </w:r>
    </w:p>
    <w:p>
      <w:pPr>
        <w:pStyle w:val="ListParagraph"/>
      </w:pPr>
      <w:r>
        <w:rPr>
          <w:sz w:val="22"/>
        </w:rPr>
        <w:t>C. what</w:t>
      </w:r>
    </w:p>
    <w:p>
      <w:pPr>
        <w:pStyle w:val="ListParagraph"/>
      </w:pPr>
      <w:r>
        <w:rPr>
          <w:sz w:val="22"/>
        </w:rPr>
        <w:t>D. which</w:t>
      </w:r>
    </w:p>
    <w:p/>
    <w:p>
      <w:r>
        <w:rPr>
          <w:b/>
          <w:sz w:val="24"/>
        </w:rPr>
        <w:t>Câu 33: The girl ______ is standing over there is my sister.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whom</w:t>
      </w:r>
    </w:p>
    <w:p>
      <w:pPr>
        <w:pStyle w:val="ListParagraph"/>
      </w:pPr>
      <w:r>
        <w:rPr>
          <w:sz w:val="22"/>
        </w:rPr>
        <w:t>C. whose</w:t>
      </w:r>
    </w:p>
    <w:p>
      <w:pPr>
        <w:pStyle w:val="ListParagraph"/>
      </w:pPr>
      <w:r>
        <w:rPr>
          <w:sz w:val="22"/>
        </w:rPr>
        <w:t>D. which</w:t>
      </w:r>
    </w:p>
    <w:p/>
    <w:p>
      <w:r>
        <w:rPr>
          <w:b/>
          <w:sz w:val="24"/>
        </w:rPr>
        <w:t>Câu 34: I wish I ______ how to swim.</w:t>
      </w:r>
    </w:p>
    <w:p>
      <w:pPr>
        <w:pStyle w:val="ListParagraph"/>
      </w:pPr>
      <w:r>
        <w:rPr>
          <w:sz w:val="22"/>
        </w:rPr>
        <w:t>A. know</w:t>
      </w:r>
    </w:p>
    <w:p>
      <w:pPr>
        <w:pStyle w:val="ListParagraph"/>
      </w:pPr>
      <w:r>
        <w:rPr>
          <w:sz w:val="22"/>
        </w:rPr>
        <w:t>B. knew</w:t>
      </w:r>
    </w:p>
    <w:p>
      <w:pPr>
        <w:pStyle w:val="ListParagraph"/>
      </w:pPr>
      <w:r>
        <w:rPr>
          <w:sz w:val="22"/>
        </w:rPr>
        <w:t>C. will know</w:t>
      </w:r>
    </w:p>
    <w:p>
      <w:pPr>
        <w:pStyle w:val="ListParagraph"/>
      </w:pPr>
      <w:r>
        <w:rPr>
          <w:sz w:val="22"/>
        </w:rPr>
        <w:t>D. would know</w:t>
      </w:r>
    </w:p>
    <w:p/>
    <w:p>
      <w:r>
        <w:rPr>
          <w:b/>
          <w:sz w:val="24"/>
        </w:rPr>
        <w:t>Câu 35: She is looking forward to ______ her friends again.</w:t>
      </w:r>
    </w:p>
    <w:p>
      <w:pPr>
        <w:pStyle w:val="ListParagraph"/>
      </w:pPr>
      <w:r>
        <w:rPr>
          <w:sz w:val="22"/>
        </w:rPr>
        <w:t>A. meet</w:t>
      </w:r>
    </w:p>
    <w:p>
      <w:pPr>
        <w:pStyle w:val="ListParagraph"/>
      </w:pPr>
      <w:r>
        <w:rPr>
          <w:sz w:val="22"/>
        </w:rPr>
        <w:t>B. meeting</w:t>
      </w:r>
    </w:p>
    <w:p>
      <w:pPr>
        <w:pStyle w:val="ListParagraph"/>
      </w:pPr>
      <w:r>
        <w:rPr>
          <w:sz w:val="22"/>
        </w:rPr>
        <w:t>C. met</w:t>
      </w:r>
    </w:p>
    <w:p>
      <w:pPr>
        <w:pStyle w:val="ListParagraph"/>
      </w:pPr>
      <w:r>
        <w:rPr>
          <w:sz w:val="22"/>
        </w:rPr>
        <w:t>D. to meet</w:t>
      </w:r>
    </w:p>
    <w:p/>
    <w:p>
      <w:r>
        <w:rPr>
          <w:b/>
          <w:sz w:val="24"/>
        </w:rPr>
        <w:t>Câu 36: The teacher made us ______ a lot of homework.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to do</w:t>
      </w:r>
    </w:p>
    <w:p>
      <w:pPr>
        <w:pStyle w:val="ListParagraph"/>
      </w:pPr>
      <w:r>
        <w:rPr>
          <w:sz w:val="22"/>
        </w:rPr>
        <w:t>C. doing</w:t>
      </w:r>
    </w:p>
    <w:p>
      <w:pPr>
        <w:pStyle w:val="ListParagraph"/>
      </w:pPr>
      <w:r>
        <w:rPr>
          <w:sz w:val="22"/>
        </w:rPr>
        <w:t>D. did</w:t>
      </w:r>
    </w:p>
    <w:p/>
    <w:p>
      <w:r>
        <w:rPr>
          <w:b/>
          <w:sz w:val="24"/>
        </w:rPr>
        <w:t>Câu 37: If I had known, I ______ you.</w:t>
      </w:r>
    </w:p>
    <w:p>
      <w:pPr>
        <w:pStyle w:val="ListParagraph"/>
      </w:pPr>
      <w:r>
        <w:rPr>
          <w:sz w:val="22"/>
        </w:rPr>
        <w:t>A. would tell</w:t>
      </w:r>
    </w:p>
    <w:p>
      <w:pPr>
        <w:pStyle w:val="ListParagraph"/>
      </w:pPr>
      <w:r>
        <w:rPr>
          <w:sz w:val="22"/>
        </w:rPr>
        <w:t>B. would have told</w:t>
      </w:r>
    </w:p>
    <w:p>
      <w:pPr>
        <w:pStyle w:val="ListParagraph"/>
      </w:pPr>
      <w:r>
        <w:rPr>
          <w:sz w:val="22"/>
        </w:rPr>
        <w:t>C. will tell</w:t>
      </w:r>
    </w:p>
    <w:p>
      <w:pPr>
        <w:pStyle w:val="ListParagraph"/>
      </w:pPr>
      <w:r>
        <w:rPr>
          <w:sz w:val="22"/>
        </w:rPr>
        <w:t>D. told</w:t>
      </w:r>
    </w:p>
    <w:p/>
    <w:p>
      <w:r>
        <w:rPr>
          <w:b/>
          <w:sz w:val="24"/>
        </w:rPr>
        <w:t>Câu 38: She is the most beautiful girl ______ I have ever met.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whom</w:t>
      </w:r>
    </w:p>
    <w:p>
      <w:pPr>
        <w:pStyle w:val="ListParagraph"/>
      </w:pPr>
      <w:r>
        <w:rPr>
          <w:sz w:val="22"/>
        </w:rPr>
        <w:t>C. that</w:t>
      </w:r>
    </w:p>
    <w:p>
      <w:pPr>
        <w:pStyle w:val="ListParagraph"/>
      </w:pPr>
      <w:r>
        <w:rPr>
          <w:sz w:val="22"/>
        </w:rPr>
        <w:t>D. which</w:t>
      </w:r>
    </w:p>
    <w:p/>
    <w:p>
      <w:r>
        <w:rPr>
          <w:b/>
          <w:sz w:val="24"/>
        </w:rPr>
        <w:t>Câu 39: I am used to ______ up early in the morning.</w:t>
      </w:r>
    </w:p>
    <w:p>
      <w:pPr>
        <w:pStyle w:val="ListParagraph"/>
      </w:pPr>
      <w:r>
        <w:rPr>
          <w:sz w:val="22"/>
        </w:rPr>
        <w:t>A. get</w:t>
      </w:r>
    </w:p>
    <w:p>
      <w:pPr>
        <w:pStyle w:val="ListParagraph"/>
      </w:pPr>
      <w:r>
        <w:rPr>
          <w:sz w:val="22"/>
        </w:rPr>
        <w:t>B. getting</w:t>
      </w:r>
    </w:p>
    <w:p>
      <w:pPr>
        <w:pStyle w:val="ListParagraph"/>
      </w:pPr>
      <w:r>
        <w:rPr>
          <w:sz w:val="22"/>
        </w:rPr>
        <w:t>C. got</w:t>
      </w:r>
    </w:p>
    <w:p>
      <w:pPr>
        <w:pStyle w:val="ListParagraph"/>
      </w:pPr>
      <w:r>
        <w:rPr>
          <w:sz w:val="22"/>
        </w:rPr>
        <w:t>D. to get</w:t>
      </w:r>
    </w:p>
    <w:p/>
    <w:p>
      <w:r>
        <w:rPr>
          <w:b/>
          <w:sz w:val="24"/>
        </w:rPr>
        <w:t>Câu 40: The film was ______ boring that I fell asleep.</w:t>
      </w:r>
    </w:p>
    <w:p>
      <w:pPr>
        <w:pStyle w:val="ListParagraph"/>
      </w:pPr>
      <w:r>
        <w:rPr>
          <w:sz w:val="22"/>
        </w:rPr>
        <w:t>A. so</w:t>
      </w:r>
    </w:p>
    <w:p>
      <w:pPr>
        <w:pStyle w:val="ListParagraph"/>
      </w:pPr>
      <w:r>
        <w:rPr>
          <w:sz w:val="22"/>
        </w:rPr>
        <w:t>B. such</w:t>
      </w:r>
    </w:p>
    <w:p>
      <w:pPr>
        <w:pStyle w:val="ListParagraph"/>
      </w:pPr>
      <w:r>
        <w:rPr>
          <w:sz w:val="22"/>
        </w:rPr>
        <w:t>C. too</w:t>
      </w:r>
    </w:p>
    <w:p>
      <w:pPr>
        <w:pStyle w:val="ListParagraph"/>
      </w:pPr>
      <w:r>
        <w:rPr>
          <w:sz w:val="22"/>
        </w:rPr>
        <w:t>D. very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C</w:t>
      </w:r>
    </w:p>
    <w:p>
      <w:r>
        <w:rPr>
          <w:b/>
        </w:rPr>
        <w:t>Câu 39: Đáp án đúng: B</w:t>
      </w:r>
    </w:p>
    <w:p>
      <w:r>
        <w:rPr>
          <w:b/>
        </w:rPr>
        <w:t>Câu 40: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