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Toán 35 phút cho học sinh lớp 3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Số liền sau của số 499 là:</w:t>
      </w:r>
    </w:p>
    <w:p>
      <w:pPr>
        <w:pStyle w:val="ListParagraph"/>
      </w:pPr>
      <w:r>
        <w:rPr>
          <w:sz w:val="22"/>
        </w:rPr>
        <w:t>A. 498</w:t>
      </w:r>
    </w:p>
    <w:p>
      <w:pPr>
        <w:pStyle w:val="ListParagraph"/>
      </w:pPr>
      <w:r>
        <w:rPr>
          <w:sz w:val="22"/>
        </w:rPr>
        <w:t>B. 500</w:t>
      </w:r>
    </w:p>
    <w:p>
      <w:pPr>
        <w:pStyle w:val="ListParagraph"/>
      </w:pPr>
      <w:r>
        <w:rPr>
          <w:sz w:val="22"/>
        </w:rPr>
        <w:t>C. 501</w:t>
      </w:r>
    </w:p>
    <w:p>
      <w:pPr>
        <w:pStyle w:val="ListParagraph"/>
      </w:pPr>
      <w:r>
        <w:rPr>
          <w:sz w:val="22"/>
        </w:rPr>
        <w:t>D. 599</w:t>
      </w:r>
    </w:p>
    <w:p/>
    <w:p>
      <w:r>
        <w:rPr>
          <w:b/>
          <w:sz w:val="24"/>
        </w:rPr>
        <w:t>Câu 2: Kết quả của phép tính $25 \times 4$ là:</w:t>
      </w:r>
    </w:p>
    <w:p>
      <w:pPr>
        <w:pStyle w:val="ListParagraph"/>
      </w:pPr>
      <w:r>
        <w:rPr>
          <w:sz w:val="22"/>
        </w:rPr>
        <w:t>A. 100</w:t>
      </w:r>
    </w:p>
    <w:p>
      <w:pPr>
        <w:pStyle w:val="ListParagraph"/>
      </w:pPr>
      <w:r>
        <w:rPr>
          <w:sz w:val="22"/>
        </w:rPr>
        <w:t>B. 90</w:t>
      </w:r>
    </w:p>
    <w:p>
      <w:pPr>
        <w:pStyle w:val="ListParagraph"/>
      </w:pPr>
      <w:r>
        <w:rPr>
          <w:sz w:val="22"/>
        </w:rPr>
        <w:t>C. 110</w:t>
      </w:r>
    </w:p>
    <w:p>
      <w:pPr>
        <w:pStyle w:val="ListParagraph"/>
      </w:pPr>
      <w:r>
        <w:rPr>
          <w:sz w:val="22"/>
        </w:rPr>
        <w:t>D. 120</w:t>
      </w:r>
    </w:p>
    <w:p/>
    <w:p>
      <w:r>
        <w:rPr>
          <w:b/>
          <w:sz w:val="24"/>
        </w:rPr>
        <w:t>Câu 3: Số lớn nhất trong các số 789, 798, 879, 897 là:</w:t>
      </w:r>
    </w:p>
    <w:p>
      <w:pPr>
        <w:pStyle w:val="ListParagraph"/>
      </w:pPr>
      <w:r>
        <w:rPr>
          <w:sz w:val="22"/>
        </w:rPr>
        <w:t>A. 789</w:t>
      </w:r>
    </w:p>
    <w:p>
      <w:pPr>
        <w:pStyle w:val="ListParagraph"/>
      </w:pPr>
      <w:r>
        <w:rPr>
          <w:sz w:val="22"/>
        </w:rPr>
        <w:t>B. 798</w:t>
      </w:r>
    </w:p>
    <w:p>
      <w:pPr>
        <w:pStyle w:val="ListParagraph"/>
      </w:pPr>
      <w:r>
        <w:rPr>
          <w:sz w:val="22"/>
        </w:rPr>
        <w:t>C. 879</w:t>
      </w:r>
    </w:p>
    <w:p>
      <w:pPr>
        <w:pStyle w:val="ListParagraph"/>
      </w:pPr>
      <w:r>
        <w:rPr>
          <w:sz w:val="22"/>
        </w:rPr>
        <w:t>D. 897</w:t>
      </w:r>
    </w:p>
    <w:p/>
    <w:p>
      <w:r>
        <w:rPr>
          <w:b/>
          <w:sz w:val="24"/>
        </w:rPr>
        <w:t>Câu 4: Kết quả của phép chia $36 : 6$ là: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5: Một hình vuông có cạnh 5cm. Chu vi hình vuông đó là:</w:t>
      </w:r>
    </w:p>
    <w:p>
      <w:pPr>
        <w:pStyle w:val="ListParagraph"/>
      </w:pPr>
      <w:r>
        <w:rPr>
          <w:sz w:val="22"/>
        </w:rPr>
        <w:t>A. 10cm</w:t>
      </w:r>
    </w:p>
    <w:p>
      <w:pPr>
        <w:pStyle w:val="ListParagraph"/>
      </w:pPr>
      <w:r>
        <w:rPr>
          <w:sz w:val="22"/>
        </w:rPr>
        <w:t>B. 15cm</w:t>
      </w:r>
    </w:p>
    <w:p>
      <w:pPr>
        <w:pStyle w:val="ListParagraph"/>
      </w:pPr>
      <w:r>
        <w:rPr>
          <w:sz w:val="22"/>
        </w:rPr>
        <w:t>C. 20cm</w:t>
      </w:r>
    </w:p>
    <w:p>
      <w:pPr>
        <w:pStyle w:val="ListParagraph"/>
      </w:pPr>
      <w:r>
        <w:rPr>
          <w:sz w:val="22"/>
        </w:rPr>
        <w:t>D. 25cm</w:t>
      </w:r>
    </w:p>
    <w:p/>
    <w:p>
      <w:r>
        <w:rPr>
          <w:b/>
          <w:sz w:val="24"/>
        </w:rPr>
        <w:t>Câu 6: Số thích hợp điền vào chỗ chấm: $3m = ... cm$</w:t>
      </w:r>
    </w:p>
    <w:p>
      <w:pPr>
        <w:pStyle w:val="ListParagraph"/>
      </w:pPr>
      <w:r>
        <w:rPr>
          <w:sz w:val="22"/>
        </w:rPr>
        <w:t>A. 30</w:t>
      </w:r>
    </w:p>
    <w:p>
      <w:pPr>
        <w:pStyle w:val="ListParagraph"/>
      </w:pPr>
      <w:r>
        <w:rPr>
          <w:sz w:val="22"/>
        </w:rPr>
        <w:t>B. 300</w:t>
      </w:r>
    </w:p>
    <w:p>
      <w:pPr>
        <w:pStyle w:val="ListParagraph"/>
      </w:pPr>
      <w:r>
        <w:rPr>
          <w:sz w:val="22"/>
        </w:rPr>
        <w:t>C. 3000</w:t>
      </w:r>
    </w:p>
    <w:p>
      <w:pPr>
        <w:pStyle w:val="ListParagraph"/>
      </w:pPr>
      <w:r>
        <w:rPr>
          <w:sz w:val="22"/>
        </w:rPr>
        <w:t>D. 30000</w:t>
      </w:r>
    </w:p>
    <w:p/>
    <w:p>
      <w:r>
        <w:rPr>
          <w:b/>
          <w:sz w:val="24"/>
        </w:rPr>
        <w:t>Câu 7: Kết quả của phép tính $123 + 456$ là:</w:t>
      </w:r>
    </w:p>
    <w:p>
      <w:pPr>
        <w:pStyle w:val="ListParagraph"/>
      </w:pPr>
      <w:r>
        <w:rPr>
          <w:sz w:val="22"/>
        </w:rPr>
        <w:t>A. 579</w:t>
      </w:r>
    </w:p>
    <w:p>
      <w:pPr>
        <w:pStyle w:val="ListParagraph"/>
      </w:pPr>
      <w:r>
        <w:rPr>
          <w:sz w:val="22"/>
        </w:rPr>
        <w:t>B. 589</w:t>
      </w:r>
    </w:p>
    <w:p>
      <w:pPr>
        <w:pStyle w:val="ListParagraph"/>
      </w:pPr>
      <w:r>
        <w:rPr>
          <w:sz w:val="22"/>
        </w:rPr>
        <w:t>C. 569</w:t>
      </w:r>
    </w:p>
    <w:p>
      <w:pPr>
        <w:pStyle w:val="ListParagraph"/>
      </w:pPr>
      <w:r>
        <w:rPr>
          <w:sz w:val="22"/>
        </w:rPr>
        <w:t>D. 559</w:t>
      </w:r>
    </w:p>
    <w:p/>
    <w:p>
      <w:r>
        <w:rPr>
          <w:b/>
          <w:sz w:val="24"/>
        </w:rPr>
        <w:t>Câu 8: Kết quả của phép tính $789 - 234$ là:</w:t>
      </w:r>
    </w:p>
    <w:p>
      <w:pPr>
        <w:pStyle w:val="ListParagraph"/>
      </w:pPr>
      <w:r>
        <w:rPr>
          <w:sz w:val="22"/>
        </w:rPr>
        <w:t>A. 555</w:t>
      </w:r>
    </w:p>
    <w:p>
      <w:pPr>
        <w:pStyle w:val="ListParagraph"/>
      </w:pPr>
      <w:r>
        <w:rPr>
          <w:sz w:val="22"/>
        </w:rPr>
        <w:t>B. 545</w:t>
      </w:r>
    </w:p>
    <w:p>
      <w:pPr>
        <w:pStyle w:val="ListParagraph"/>
      </w:pPr>
      <w:r>
        <w:rPr>
          <w:sz w:val="22"/>
        </w:rPr>
        <w:t>C. 565</w:t>
      </w:r>
    </w:p>
    <w:p>
      <w:pPr>
        <w:pStyle w:val="ListParagraph"/>
      </w:pPr>
      <w:r>
        <w:rPr>
          <w:sz w:val="22"/>
        </w:rPr>
        <w:t>D. 575</w:t>
      </w:r>
    </w:p>
    <w:p/>
    <w:p>
      <w:r>
        <w:rPr>
          <w:b/>
          <w:sz w:val="24"/>
        </w:rPr>
        <w:t>Câu 9: Trong phép chia $17 : 3$, thương và số dư lần lượt là:</w:t>
      </w:r>
    </w:p>
    <w:p>
      <w:pPr>
        <w:pStyle w:val="ListParagraph"/>
      </w:pPr>
      <w:r>
        <w:rPr>
          <w:sz w:val="22"/>
        </w:rPr>
        <w:t>A. 5 và 2</w:t>
      </w:r>
    </w:p>
    <w:p>
      <w:pPr>
        <w:pStyle w:val="ListParagraph"/>
      </w:pPr>
      <w:r>
        <w:rPr>
          <w:sz w:val="22"/>
        </w:rPr>
        <w:t>B. 5 và 1</w:t>
      </w:r>
    </w:p>
    <w:p>
      <w:pPr>
        <w:pStyle w:val="ListParagraph"/>
      </w:pPr>
      <w:r>
        <w:rPr>
          <w:sz w:val="22"/>
        </w:rPr>
        <w:t>C. 6 và 1</w:t>
      </w:r>
    </w:p>
    <w:p>
      <w:pPr>
        <w:pStyle w:val="ListParagraph"/>
      </w:pPr>
      <w:r>
        <w:rPr>
          <w:sz w:val="22"/>
        </w:rPr>
        <w:t>D. 4 và 5</w:t>
      </w:r>
    </w:p>
    <w:p/>
    <w:p>
      <w:r>
        <w:rPr>
          <w:b/>
          <w:sz w:val="24"/>
        </w:rPr>
        <w:t>Câu 10: Số bé nhất trong các số 456, 465, 546, 564 là:</w:t>
      </w:r>
    </w:p>
    <w:p>
      <w:pPr>
        <w:pStyle w:val="ListParagraph"/>
      </w:pPr>
      <w:r>
        <w:rPr>
          <w:sz w:val="22"/>
        </w:rPr>
        <w:t>A. 456</w:t>
      </w:r>
    </w:p>
    <w:p>
      <w:pPr>
        <w:pStyle w:val="ListParagraph"/>
      </w:pPr>
      <w:r>
        <w:rPr>
          <w:sz w:val="22"/>
        </w:rPr>
        <w:t>B. 465</w:t>
      </w:r>
    </w:p>
    <w:p>
      <w:pPr>
        <w:pStyle w:val="ListParagraph"/>
      </w:pPr>
      <w:r>
        <w:rPr>
          <w:sz w:val="22"/>
        </w:rPr>
        <w:t>C. 546</w:t>
      </w:r>
    </w:p>
    <w:p>
      <w:pPr>
        <w:pStyle w:val="ListParagraph"/>
      </w:pPr>
      <w:r>
        <w:rPr>
          <w:sz w:val="22"/>
        </w:rPr>
        <w:t>D. 564</w:t>
      </w:r>
    </w:p>
    <w:p/>
    <w:p>
      <w:r>
        <w:rPr>
          <w:b/>
          <w:sz w:val="24"/>
        </w:rPr>
        <w:t>Câu 11: Kết quả của phép tính $8 \times 7$ là:</w:t>
      </w:r>
    </w:p>
    <w:p>
      <w:pPr>
        <w:pStyle w:val="ListParagraph"/>
      </w:pPr>
      <w:r>
        <w:rPr>
          <w:sz w:val="22"/>
        </w:rPr>
        <w:t>A. 48</w:t>
      </w:r>
    </w:p>
    <w:p>
      <w:pPr>
        <w:pStyle w:val="ListParagraph"/>
      </w:pPr>
      <w:r>
        <w:rPr>
          <w:sz w:val="22"/>
        </w:rPr>
        <w:t>B. 56</w:t>
      </w:r>
    </w:p>
    <w:p>
      <w:pPr>
        <w:pStyle w:val="ListParagraph"/>
      </w:pPr>
      <w:r>
        <w:rPr>
          <w:sz w:val="22"/>
        </w:rPr>
        <w:t>C. 64</w:t>
      </w:r>
    </w:p>
    <w:p>
      <w:pPr>
        <w:pStyle w:val="ListParagraph"/>
      </w:pPr>
      <w:r>
        <w:rPr>
          <w:sz w:val="22"/>
        </w:rPr>
        <w:t>D. 72</w:t>
      </w:r>
    </w:p>
    <w:p/>
    <w:p>
      <w:r>
        <w:rPr>
          <w:b/>
          <w:sz w:val="24"/>
        </w:rPr>
        <w:t>Câu 12: Kết quả của phép tính $72 : 8$ là: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13: Một hình chữ nhật có chiều dài 8cm, chiều rộng 5cm. Chu vi hình chữ nhật đó là:</w:t>
      </w:r>
    </w:p>
    <w:p>
      <w:pPr>
        <w:pStyle w:val="ListParagraph"/>
      </w:pPr>
      <w:r>
        <w:rPr>
          <w:sz w:val="22"/>
        </w:rPr>
        <w:t>A. 13cm</w:t>
      </w:r>
    </w:p>
    <w:p>
      <w:pPr>
        <w:pStyle w:val="ListParagraph"/>
      </w:pPr>
      <w:r>
        <w:rPr>
          <w:sz w:val="22"/>
        </w:rPr>
        <w:t>B. 26cm</w:t>
      </w:r>
    </w:p>
    <w:p>
      <w:pPr>
        <w:pStyle w:val="ListParagraph"/>
      </w:pPr>
      <w:r>
        <w:rPr>
          <w:sz w:val="22"/>
        </w:rPr>
        <w:t>C. 40cm</w:t>
      </w:r>
    </w:p>
    <w:p>
      <w:pPr>
        <w:pStyle w:val="ListParagraph"/>
      </w:pPr>
      <w:r>
        <w:rPr>
          <w:sz w:val="22"/>
        </w:rPr>
        <w:t>D. 30cm</w:t>
      </w:r>
    </w:p>
    <w:p/>
    <w:p>
      <w:r>
        <w:rPr>
          <w:b/>
          <w:sz w:val="24"/>
        </w:rPr>
        <w:t>Câu 14: Số thích hợp điền vào chỗ chấm: $5kg = ... g$</w:t>
      </w:r>
    </w:p>
    <w:p>
      <w:pPr>
        <w:pStyle w:val="ListParagraph"/>
      </w:pPr>
      <w:r>
        <w:rPr>
          <w:sz w:val="22"/>
        </w:rPr>
        <w:t>A. 50</w:t>
      </w:r>
    </w:p>
    <w:p>
      <w:pPr>
        <w:pStyle w:val="ListParagraph"/>
      </w:pPr>
      <w:r>
        <w:rPr>
          <w:sz w:val="22"/>
        </w:rPr>
        <w:t>B. 500</w:t>
      </w:r>
    </w:p>
    <w:p>
      <w:pPr>
        <w:pStyle w:val="ListParagraph"/>
      </w:pPr>
      <w:r>
        <w:rPr>
          <w:sz w:val="22"/>
        </w:rPr>
        <w:t>C. 5000</w:t>
      </w:r>
    </w:p>
    <w:p>
      <w:pPr>
        <w:pStyle w:val="ListParagraph"/>
      </w:pPr>
      <w:r>
        <w:rPr>
          <w:sz w:val="22"/>
        </w:rPr>
        <w:t>D. 50000</w:t>
      </w:r>
    </w:p>
    <w:p/>
    <w:p>
      <w:r>
        <w:rPr>
          <w:b/>
          <w:sz w:val="24"/>
        </w:rPr>
        <w:t>Câu 15: Kết quả của phép tính $234 + 567$ là:</w:t>
      </w:r>
    </w:p>
    <w:p>
      <w:pPr>
        <w:pStyle w:val="ListParagraph"/>
      </w:pPr>
      <w:r>
        <w:rPr>
          <w:sz w:val="22"/>
        </w:rPr>
        <w:t>A. 791</w:t>
      </w:r>
    </w:p>
    <w:p>
      <w:pPr>
        <w:pStyle w:val="ListParagraph"/>
      </w:pPr>
      <w:r>
        <w:rPr>
          <w:sz w:val="22"/>
        </w:rPr>
        <w:t>B. 801</w:t>
      </w:r>
    </w:p>
    <w:p>
      <w:pPr>
        <w:pStyle w:val="ListParagraph"/>
      </w:pPr>
      <w:r>
        <w:rPr>
          <w:sz w:val="22"/>
        </w:rPr>
        <w:t>C. 811</w:t>
      </w:r>
    </w:p>
    <w:p>
      <w:pPr>
        <w:pStyle w:val="ListParagraph"/>
      </w:pPr>
      <w:r>
        <w:rPr>
          <w:sz w:val="22"/>
        </w:rPr>
        <w:t>D. 821</w:t>
      </w:r>
    </w:p>
    <w:p/>
    <w:p>
      <w:r>
        <w:rPr>
          <w:b/>
          <w:sz w:val="24"/>
        </w:rPr>
        <w:t>Câu 16: Kết quả của phép tính $900 - 345$ là:</w:t>
      </w:r>
    </w:p>
    <w:p>
      <w:pPr>
        <w:pStyle w:val="ListParagraph"/>
      </w:pPr>
      <w:r>
        <w:rPr>
          <w:sz w:val="22"/>
        </w:rPr>
        <w:t>A. 555</w:t>
      </w:r>
    </w:p>
    <w:p>
      <w:pPr>
        <w:pStyle w:val="ListParagraph"/>
      </w:pPr>
      <w:r>
        <w:rPr>
          <w:sz w:val="22"/>
        </w:rPr>
        <w:t>B. 565</w:t>
      </w:r>
    </w:p>
    <w:p>
      <w:pPr>
        <w:pStyle w:val="ListParagraph"/>
      </w:pPr>
      <w:r>
        <w:rPr>
          <w:sz w:val="22"/>
        </w:rPr>
        <w:t>C. 655</w:t>
      </w:r>
    </w:p>
    <w:p>
      <w:pPr>
        <w:pStyle w:val="ListParagraph"/>
      </w:pPr>
      <w:r>
        <w:rPr>
          <w:sz w:val="22"/>
        </w:rPr>
        <w:t>D. 545</w:t>
      </w:r>
    </w:p>
    <w:p/>
    <w:p>
      <w:r>
        <w:rPr>
          <w:b/>
          <w:sz w:val="24"/>
        </w:rPr>
        <w:t>Câu 17: Trong phép chia $29 : 4$, thương và số dư lần lượt là:</w:t>
      </w:r>
    </w:p>
    <w:p>
      <w:pPr>
        <w:pStyle w:val="ListParagraph"/>
      </w:pPr>
      <w:r>
        <w:rPr>
          <w:sz w:val="22"/>
        </w:rPr>
        <w:t>A. 7 và 1</w:t>
      </w:r>
    </w:p>
    <w:p>
      <w:pPr>
        <w:pStyle w:val="ListParagraph"/>
      </w:pPr>
      <w:r>
        <w:rPr>
          <w:sz w:val="22"/>
        </w:rPr>
        <w:t>B. 7 và 2</w:t>
      </w:r>
    </w:p>
    <w:p>
      <w:pPr>
        <w:pStyle w:val="ListParagraph"/>
      </w:pPr>
      <w:r>
        <w:rPr>
          <w:sz w:val="22"/>
        </w:rPr>
        <w:t>C. 6 và 5</w:t>
      </w:r>
    </w:p>
    <w:p>
      <w:pPr>
        <w:pStyle w:val="ListParagraph"/>
      </w:pPr>
      <w:r>
        <w:rPr>
          <w:sz w:val="22"/>
        </w:rPr>
        <w:t>D. 8 và 1</w:t>
      </w:r>
    </w:p>
    <w:p/>
    <w:p>
      <w:r>
        <w:rPr>
          <w:b/>
          <w:sz w:val="24"/>
        </w:rPr>
        <w:t>Câu 18: Số liền trước của số 1000 là:</w:t>
      </w:r>
    </w:p>
    <w:p>
      <w:pPr>
        <w:pStyle w:val="ListParagraph"/>
      </w:pPr>
      <w:r>
        <w:rPr>
          <w:sz w:val="22"/>
        </w:rPr>
        <w:t>A. 999</w:t>
      </w:r>
    </w:p>
    <w:p>
      <w:pPr>
        <w:pStyle w:val="ListParagraph"/>
      </w:pPr>
      <w:r>
        <w:rPr>
          <w:sz w:val="22"/>
        </w:rPr>
        <w:t>B. 1001</w:t>
      </w:r>
    </w:p>
    <w:p>
      <w:pPr>
        <w:pStyle w:val="ListParagraph"/>
      </w:pPr>
      <w:r>
        <w:rPr>
          <w:sz w:val="22"/>
        </w:rPr>
        <w:t>C. 998</w:t>
      </w:r>
    </w:p>
    <w:p>
      <w:pPr>
        <w:pStyle w:val="ListParagraph"/>
      </w:pPr>
      <w:r>
        <w:rPr>
          <w:sz w:val="22"/>
        </w:rPr>
        <w:t>D. 990</w:t>
      </w:r>
    </w:p>
    <w:p/>
    <w:p>
      <w:r>
        <w:rPr>
          <w:b/>
          <w:sz w:val="24"/>
        </w:rPr>
        <w:t>Câu 19: Kết quả của phép tính $6 \times 9$ là:</w:t>
      </w:r>
    </w:p>
    <w:p>
      <w:pPr>
        <w:pStyle w:val="ListParagraph"/>
      </w:pPr>
      <w:r>
        <w:rPr>
          <w:sz w:val="22"/>
        </w:rPr>
        <w:t>A. 54</w:t>
      </w:r>
    </w:p>
    <w:p>
      <w:pPr>
        <w:pStyle w:val="ListParagraph"/>
      </w:pPr>
      <w:r>
        <w:rPr>
          <w:sz w:val="22"/>
        </w:rPr>
        <w:t>B. 56</w:t>
      </w:r>
    </w:p>
    <w:p>
      <w:pPr>
        <w:pStyle w:val="ListParagraph"/>
      </w:pPr>
      <w:r>
        <w:rPr>
          <w:sz w:val="22"/>
        </w:rPr>
        <w:t>C. 63</w:t>
      </w:r>
    </w:p>
    <w:p>
      <w:pPr>
        <w:pStyle w:val="ListParagraph"/>
      </w:pPr>
      <w:r>
        <w:rPr>
          <w:sz w:val="22"/>
        </w:rPr>
        <w:t>D. 72</w:t>
      </w:r>
    </w:p>
    <w:p/>
    <w:p>
      <w:r>
        <w:rPr>
          <w:b/>
          <w:sz w:val="24"/>
        </w:rPr>
        <w:t>Câu 20: Kết quả của phép tính $81 : 9$ là: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7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