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thường xuyên</w:t>
      </w:r>
    </w:p>
    <w:p>
      <w:pPr>
        <w:jc w:val="center"/>
      </w:pPr>
      <w:r>
        <w:rPr>
          <w:sz w:val="22"/>
        </w:rPr>
        <w:t>Số câu: 32    Thời gian: _____ phút    Họ và tên: _________________________</w:t>
      </w:r>
    </w:p>
    <w:p/>
    <w:p>
      <w:r>
        <w:rPr>
          <w:b/>
          <w:sz w:val="24"/>
        </w:rPr>
        <w:t>Câu 1: Nguyên tử được cấu tạo từ những loại hạt cơ bản nào?</w:t>
      </w:r>
    </w:p>
    <w:p>
      <w:pPr>
        <w:pStyle w:val="ListParagraph"/>
      </w:pPr>
      <w:r>
        <w:rPr>
          <w:sz w:val="22"/>
        </w:rPr>
        <w:t>A. Proton, neutron, electron.</w:t>
      </w:r>
    </w:p>
    <w:p>
      <w:pPr>
        <w:pStyle w:val="ListParagraph"/>
      </w:pPr>
      <w:r>
        <w:rPr>
          <w:sz w:val="22"/>
        </w:rPr>
        <w:t>B. Proton, electron.</w:t>
      </w:r>
    </w:p>
    <w:p>
      <w:pPr>
        <w:pStyle w:val="ListParagraph"/>
      </w:pPr>
      <w:r>
        <w:rPr>
          <w:sz w:val="22"/>
        </w:rPr>
        <w:t>C. Neutron, electron.</w:t>
      </w:r>
    </w:p>
    <w:p>
      <w:pPr>
        <w:pStyle w:val="ListParagraph"/>
      </w:pPr>
      <w:r>
        <w:rPr>
          <w:sz w:val="22"/>
        </w:rPr>
        <w:t>D. Proton, neutron.</w:t>
      </w:r>
    </w:p>
    <w:p/>
    <w:p>
      <w:r>
        <w:rPr>
          <w:b/>
          <w:sz w:val="24"/>
        </w:rPr>
        <w:t>Câu 2: Hạt nhân nguyên tử được cấu tạo từ:</w:t>
      </w:r>
    </w:p>
    <w:p>
      <w:pPr>
        <w:pStyle w:val="ListParagraph"/>
      </w:pPr>
      <w:r>
        <w:rPr>
          <w:sz w:val="22"/>
        </w:rPr>
        <w:t>A. Proton và electron.</w:t>
      </w:r>
    </w:p>
    <w:p>
      <w:pPr>
        <w:pStyle w:val="ListParagraph"/>
      </w:pPr>
      <w:r>
        <w:rPr>
          <w:sz w:val="22"/>
        </w:rPr>
        <w:t>B. Neutron và electron.</w:t>
      </w:r>
    </w:p>
    <w:p>
      <w:pPr>
        <w:pStyle w:val="ListParagraph"/>
      </w:pPr>
      <w:r>
        <w:rPr>
          <w:sz w:val="22"/>
        </w:rPr>
        <w:t>C. Proton và neutron.</w:t>
      </w:r>
    </w:p>
    <w:p>
      <w:pPr>
        <w:pStyle w:val="ListParagraph"/>
      </w:pPr>
      <w:r>
        <w:rPr>
          <w:sz w:val="22"/>
        </w:rPr>
        <w:t>D. Proton, neutron và electron.</w:t>
      </w:r>
    </w:p>
    <w:p/>
    <w:p>
      <w:r>
        <w:rPr>
          <w:b/>
          <w:sz w:val="24"/>
        </w:rPr>
        <w:t>Câu 3: Điện tích của proton là:</w:t>
      </w:r>
    </w:p>
    <w:p>
      <w:pPr>
        <w:pStyle w:val="ListParagraph"/>
      </w:pPr>
      <w:r>
        <w:rPr>
          <w:sz w:val="22"/>
        </w:rPr>
        <w:t>A. +1.</w:t>
      </w:r>
    </w:p>
    <w:p>
      <w:pPr>
        <w:pStyle w:val="ListParagraph"/>
      </w:pPr>
      <w:r>
        <w:rPr>
          <w:sz w:val="22"/>
        </w:rPr>
        <w:t>B. -1.</w:t>
      </w:r>
    </w:p>
    <w:p>
      <w:pPr>
        <w:pStyle w:val="ListParagraph"/>
      </w:pPr>
      <w:r>
        <w:rPr>
          <w:sz w:val="22"/>
        </w:rPr>
        <w:t>C. 0.</w:t>
      </w:r>
    </w:p>
    <w:p>
      <w:pPr>
        <w:pStyle w:val="ListParagraph"/>
      </w:pPr>
      <w:r>
        <w:rPr>
          <w:sz w:val="22"/>
        </w:rPr>
        <w:t>D. +2.</w:t>
      </w:r>
    </w:p>
    <w:p/>
    <w:p>
      <w:r>
        <w:rPr>
          <w:b/>
          <w:sz w:val="24"/>
        </w:rPr>
        <w:t>Câu 4: Số hiệu nguyên tử (Z) bằng:</w:t>
      </w:r>
    </w:p>
    <w:p>
      <w:pPr>
        <w:pStyle w:val="ListParagraph"/>
      </w:pPr>
      <w:r>
        <w:rPr>
          <w:sz w:val="22"/>
        </w:rPr>
        <w:t>A. Số proton trong hạt nhân.</w:t>
      </w:r>
    </w:p>
    <w:p>
      <w:pPr>
        <w:pStyle w:val="ListParagraph"/>
      </w:pPr>
      <w:r>
        <w:rPr>
          <w:sz w:val="22"/>
        </w:rPr>
        <w:t>B. Số neutron trong hạt nhân.</w:t>
      </w:r>
    </w:p>
    <w:p>
      <w:pPr>
        <w:pStyle w:val="ListParagraph"/>
      </w:pPr>
      <w:r>
        <w:rPr>
          <w:sz w:val="22"/>
        </w:rPr>
        <w:t>C. Số electron ở lớp ngoài cùng.</w:t>
      </w:r>
    </w:p>
    <w:p>
      <w:pPr>
        <w:pStyle w:val="ListParagraph"/>
      </w:pPr>
      <w:r>
        <w:rPr>
          <w:sz w:val="22"/>
        </w:rPr>
        <w:t>D. Số khối.</w:t>
      </w:r>
    </w:p>
    <w:p/>
    <w:p>
      <w:r>
        <w:rPr>
          <w:b/>
          <w:sz w:val="24"/>
        </w:rPr>
        <w:t>Câu 5: Số khối (A) của nguyên tử bằng:</w:t>
      </w:r>
    </w:p>
    <w:p>
      <w:pPr>
        <w:pStyle w:val="ListParagraph"/>
      </w:pPr>
      <w:r>
        <w:rPr>
          <w:sz w:val="22"/>
        </w:rPr>
        <w:t>A. Tổng số proton và electron.</w:t>
      </w:r>
    </w:p>
    <w:p>
      <w:pPr>
        <w:pStyle w:val="ListParagraph"/>
      </w:pPr>
      <w:r>
        <w:rPr>
          <w:sz w:val="22"/>
        </w:rPr>
        <w:t>B. Tổng số proton và neutron.</w:t>
      </w:r>
    </w:p>
    <w:p>
      <w:pPr>
        <w:pStyle w:val="ListParagraph"/>
      </w:pPr>
      <w:r>
        <w:rPr>
          <w:sz w:val="22"/>
        </w:rPr>
        <w:t>C. Tổng số neutron và electron.</w:t>
      </w:r>
    </w:p>
    <w:p>
      <w:pPr>
        <w:pStyle w:val="ListParagraph"/>
      </w:pPr>
      <w:r>
        <w:rPr>
          <w:sz w:val="22"/>
        </w:rPr>
        <w:t>D. Tổng số proton, neutron và electron.</w:t>
      </w:r>
    </w:p>
    <w:p/>
    <w:p>
      <w:r>
        <w:rPr>
          <w:b/>
          <w:sz w:val="24"/>
        </w:rPr>
        <w:t>Câu 6: Đồng vị là những nguyên tử có cùng:</w:t>
      </w:r>
    </w:p>
    <w:p>
      <w:pPr>
        <w:pStyle w:val="ListParagraph"/>
      </w:pPr>
      <w:r>
        <w:rPr>
          <w:sz w:val="22"/>
        </w:rPr>
        <w:t>A. Số proton, khác số neutron.</w:t>
      </w:r>
    </w:p>
    <w:p>
      <w:pPr>
        <w:pStyle w:val="ListParagraph"/>
      </w:pPr>
      <w:r>
        <w:rPr>
          <w:sz w:val="22"/>
        </w:rPr>
        <w:t>B. Số neutron, khác số proton.</w:t>
      </w:r>
    </w:p>
    <w:p>
      <w:pPr>
        <w:pStyle w:val="ListParagraph"/>
      </w:pPr>
      <w:r>
        <w:rPr>
          <w:sz w:val="22"/>
        </w:rPr>
        <w:t>C. Số proton và số neutron.</w:t>
      </w:r>
    </w:p>
    <w:p>
      <w:pPr>
        <w:pStyle w:val="ListParagraph"/>
      </w:pPr>
      <w:r>
        <w:rPr>
          <w:sz w:val="22"/>
        </w:rPr>
        <w:t>D. Số khối.</w:t>
      </w:r>
    </w:p>
    <w:p/>
    <w:p>
      <w:r>
        <w:rPr>
          <w:b/>
          <w:sz w:val="24"/>
        </w:rPr>
        <w:t>Câu 7: Nguyên tử khối trung bình của một nguyên tố được tính bằng:</w:t>
      </w:r>
    </w:p>
    <w:p>
      <w:pPr>
        <w:pStyle w:val="ListParagraph"/>
      </w:pPr>
      <w:r>
        <w:rPr>
          <w:sz w:val="22"/>
        </w:rPr>
        <w:t>A. Trung bình cộng số khối của các đồng vị.</w:t>
      </w:r>
    </w:p>
    <w:p>
      <w:pPr>
        <w:pStyle w:val="ListParagraph"/>
      </w:pPr>
      <w:r>
        <w:rPr>
          <w:sz w:val="22"/>
        </w:rPr>
        <w:t>B. Tổng số khối của các đồng vị.</w:t>
      </w:r>
    </w:p>
    <w:p>
      <w:pPr>
        <w:pStyle w:val="ListParagraph"/>
      </w:pPr>
      <w:r>
        <w:rPr>
          <w:sz w:val="22"/>
        </w:rPr>
        <w:t>C. Trung bình cộng số khối của các đồng vị có tính đến tỉ lệ phần trăm số nguyên tử.</w:t>
      </w:r>
    </w:p>
    <w:p>
      <w:pPr>
        <w:pStyle w:val="ListParagraph"/>
      </w:pPr>
      <w:r>
        <w:rPr>
          <w:sz w:val="22"/>
        </w:rPr>
        <w:t>D. Số khối của đồng vị chiếm tỉ lệ lớn nhất.</w:t>
      </w:r>
    </w:p>
    <w:p/>
    <w:p>
      <w:r>
        <w:rPr>
          <w:b/>
          <w:sz w:val="24"/>
        </w:rPr>
        <w:t>Câu 8: Orbital nguyên tử là:</w:t>
      </w:r>
    </w:p>
    <w:p>
      <w:pPr>
        <w:pStyle w:val="ListParagraph"/>
      </w:pPr>
      <w:r>
        <w:rPr>
          <w:sz w:val="22"/>
        </w:rPr>
        <w:t>A. Khu vực không gian xung quanh hạt nhân mà tại đó xác suất có mặt electron là lớn nhất.</w:t>
      </w:r>
    </w:p>
    <w:p>
      <w:pPr>
        <w:pStyle w:val="ListParagraph"/>
      </w:pPr>
      <w:r>
        <w:rPr>
          <w:sz w:val="22"/>
        </w:rPr>
        <w:t>B. Quỹ đạo chuyển động của electron.</w:t>
      </w:r>
    </w:p>
    <w:p>
      <w:pPr>
        <w:pStyle w:val="ListParagraph"/>
      </w:pPr>
      <w:r>
        <w:rPr>
          <w:sz w:val="22"/>
        </w:rPr>
        <w:t>C. Đường đi của electron.</w:t>
      </w:r>
    </w:p>
    <w:p>
      <w:pPr>
        <w:pStyle w:val="ListParagraph"/>
      </w:pPr>
      <w:r>
        <w:rPr>
          <w:sz w:val="22"/>
        </w:rPr>
        <w:t>D. Vùng không gian có electron.</w:t>
      </w:r>
    </w:p>
    <w:p/>
    <w:p>
      <w:r>
        <w:rPr>
          <w:b/>
          <w:sz w:val="24"/>
        </w:rPr>
        <w:t>Câu 9: Hình dạng của orbital s là:</w:t>
      </w:r>
    </w:p>
    <w:p>
      <w:pPr>
        <w:pStyle w:val="ListParagraph"/>
      </w:pPr>
      <w:r>
        <w:rPr>
          <w:sz w:val="22"/>
        </w:rPr>
        <w:t>A. Hình cầu.</w:t>
      </w:r>
    </w:p>
    <w:p>
      <w:pPr>
        <w:pStyle w:val="ListParagraph"/>
      </w:pPr>
      <w:r>
        <w:rPr>
          <w:sz w:val="22"/>
        </w:rPr>
        <w:t>B. Hình số 8 nổi.</w:t>
      </w:r>
    </w:p>
    <w:p>
      <w:pPr>
        <w:pStyle w:val="ListParagraph"/>
      </w:pPr>
      <w:r>
        <w:rPr>
          <w:sz w:val="22"/>
        </w:rPr>
        <w:t>C. Hình bầu dục.</w:t>
      </w:r>
    </w:p>
    <w:p>
      <w:pPr>
        <w:pStyle w:val="ListParagraph"/>
      </w:pPr>
      <w:r>
        <w:rPr>
          <w:sz w:val="22"/>
        </w:rPr>
        <w:t>D. Hình tròn.</w:t>
      </w:r>
    </w:p>
    <w:p/>
    <w:p>
      <w:r>
        <w:rPr>
          <w:b/>
          <w:sz w:val="24"/>
        </w:rPr>
        <w:t>Câu 10: Hình dạng của orbital p là:</w:t>
      </w:r>
    </w:p>
    <w:p>
      <w:pPr>
        <w:pStyle w:val="ListParagraph"/>
      </w:pPr>
      <w:r>
        <w:rPr>
          <w:sz w:val="22"/>
        </w:rPr>
        <w:t>A. Hình cầu.</w:t>
      </w:r>
    </w:p>
    <w:p>
      <w:pPr>
        <w:pStyle w:val="ListParagraph"/>
      </w:pPr>
      <w:r>
        <w:rPr>
          <w:sz w:val="22"/>
        </w:rPr>
        <w:t>B. Hình số 8 nổi.</w:t>
      </w:r>
    </w:p>
    <w:p>
      <w:pPr>
        <w:pStyle w:val="ListParagraph"/>
      </w:pPr>
      <w:r>
        <w:rPr>
          <w:sz w:val="22"/>
        </w:rPr>
        <w:t>C. Hình bầu dục.</w:t>
      </w:r>
    </w:p>
    <w:p>
      <w:pPr>
        <w:pStyle w:val="ListParagraph"/>
      </w:pPr>
      <w:r>
        <w:rPr>
          <w:sz w:val="22"/>
        </w:rPr>
        <w:t>D. Hình tròn.</w:t>
      </w:r>
    </w:p>
    <w:p/>
    <w:p>
      <w:r>
        <w:rPr>
          <w:b/>
          <w:sz w:val="24"/>
        </w:rPr>
        <w:t>Câu 11: Số orbital tối đa trong một phân lớp p là:</w:t>
      </w:r>
    </w:p>
    <w:p>
      <w:pPr>
        <w:pStyle w:val="ListParagraph"/>
      </w:pPr>
      <w:r>
        <w:rPr>
          <w:sz w:val="22"/>
        </w:rPr>
        <w:t>A. 1.</w:t>
      </w:r>
    </w:p>
    <w:p>
      <w:pPr>
        <w:pStyle w:val="ListParagraph"/>
      </w:pPr>
      <w:r>
        <w:rPr>
          <w:sz w:val="22"/>
        </w:rPr>
        <w:t>B. 3.</w:t>
      </w:r>
    </w:p>
    <w:p>
      <w:pPr>
        <w:pStyle w:val="ListParagraph"/>
      </w:pPr>
      <w:r>
        <w:rPr>
          <w:sz w:val="22"/>
        </w:rPr>
        <w:t>C. 5.</w:t>
      </w:r>
    </w:p>
    <w:p>
      <w:pPr>
        <w:pStyle w:val="ListParagraph"/>
      </w:pPr>
      <w:r>
        <w:rPr>
          <w:sz w:val="22"/>
        </w:rPr>
        <w:t>D. 7.</w:t>
      </w:r>
    </w:p>
    <w:p/>
    <w:p>
      <w:r>
        <w:rPr>
          <w:b/>
          <w:sz w:val="24"/>
        </w:rPr>
        <w:t>Câu 12: Số orbital tối đa trong một phân lớp d là:</w:t>
      </w:r>
    </w:p>
    <w:p>
      <w:pPr>
        <w:pStyle w:val="ListParagraph"/>
      </w:pPr>
      <w:r>
        <w:rPr>
          <w:sz w:val="22"/>
        </w:rPr>
        <w:t>A. 1.</w:t>
      </w:r>
    </w:p>
    <w:p>
      <w:pPr>
        <w:pStyle w:val="ListParagraph"/>
      </w:pPr>
      <w:r>
        <w:rPr>
          <w:sz w:val="22"/>
        </w:rPr>
        <w:t>B. 3.</w:t>
      </w:r>
    </w:p>
    <w:p>
      <w:pPr>
        <w:pStyle w:val="ListParagraph"/>
      </w:pPr>
      <w:r>
        <w:rPr>
          <w:sz w:val="22"/>
        </w:rPr>
        <w:t>C. 5.</w:t>
      </w:r>
    </w:p>
    <w:p>
      <w:pPr>
        <w:pStyle w:val="ListParagraph"/>
      </w:pPr>
      <w:r>
        <w:rPr>
          <w:sz w:val="22"/>
        </w:rPr>
        <w:t>D. 7.</w:t>
      </w:r>
    </w:p>
    <w:p/>
    <w:p>
      <w:r>
        <w:rPr>
          <w:b/>
          <w:sz w:val="24"/>
        </w:rPr>
        <w:t>Câu 13: Theo nguyên lý Pauli, trong một orbital:</w:t>
      </w:r>
    </w:p>
    <w:p>
      <w:pPr>
        <w:pStyle w:val="ListParagraph"/>
      </w:pPr>
      <w:r>
        <w:rPr>
          <w:sz w:val="22"/>
        </w:rPr>
        <w:t>A. Có tối đa 2 electron.</w:t>
      </w:r>
    </w:p>
    <w:p>
      <w:pPr>
        <w:pStyle w:val="ListParagraph"/>
      </w:pPr>
      <w:r>
        <w:rPr>
          <w:sz w:val="22"/>
        </w:rPr>
        <w:t>B. Có tối đa 1 electron.</w:t>
      </w:r>
    </w:p>
    <w:p>
      <w:pPr>
        <w:pStyle w:val="ListParagraph"/>
      </w:pPr>
      <w:r>
        <w:rPr>
          <w:sz w:val="22"/>
        </w:rPr>
        <w:t>C. Có tối đa 3 electron.</w:t>
      </w:r>
    </w:p>
    <w:p>
      <w:pPr>
        <w:pStyle w:val="ListParagraph"/>
      </w:pPr>
      <w:r>
        <w:rPr>
          <w:sz w:val="22"/>
        </w:rPr>
        <w:t>D. Có thể chứa nhiều electron.</w:t>
      </w:r>
    </w:p>
    <w:p/>
    <w:p>
      <w:r>
        <w:rPr>
          <w:b/>
          <w:sz w:val="24"/>
        </w:rPr>
        <w:t>Câu 14: Electron trong cùng một orbital có chiều tự quay:</w:t>
      </w:r>
    </w:p>
    <w:p>
      <w:pPr>
        <w:pStyle w:val="ListParagraph"/>
      </w:pPr>
      <w:r>
        <w:rPr>
          <w:sz w:val="22"/>
        </w:rPr>
        <w:t>A. Ngược nhau.</w:t>
      </w:r>
    </w:p>
    <w:p>
      <w:pPr>
        <w:pStyle w:val="ListParagraph"/>
      </w:pPr>
      <w:r>
        <w:rPr>
          <w:sz w:val="22"/>
        </w:rPr>
        <w:t>B. Cùng chiều.</w:t>
      </w:r>
    </w:p>
    <w:p>
      <w:pPr>
        <w:pStyle w:val="ListParagraph"/>
      </w:pPr>
      <w:r>
        <w:rPr>
          <w:sz w:val="22"/>
        </w:rPr>
        <w:t>C. Không xác định.</w:t>
      </w:r>
    </w:p>
    <w:p>
      <w:pPr>
        <w:pStyle w:val="ListParagraph"/>
      </w:pPr>
      <w:r>
        <w:rPr>
          <w:sz w:val="22"/>
        </w:rPr>
        <w:t>D. Bất kỳ.</w:t>
      </w:r>
    </w:p>
    <w:p/>
    <w:p>
      <w:r>
        <w:rPr>
          <w:b/>
          <w:sz w:val="24"/>
        </w:rPr>
        <w:t>Câu 15: Theo quy tắc Hund, trong một phân lớp chưa bão hòa, các electron sẽ được phân bố:</w:t>
      </w:r>
    </w:p>
    <w:p>
      <w:pPr>
        <w:pStyle w:val="ListParagraph"/>
      </w:pPr>
      <w:r>
        <w:rPr>
          <w:sz w:val="22"/>
        </w:rPr>
        <w:t>A. Thành từng cặp ngay từ đầu.</w:t>
      </w:r>
    </w:p>
    <w:p>
      <w:pPr>
        <w:pStyle w:val="ListParagraph"/>
      </w:pPr>
      <w:r>
        <w:rPr>
          <w:sz w:val="22"/>
        </w:rPr>
        <w:t>B. Mỗi orbital một electron, sau đó mới ghép đôi.</w:t>
      </w:r>
    </w:p>
    <w:p>
      <w:pPr>
        <w:pStyle w:val="ListParagraph"/>
      </w:pPr>
      <w:r>
        <w:rPr>
          <w:sz w:val="22"/>
        </w:rPr>
        <w:t>C. Vào orbital có năng lượng thấp nhất.</w:t>
      </w:r>
    </w:p>
    <w:p>
      <w:pPr>
        <w:pStyle w:val="ListParagraph"/>
      </w:pPr>
      <w:r>
        <w:rPr>
          <w:sz w:val="22"/>
        </w:rPr>
        <w:t>D. Vào orbital có năng lượng cao nhất.</w:t>
      </w:r>
    </w:p>
    <w:p/>
    <w:p>
      <w:r>
        <w:rPr>
          <w:b/>
          <w:sz w:val="24"/>
        </w:rPr>
        <w:t>Câu 16: Cấu hình electron của nguyên tử có Z = 11 là:</w:t>
      </w:r>
    </w:p>
    <w:p>
      <w:pPr>
        <w:pStyle w:val="ListParagraph"/>
      </w:pPr>
      <w:r>
        <w:rPr>
          <w:sz w:val="22"/>
        </w:rPr>
        <w:t>A. $1s^2 2s^2 2p^6 3s^1$.</w:t>
      </w:r>
    </w:p>
    <w:p>
      <w:pPr>
        <w:pStyle w:val="ListParagraph"/>
      </w:pPr>
      <w:r>
        <w:rPr>
          <w:sz w:val="22"/>
        </w:rPr>
        <w:t>B. $1s^2 2s^2 2p^6 3s^2$.</w:t>
      </w:r>
    </w:p>
    <w:p>
      <w:pPr>
        <w:pStyle w:val="ListParagraph"/>
      </w:pPr>
      <w:r>
        <w:rPr>
          <w:sz w:val="22"/>
        </w:rPr>
        <w:t>C. $1s^2 2s^2 2p^6$.</w:t>
      </w:r>
    </w:p>
    <w:p>
      <w:pPr>
        <w:pStyle w:val="ListParagraph"/>
      </w:pPr>
      <w:r>
        <w:rPr>
          <w:sz w:val="22"/>
        </w:rPr>
        <w:t>D. $1s^2 2s^2 2p^5 3s^2$.</w:t>
      </w:r>
    </w:p>
    <w:p/>
    <w:p>
      <w:r>
        <w:rPr>
          <w:b/>
          <w:sz w:val="24"/>
        </w:rPr>
        <w:t>Câu 17: Nguyên tử có cấu hình electron $1s^2 2s^2 2p^6 3s^2 3p^6 4s^1$ thuộc nguyên tố:</w:t>
      </w:r>
    </w:p>
    <w:p>
      <w:pPr>
        <w:pStyle w:val="ListParagraph"/>
      </w:pPr>
      <w:r>
        <w:rPr>
          <w:sz w:val="22"/>
        </w:rPr>
        <w:t>A. Kim loại.</w:t>
      </w:r>
    </w:p>
    <w:p>
      <w:pPr>
        <w:pStyle w:val="ListParagraph"/>
      </w:pPr>
      <w:r>
        <w:rPr>
          <w:sz w:val="22"/>
        </w:rPr>
        <w:t>B. Phi kim.</w:t>
      </w:r>
    </w:p>
    <w:p>
      <w:pPr>
        <w:pStyle w:val="ListParagraph"/>
      </w:pPr>
      <w:r>
        <w:rPr>
          <w:sz w:val="22"/>
        </w:rPr>
        <w:t>C. Khí hiếm.</w:t>
      </w:r>
    </w:p>
    <w:p>
      <w:pPr>
        <w:pStyle w:val="ListParagraph"/>
      </w:pPr>
      <w:r>
        <w:rPr>
          <w:sz w:val="22"/>
        </w:rPr>
        <w:t>D. Phi kim hoặc kim loại.</w:t>
      </w:r>
    </w:p>
    <w:p/>
    <w:p>
      <w:r>
        <w:rPr>
          <w:b/>
          <w:sz w:val="24"/>
        </w:rPr>
        <w:t>Câu 18: Số electron tối đa trong lớp thứ 3 (n=3) là:</w:t>
      </w:r>
    </w:p>
    <w:p>
      <w:pPr>
        <w:pStyle w:val="ListParagraph"/>
      </w:pPr>
      <w:r>
        <w:rPr>
          <w:sz w:val="22"/>
        </w:rPr>
        <w:t>A. 8.</w:t>
      </w:r>
    </w:p>
    <w:p>
      <w:pPr>
        <w:pStyle w:val="ListParagraph"/>
      </w:pPr>
      <w:r>
        <w:rPr>
          <w:sz w:val="22"/>
        </w:rPr>
        <w:t>B. 18.</w:t>
      </w:r>
    </w:p>
    <w:p>
      <w:pPr>
        <w:pStyle w:val="ListParagraph"/>
      </w:pPr>
      <w:r>
        <w:rPr>
          <w:sz w:val="22"/>
        </w:rPr>
        <w:t>C. 32.</w:t>
      </w:r>
    </w:p>
    <w:p>
      <w:pPr>
        <w:pStyle w:val="ListParagraph"/>
      </w:pPr>
      <w:r>
        <w:rPr>
          <w:sz w:val="22"/>
        </w:rPr>
        <w:t>D. 2.</w:t>
      </w:r>
    </w:p>
    <w:p/>
    <w:p>
      <w:r>
        <w:rPr>
          <w:b/>
          <w:sz w:val="24"/>
        </w:rPr>
        <w:t>Câu 19: Số electron tối đa trong lớp thứ 2 (n=2) là:</w:t>
      </w:r>
    </w:p>
    <w:p>
      <w:pPr>
        <w:pStyle w:val="ListParagraph"/>
      </w:pPr>
      <w:r>
        <w:rPr>
          <w:sz w:val="22"/>
        </w:rPr>
        <w:t>A. 2.</w:t>
      </w:r>
    </w:p>
    <w:p>
      <w:pPr>
        <w:pStyle w:val="ListParagraph"/>
      </w:pPr>
      <w:r>
        <w:rPr>
          <w:sz w:val="22"/>
        </w:rPr>
        <w:t>B. 8.</w:t>
      </w:r>
    </w:p>
    <w:p>
      <w:pPr>
        <w:pStyle w:val="ListParagraph"/>
      </w:pPr>
      <w:r>
        <w:rPr>
          <w:sz w:val="22"/>
        </w:rPr>
        <w:t>C. 18.</w:t>
      </w:r>
    </w:p>
    <w:p>
      <w:pPr>
        <w:pStyle w:val="ListParagraph"/>
      </w:pPr>
      <w:r>
        <w:rPr>
          <w:sz w:val="22"/>
        </w:rPr>
        <w:t>D. 32.</w:t>
      </w:r>
    </w:p>
    <w:p/>
    <w:p>
      <w:r>
        <w:rPr>
          <w:b/>
          <w:sz w:val="24"/>
        </w:rPr>
        <w:t>Câu 20: Nguyên tử X có tổng số hạt proton, neutron, electron là 34. Biết số neutron nhiều hơn số proton là 1. Số khối của X là:</w:t>
      </w:r>
    </w:p>
    <w:p>
      <w:pPr>
        <w:pStyle w:val="ListParagraph"/>
      </w:pPr>
      <w:r>
        <w:rPr>
          <w:sz w:val="22"/>
        </w:rPr>
        <w:t>A. 23.</w:t>
      </w:r>
    </w:p>
    <w:p>
      <w:pPr>
        <w:pStyle w:val="ListParagraph"/>
      </w:pPr>
      <w:r>
        <w:rPr>
          <w:sz w:val="22"/>
        </w:rPr>
        <w:t>B. 24.</w:t>
      </w:r>
    </w:p>
    <w:p>
      <w:pPr>
        <w:pStyle w:val="ListParagraph"/>
      </w:pPr>
      <w:r>
        <w:rPr>
          <w:sz w:val="22"/>
        </w:rPr>
        <w:t>C. 25.</w:t>
      </w:r>
    </w:p>
    <w:p>
      <w:pPr>
        <w:pStyle w:val="ListParagraph"/>
      </w:pPr>
      <w:r>
        <w:rPr>
          <w:sz w:val="22"/>
        </w:rPr>
        <w:t>D. 26.</w:t>
      </w:r>
    </w:p>
    <w:p/>
    <w:p>
      <w:r>
        <w:rPr>
          <w:b/>
          <w:sz w:val="24"/>
        </w:rPr>
        <w:t>Câu 21: Nguyên tử khối trung bình của đồng là 63,54. Đồng có hai đồng vị: $^{63}Cu$ và $^{65}Cu$. Thành phần phần trăm số nguyên tử của $^{63}Cu$ là:</w:t>
      </w:r>
    </w:p>
    <w:p>
      <w:pPr>
        <w:pStyle w:val="ListParagraph"/>
      </w:pPr>
      <w:r>
        <w:rPr>
          <w:sz w:val="22"/>
        </w:rPr>
        <w:t>A. 73%.</w:t>
      </w:r>
    </w:p>
    <w:p>
      <w:pPr>
        <w:pStyle w:val="ListParagraph"/>
      </w:pPr>
      <w:r>
        <w:rPr>
          <w:sz w:val="22"/>
        </w:rPr>
        <w:t>B. 27%.</w:t>
      </w:r>
    </w:p>
    <w:p>
      <w:pPr>
        <w:pStyle w:val="ListParagraph"/>
      </w:pPr>
      <w:r>
        <w:rPr>
          <w:sz w:val="22"/>
        </w:rPr>
        <w:t>C. 50%.</w:t>
      </w:r>
    </w:p>
    <w:p>
      <w:pPr>
        <w:pStyle w:val="ListParagraph"/>
      </w:pPr>
      <w:r>
        <w:rPr>
          <w:sz w:val="22"/>
        </w:rPr>
        <w:t>D. 80%.</w:t>
      </w:r>
    </w:p>
    <w:p/>
    <w:p>
      <w:r>
        <w:rPr>
          <w:b/>
          <w:sz w:val="24"/>
        </w:rPr>
        <w:t>Câu 22: Cấu hình electron của ion Na$^+$ (Z=11) là:</w:t>
      </w:r>
    </w:p>
    <w:p>
      <w:pPr>
        <w:pStyle w:val="ListParagraph"/>
      </w:pPr>
      <w:r>
        <w:rPr>
          <w:sz w:val="22"/>
        </w:rPr>
        <w:t>A. $1s^2 2s^2 2p^6$.</w:t>
      </w:r>
    </w:p>
    <w:p>
      <w:pPr>
        <w:pStyle w:val="ListParagraph"/>
      </w:pPr>
      <w:r>
        <w:rPr>
          <w:sz w:val="22"/>
        </w:rPr>
        <w:t>B. $1s^2 2s^2 2p^6 3s^1$.</w:t>
      </w:r>
    </w:p>
    <w:p>
      <w:pPr>
        <w:pStyle w:val="ListParagraph"/>
      </w:pPr>
      <w:r>
        <w:rPr>
          <w:sz w:val="22"/>
        </w:rPr>
        <w:t>C. $1s^2 2s^2 2p^5$.</w:t>
      </w:r>
    </w:p>
    <w:p>
      <w:pPr>
        <w:pStyle w:val="ListParagraph"/>
      </w:pPr>
      <w:r>
        <w:rPr>
          <w:sz w:val="22"/>
        </w:rPr>
        <w:t>D. $1s^2 2s^2 2p^6 3s^2$.</w:t>
      </w:r>
    </w:p>
    <w:p/>
    <w:p>
      <w:r>
        <w:rPr>
          <w:b/>
          <w:sz w:val="24"/>
        </w:rPr>
        <w:t>Câu 23: Cấu hình electron của ion Cl$^-$ (Z=17) là:</w:t>
      </w:r>
    </w:p>
    <w:p>
      <w:pPr>
        <w:pStyle w:val="ListParagraph"/>
      </w:pPr>
      <w:r>
        <w:rPr>
          <w:sz w:val="22"/>
        </w:rPr>
        <w:t>A. $1s^2 2s^2 2p^6 3s^2 3p^5$.</w:t>
      </w:r>
    </w:p>
    <w:p>
      <w:pPr>
        <w:pStyle w:val="ListParagraph"/>
      </w:pPr>
      <w:r>
        <w:rPr>
          <w:sz w:val="22"/>
        </w:rPr>
        <w:t>B. $1s^2 2s^2 2p^6 3s^2 3p^6$.</w:t>
      </w:r>
    </w:p>
    <w:p>
      <w:pPr>
        <w:pStyle w:val="ListParagraph"/>
      </w:pPr>
      <w:r>
        <w:rPr>
          <w:sz w:val="22"/>
        </w:rPr>
        <w:t>C. $1s^2 2s^2 2p^6 3s^2 3p^4$.</w:t>
      </w:r>
    </w:p>
    <w:p>
      <w:pPr>
        <w:pStyle w:val="ListParagraph"/>
      </w:pPr>
      <w:r>
        <w:rPr>
          <w:sz w:val="22"/>
        </w:rPr>
        <w:t>D. $1s^2 2s^2 2p^6 3s^2 3p^6 4s^2$.</w:t>
      </w:r>
    </w:p>
    <w:p/>
    <w:p>
      <w:r>
        <w:rPr>
          <w:b/>
          <w:sz w:val="24"/>
        </w:rPr>
        <w:t>Câu 24: Nguyên tử nào sau đây có 3 electron lớp ngoài cùng?</w:t>
      </w:r>
    </w:p>
    <w:p>
      <w:pPr>
        <w:pStyle w:val="ListParagraph"/>
      </w:pPr>
      <w:r>
        <w:rPr>
          <w:sz w:val="22"/>
        </w:rPr>
        <w:t>A. $1s^2 2s^2 2p^6 3s^2 3p^1$.</w:t>
      </w:r>
    </w:p>
    <w:p>
      <w:pPr>
        <w:pStyle w:val="ListParagraph"/>
      </w:pPr>
      <w:r>
        <w:rPr>
          <w:sz w:val="22"/>
        </w:rPr>
        <w:t>B. $1s^2 2s^2 2p^6 3s^2$.</w:t>
      </w:r>
    </w:p>
    <w:p>
      <w:pPr>
        <w:pStyle w:val="ListParagraph"/>
      </w:pPr>
      <w:r>
        <w:rPr>
          <w:sz w:val="22"/>
        </w:rPr>
        <w:t>C. $1s^2 2s^2 2p^6 3s^2 3p^6$.</w:t>
      </w:r>
    </w:p>
    <w:p>
      <w:pPr>
        <w:pStyle w:val="ListParagraph"/>
      </w:pPr>
      <w:r>
        <w:rPr>
          <w:sz w:val="22"/>
        </w:rPr>
        <w:t>D. $1s^2 2s^2 2p^6 3s^2 3p^5$.</w:t>
      </w:r>
    </w:p>
    <w:p/>
    <w:p>
      <w:r>
        <w:rPr>
          <w:b/>
          <w:sz w:val="24"/>
        </w:rPr>
        <w:t>Câu 25: Nguyên tố hóa học là những nguyên tử có cùng:</w:t>
      </w:r>
    </w:p>
    <w:p>
      <w:pPr>
        <w:pStyle w:val="ListParagraph"/>
      </w:pPr>
      <w:r>
        <w:rPr>
          <w:sz w:val="22"/>
        </w:rPr>
        <w:t>A. Số khối.</w:t>
      </w:r>
    </w:p>
    <w:p>
      <w:pPr>
        <w:pStyle w:val="ListParagraph"/>
      </w:pPr>
      <w:r>
        <w:rPr>
          <w:sz w:val="22"/>
        </w:rPr>
        <w:t>B. Số hiệu nguyên tử.</w:t>
      </w:r>
    </w:p>
    <w:p>
      <w:pPr>
        <w:pStyle w:val="ListParagraph"/>
      </w:pPr>
      <w:r>
        <w:rPr>
          <w:sz w:val="22"/>
        </w:rPr>
        <w:t>C. Số neutron.</w:t>
      </w:r>
    </w:p>
    <w:p>
      <w:pPr>
        <w:pStyle w:val="ListParagraph"/>
      </w:pPr>
      <w:r>
        <w:rPr>
          <w:sz w:val="22"/>
        </w:rPr>
        <w:t>D. Số electron lớp ngoài cùng.</w:t>
      </w:r>
    </w:p>
    <w:p/>
    <w:p>
      <w:r>
        <w:rPr>
          <w:b/>
          <w:sz w:val="24"/>
        </w:rPr>
        <w:t>Câu 26: Kí hiệu nguyên tử $^{12}_{6}C$ cho biết:</w:t>
      </w:r>
    </w:p>
    <w:p>
      <w:pPr>
        <w:pStyle w:val="ListParagraph"/>
      </w:pPr>
      <w:r>
        <w:rPr>
          <w:sz w:val="22"/>
        </w:rPr>
        <w:t>A. Số proton = 6, số neutron = 6.</w:t>
      </w:r>
    </w:p>
    <w:p>
      <w:pPr>
        <w:pStyle w:val="ListParagraph"/>
      </w:pPr>
      <w:r>
        <w:rPr>
          <w:sz w:val="22"/>
        </w:rPr>
        <w:t>B. Số proton = 6, số neutron = 12.</w:t>
      </w:r>
    </w:p>
    <w:p>
      <w:pPr>
        <w:pStyle w:val="ListParagraph"/>
      </w:pPr>
      <w:r>
        <w:rPr>
          <w:sz w:val="22"/>
        </w:rPr>
        <w:t>C. Số proton = 12, số neutron = 6.</w:t>
      </w:r>
    </w:p>
    <w:p>
      <w:pPr>
        <w:pStyle w:val="ListParagraph"/>
      </w:pPr>
      <w:r>
        <w:rPr>
          <w:sz w:val="22"/>
        </w:rPr>
        <w:t>D. Số proton = 6, số electron = 12.</w:t>
      </w:r>
    </w:p>
    <w:p/>
    <w:p>
      <w:r>
        <w:rPr>
          <w:b/>
          <w:sz w:val="24"/>
        </w:rPr>
        <w:t>Câu 27: Nguyên tử X có cấu hình electron $1s^2 2s^2 2p^6 3s^2 3p^4$. X thuộc nguyên tố:</w:t>
      </w:r>
    </w:p>
    <w:p>
      <w:pPr>
        <w:pStyle w:val="ListParagraph"/>
      </w:pPr>
      <w:r>
        <w:rPr>
          <w:sz w:val="22"/>
        </w:rPr>
        <w:t>A. Kim loại.</w:t>
      </w:r>
    </w:p>
    <w:p>
      <w:pPr>
        <w:pStyle w:val="ListParagraph"/>
      </w:pPr>
      <w:r>
        <w:rPr>
          <w:sz w:val="22"/>
        </w:rPr>
        <w:t>B. Phi kim.</w:t>
      </w:r>
    </w:p>
    <w:p>
      <w:pPr>
        <w:pStyle w:val="ListParagraph"/>
      </w:pPr>
      <w:r>
        <w:rPr>
          <w:sz w:val="22"/>
        </w:rPr>
        <w:t>C. Khí hiếm.</w:t>
      </w:r>
    </w:p>
    <w:p>
      <w:pPr>
        <w:pStyle w:val="ListParagraph"/>
      </w:pPr>
      <w:r>
        <w:rPr>
          <w:sz w:val="22"/>
        </w:rPr>
        <w:t>D. Kim loại chuyển tiếp.</w:t>
      </w:r>
    </w:p>
    <w:p/>
    <w:p>
      <w:r>
        <w:rPr>
          <w:b/>
          <w:sz w:val="24"/>
        </w:rPr>
        <w:t>Câu 28: Số electron tối đa trong phân lớp f là:</w:t>
      </w:r>
    </w:p>
    <w:p>
      <w:pPr>
        <w:pStyle w:val="ListParagraph"/>
      </w:pPr>
      <w:r>
        <w:rPr>
          <w:sz w:val="22"/>
        </w:rPr>
        <w:t>A. 2.</w:t>
      </w:r>
    </w:p>
    <w:p>
      <w:pPr>
        <w:pStyle w:val="ListParagraph"/>
      </w:pPr>
      <w:r>
        <w:rPr>
          <w:sz w:val="22"/>
        </w:rPr>
        <w:t>B. 6.</w:t>
      </w:r>
    </w:p>
    <w:p>
      <w:pPr>
        <w:pStyle w:val="ListParagraph"/>
      </w:pPr>
      <w:r>
        <w:rPr>
          <w:sz w:val="22"/>
        </w:rPr>
        <w:t>C. 10.</w:t>
      </w:r>
    </w:p>
    <w:p>
      <w:pPr>
        <w:pStyle w:val="ListParagraph"/>
      </w:pPr>
      <w:r>
        <w:rPr>
          <w:sz w:val="22"/>
        </w:rPr>
        <w:t>D. 14.</w:t>
      </w:r>
    </w:p>
    <w:p/>
    <w:p>
      <w:r>
        <w:rPr>
          <w:b/>
          <w:sz w:val="24"/>
        </w:rPr>
        <w:t>Câu 29: Nguyên lý vững bền: Electron sẽ chiếm các orbital có mức năng lượng:</w:t>
      </w:r>
    </w:p>
    <w:p>
      <w:pPr>
        <w:pStyle w:val="ListParagraph"/>
      </w:pPr>
      <w:r>
        <w:rPr>
          <w:sz w:val="22"/>
        </w:rPr>
        <w:t>A. Từ thấp đến cao.</w:t>
      </w:r>
    </w:p>
    <w:p>
      <w:pPr>
        <w:pStyle w:val="ListParagraph"/>
      </w:pPr>
      <w:r>
        <w:rPr>
          <w:sz w:val="22"/>
        </w:rPr>
        <w:t>B. Từ cao đến thấp.</w:t>
      </w:r>
    </w:p>
    <w:p>
      <w:pPr>
        <w:pStyle w:val="ListParagraph"/>
      </w:pPr>
      <w:r>
        <w:rPr>
          <w:sz w:val="22"/>
        </w:rPr>
        <w:t>C. Bất kỳ.</w:t>
      </w:r>
    </w:p>
    <w:p>
      <w:pPr>
        <w:pStyle w:val="ListParagraph"/>
      </w:pPr>
      <w:r>
        <w:rPr>
          <w:sz w:val="22"/>
        </w:rPr>
        <w:t>D. Từ ngoài vào trong.</w:t>
      </w:r>
    </w:p>
    <w:p/>
    <w:p>
      <w:r>
        <w:rPr>
          <w:b/>
          <w:sz w:val="24"/>
        </w:rPr>
        <w:t>Câu 30: Trong nguyên tử, electron chuyển động như thế nào?</w:t>
      </w:r>
    </w:p>
    <w:p>
      <w:pPr>
        <w:pStyle w:val="ListParagraph"/>
      </w:pPr>
      <w:r>
        <w:rPr>
          <w:sz w:val="22"/>
        </w:rPr>
        <w:t>A. Theo quỹ đạo xác định.</w:t>
      </w:r>
    </w:p>
    <w:p>
      <w:pPr>
        <w:pStyle w:val="ListParagraph"/>
      </w:pPr>
      <w:r>
        <w:rPr>
          <w:sz w:val="22"/>
        </w:rPr>
        <w:t>B. Chuyển động hỗn loạn không xác định.</w:t>
      </w:r>
    </w:p>
    <w:p>
      <w:pPr>
        <w:pStyle w:val="ListParagraph"/>
      </w:pPr>
      <w:r>
        <w:rPr>
          <w:sz w:val="22"/>
        </w:rPr>
        <w:t>C. Chuyển động xung quanh hạt nhân theo quỹ đạo hình elip.</w:t>
      </w:r>
    </w:p>
    <w:p>
      <w:pPr>
        <w:pStyle w:val="ListParagraph"/>
      </w:pPr>
      <w:r>
        <w:rPr>
          <w:sz w:val="22"/>
        </w:rPr>
        <w:t>D. Chuyển động trong vùng không gian xung quanh hạt nhân với xác suất có mặt khác nhau.</w:t>
      </w:r>
    </w:p>
    <w:p/>
    <w:p>
      <w:r>
        <w:rPr>
          <w:b/>
          <w:sz w:val="24"/>
        </w:rPr>
        <w:t>Câu 31: Viết cấu hình electron của nguyên tử nguyên tố X có số hiệu nguyên tử Z = 20. Cho biết X có bao nhiêu electron ở lớp ngoài cùng?</w:t>
      </w:r>
    </w:p>
    <w:p/>
    <w:p>
      <w:r>
        <w:rPr>
          <w:b/>
          <w:sz w:val="24"/>
        </w:rPr>
        <w:t>Câu 32: Nguyên tố clo có hai đồng vị bền: $^{35}Cl$ (chiếm 75,77%) và $^{37}Cl$ (chiếm 24,23%). Tính nguyên tử khối trung bình của clo.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D</w:t>
      </w:r>
    </w:p>
    <w:p>
      <w:r>
        <w:rPr>
          <w:b/>
        </w:rPr>
        <w:t>Câu 31: Đáp án đúng: None</w:t>
      </w:r>
    </w:p>
    <w:p>
      <w:r>
        <w:rPr>
          <w:b/>
        </w:rPr>
        <w:t>Câu 32: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